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Waiver of Notice of Meeting of the Board of Directors of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  <w:r>
        <w:rPr>
          <w:rFonts w:ascii="Times New Roman" w:hAnsi="Times New Roman" w:eastAsia="Times New Roman" w:cs="Times New Roman"/>
          <w:b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Virginia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Section 13.1-687 of the Virginia Stock Corporation Act,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