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Organizational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Waiver of Notice of Organizational Meeting of 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undersigned,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director/each of the directors] of [NAME OF CORPORATION], pursuant to Section 607.0823 of the Florida Statutes, hereby waives notice of the time, place, and purpose of the initial meeting of the board of directors of the corporation at [ADDRESS], [CITY AND STATE], on [DATE], and consents to the holding of the meeting.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[DATE] day of [MONTH], [YEAR], at [CITY AND STATE].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signatures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