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Organizational Meeting (NV Corporation)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undersigned, constituting all of the duly elected and acting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Nevada corporation (the "Corporation"), hereby waive notice of the organizational meeting of the Board of Directors, and consent that the meeting be held on the [date] day of [month], [year] at [time 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.m./p.m)] at [location], in the City of [city name], State of [state name], and hereby consent to the transaction of any and all business pertaining to the organization of the corporation and such other matters as may be lawfully considered at said meeting.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hereby waive all requirements under Nevada state law as to notice of said meeting and the publication thereof.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