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Waiver of Notice of Organizational Meeting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Waiver of Notice of Organizational Meeting of [Name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incorporator/each of the incorporators] who executed the certificate of incorporation of [name of corporation] filed with the New York Department of State on [date of filing of certificate of incorporation], hereby waives all required notices of the organization meeting of the incorporators and consents that the meeting [be/was] held on [date of meeting], at [time of meeting] [</w:t>
      </w:r>
      <w:r>
        <w:rPr>
          <w:rFonts w:ascii="Times New Roman" w:hAnsi="Times New Roman" w:eastAsia="Times New Roman" w:cs="Times New Roman"/>
          <w:b/>
          <w:sz w:val="24"/>
        </w:rPr>
        <w:t>A</w:t>
      </w:r>
      <w:r>
        <w:rPr>
          <w:rFonts w:ascii="Times New Roman" w:hAnsi="Times New Roman" w:eastAsia="Times New Roman" w:cs="Times New Roman"/>
          <w:b w:val="0"/>
          <w:sz w:val="24"/>
        </w:rPr>
        <w:t>.M./P.M.], at [location of meeting], and further authorizes the transaction at such meeting, of any and all business pertaining to the adoption of bylaws, the election of directors, and such other matters as may lawfully be considered.</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[print name], Incorporator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