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Waiver of Written Notice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 shareholders of [name of corporation], entitled to vote their shares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[n] [annual] meeting of shareholders to be held on [day and date] at [time,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.m. or p.m.], at [location], each for himself hereby waives written notice of the time, place, and purpose of this meeting and call thereof.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Executed on [date], at [city], [state]. 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