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WARNING LETTER TO STOP SMOKING MARIJUANA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RE: DEMAND TO STOP USING MARIJUANA-RELATED PRODUCTS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[TENANT'S NAME]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As your landlord, I have noticed a very strong odor inside your Premises related to the usage of marijuana-related products.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Property Address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(“Premises”)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As you may know, it is </w:t>
      </w:r>
      <w:r>
        <w:rPr>
          <w:rFonts w:ascii="Times New Roman" w:hAnsi="Times New Roman" w:eastAsia="Times New Roman" w:cs="Times New Roman"/>
          <w:b/>
          <w:sz w:val="24"/>
        </w:rPr>
        <w:t>strictly prohibited</w:t>
      </w:r>
      <w:r>
        <w:rPr>
          <w:rFonts w:ascii="Times New Roman" w:hAnsi="Times New Roman" w:eastAsia="Times New Roman" w:cs="Times New Roman"/>
          <w:sz w:val="24"/>
        </w:rPr>
        <w:t xml:space="preserve"> to: (check all that apply)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Smoke on the Premises.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Vape on the Premises.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Due to the potential for property damage and the danger of secondhand smoke, we kindly request that you quit this habit while on the Premises.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Please be advised that your attention to this matter is greatly appreciated. Please contact me if you should have any questions regarding this matter at any of the following options: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E-Mail: </w:t>
      </w:r>
      <w:r>
        <w:rPr>
          <w:rFonts w:ascii="Times New Roman" w:hAnsi="Times New Roman" w:eastAsia="Times New Roman" w:cs="Times New Roman"/>
          <w:sz w:val="24"/>
        </w:rPr>
        <w:t>[E-MAIL]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Phone: </w:t>
      </w:r>
      <w:r>
        <w:rPr>
          <w:rFonts w:ascii="Times New Roman" w:hAnsi="Times New Roman" w:eastAsia="Times New Roman" w:cs="Times New Roman"/>
          <w:sz w:val="24"/>
        </w:rPr>
        <w:t>[PHONE]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