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Warrant to Subscribe to Common Shares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Warrant to Subscribe to Common Shares  Par Value $1 per Share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IS TO CERTIFY that upon surrender of this warrant at or before [date and time] P.M., eastern standard time, on the expiration date stated below, at the office of [name] [address], New York, the bearer is entitled (upon the terms and conditions herein set forth) to subscribe at $[amount (e.g., three (3) dollars)] per share to common shares of the par value of $[par value (e.g., one (1) dollar)] per share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(hereinafter called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Such subscription must be made by payment thereof in full at the time of subscription by check or bank draft payable in New York funds to the order of [company name], with the subscription form on the reverse hereof completed and signed.</w:t>
      </w:r>
    </w:p>
    <w:p>
      <w:pPr>
        <w:keepNext w:val="0"/>
        <w:spacing w:before="200" w:after="0" w:line="260" w:lineRule="exact"/>
        <w:ind w:left="360" w:right="0" w:firstLine="0"/>
        <w:jc w:val="both"/>
      </w:pPr>
      <w:r>
        <w:rPr>
          <w:rFonts w:ascii="Times New Roman" w:hAnsi="Times New Roman" w:eastAsia="Times New Roman" w:cs="Times New Roman"/>
          <w:b w:val="0"/>
          <w:sz w:val="24"/>
        </w:rPr>
        <w:t>Certificates for shares will be delivered as soon as practicable after subscriptions are received.</w:t>
      </w:r>
    </w:p>
    <w:p>
      <w:pPr>
        <w:keepNext w:val="0"/>
        <w:spacing w:before="200" w:after="0" w:line="260" w:lineRule="exact"/>
        <w:ind w:left="360" w:right="0" w:firstLine="0"/>
        <w:jc w:val="both"/>
      </w:pPr>
      <w:r>
        <w:rPr>
          <w:rFonts w:ascii="Times New Roman" w:hAnsi="Times New Roman" w:eastAsia="Times New Roman" w:cs="Times New Roman"/>
          <w:b w:val="0"/>
          <w:sz w:val="24"/>
        </w:rPr>
        <w:t>UNLESS SUBSCRIPTION AND PAYMENT BE SO MADE AT OR BEFORE [DATE AND TIME] P.M., EASTERN STANDARD TIME, ON THE EXPIRATION DATE STATED BELOW, THIS WARRANT WILL BECOME WHOLLY VOID AND THE SUBSCRIPTION RIGHT EVIDENCED HEREBY WILL TERMINATE.</w:t>
      </w:r>
    </w:p>
    <w:p>
      <w:pPr>
        <w:keepNext w:val="0"/>
        <w:spacing w:before="200" w:after="0" w:line="260" w:lineRule="exact"/>
        <w:ind w:left="360" w:right="0" w:firstLine="0"/>
        <w:jc w:val="both"/>
      </w:pPr>
      <w:r>
        <w:rPr>
          <w:rFonts w:ascii="Times New Roman" w:hAnsi="Times New Roman" w:eastAsia="Times New Roman" w:cs="Times New Roman"/>
          <w:b w:val="0"/>
          <w:sz w:val="24"/>
        </w:rPr>
        <w:t>This warrant may be exchanged at the office of the Company for one or more similar warrants or fractional warrants evidencing rights to subscribe for the same aggregate number of shares.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Title hereto is transferable, with the same effect as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negotiable instrument, by delivery by any person in possession hereof, howsoever such possession may have been acquired; and every taker or holder of this warrant, by accepting the same, agrees thereto with every subsequent taker and holder hereof, as well as with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This warrant is issued in accordance with the Plan of Merger of the Company with [name], dated [date of Plan of Merger], which plan has been filed by the New York Department of State on [date].</w:t>
      </w:r>
    </w:p>
    <w:p>
      <w:pPr>
        <w:keepNext w:val="0"/>
        <w:spacing w:before="200" w:after="0" w:line="260" w:lineRule="exact"/>
        <w:ind w:left="360" w:right="0" w:firstLine="0"/>
        <w:jc w:val="both"/>
      </w:pPr>
      <w:r>
        <w:rPr>
          <w:rFonts w:ascii="Times New Roman" w:hAnsi="Times New Roman" w:eastAsia="Times New Roman" w:cs="Times New Roman"/>
          <w:b w:val="0"/>
          <w:sz w:val="24"/>
        </w:rPr>
        <w:t>Expiration Date: [date]</w:t>
      </w:r>
    </w:p>
    <w:p>
      <w:pPr>
        <w:keepNext w:val="0"/>
        <w:spacing w:before="200" w:after="0" w:line="260" w:lineRule="exact"/>
        <w:ind w:left="360" w:right="0" w:firstLine="0"/>
        <w:jc w:val="center"/>
      </w:pPr>
      <w:r>
        <w:rPr>
          <w:rFonts w:ascii="Times New Roman" w:hAnsi="Times New Roman" w:eastAsia="Times New Roman" w:cs="Times New Roman"/>
          <w:b w:val="0"/>
          <w:sz w:val="24"/>
        </w:rPr>
        <w:t>[company name]</w:t>
      </w:r>
    </w:p>
    <w:p>
      <w:pPr>
        <w:keepNext w:val="0"/>
        <w:spacing w:before="200" w:after="0" w:line="260" w:lineRule="exact"/>
        <w:ind w:left="360" w:right="0" w:firstLine="0"/>
        <w:jc w:val="center"/>
      </w:pPr>
      <w:r>
        <w:rPr>
          <w:rFonts w:ascii="Times New Roman" w:hAnsi="Times New Roman" w:eastAsia="Times New Roman" w:cs="Times New Roman"/>
          <w:b w:val="0"/>
          <w:sz w:val="24"/>
        </w:rPr>
        <w:t>By [name] (Designation of Officer)</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FORM OF SUBSCRIPTION </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hereby subscribes, upon the terms mentioned in the within warrant, for the shares covered thereby, and hereby makes payment of such subscription in full.</w:t>
      </w:r>
    </w:p>
    <w:p>
      <w:pPr>
        <w:keepNext w:val="0"/>
        <w:spacing w:before="200" w:after="0" w:line="260" w:lineRule="exact"/>
        <w:ind w:left="360" w:right="0" w:firstLine="0"/>
        <w:jc w:val="right"/>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200" w:after="0" w:line="260" w:lineRule="exact"/>
        <w:ind w:left="360" w:right="0" w:firstLine="0"/>
        <w:jc w:val="right"/>
      </w:pPr>
      <w:r>
        <w:rPr>
          <w:rFonts w:ascii="Times New Roman" w:hAnsi="Times New Roman" w:eastAsia="Times New Roman" w:cs="Times New Roman"/>
          <w:b w:val="0"/>
          <w:sz w:val="24"/>
        </w:rPr>
        <w:t>(Address)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