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Warranty Deed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After Recording Return To:</w:t>
      </w:r>
    </w:p>
    <w:p>
      <w:pPr>
        <w:keepNext w:val="0"/>
        <w:spacing w:before="200" w:after="0" w:line="260" w:lineRule="exact"/>
        <w:ind w:left="360" w:right="0" w:firstLine="0"/>
        <w:jc w:val="both"/>
      </w:pPr>
      <w:r>
        <w:rPr>
          <w:rFonts w:ascii="Times New Roman" w:hAnsi="Times New Roman" w:eastAsia="Times New Roman" w:cs="Times New Roman"/>
          <w:b/>
          <w:sz w:val="24"/>
        </w:rPr>
        <w:t>[name]</w:t>
      </w:r>
    </w:p>
    <w:p>
      <w:pPr>
        <w:keepNext w:val="0"/>
        <w:spacing w:before="200" w:after="0" w:line="260" w:lineRule="exact"/>
        <w:ind w:left="360" w:right="0" w:firstLine="0"/>
        <w:jc w:val="both"/>
      </w:pPr>
      <w:r>
        <w:rPr>
          <w:rFonts w:ascii="Times New Roman" w:hAnsi="Times New Roman" w:eastAsia="Times New Roman" w:cs="Times New Roman"/>
          <w:b/>
          <w:sz w:val="24"/>
        </w:rPr>
        <w:t>[address]</w:t>
      </w:r>
    </w:p>
    <w:p>
      <w:pPr>
        <w:keepNext w:val="0"/>
        <w:spacing w:before="200" w:after="0" w:line="260" w:lineRule="exact"/>
        <w:ind w:left="360" w:right="0" w:firstLine="0"/>
        <w:jc w:val="both"/>
      </w:pPr>
      <w:r>
        <w:rPr>
          <w:rFonts w:ascii="Times New Roman" w:hAnsi="Times New Roman" w:eastAsia="Times New Roman" w:cs="Times New Roman"/>
          <w:b/>
          <w:sz w:val="24"/>
        </w:rPr>
        <w:t>[address]</w:t>
      </w:r>
    </w:p>
    <w:p>
      <w:pPr>
        <w:keepNext w:val="0"/>
        <w:spacing w:before="120" w:after="0" w:line="260" w:lineRule="exact"/>
        <w:ind w:left="360" w:right="0" w:firstLine="0"/>
        <w:jc w:val="left"/>
      </w:pPr>
      <w:r>
        <w:rPr>
          <w:rFonts w:ascii="Times New Roman" w:hAnsi="Times New Roman" w:eastAsia="Times New Roman" w:cs="Times New Roman"/>
          <w:b w:val="0"/>
          <w:sz w:val="24"/>
        </w:rPr>
        <w:t>WARRANTY DEED (CT)</w:t>
      </w:r>
    </w:p>
    <w:p>
      <w:pPr>
        <w:keepNext w:val="0"/>
        <w:spacing w:before="200" w:after="0" w:line="260" w:lineRule="exact"/>
        <w:ind w:left="720" w:right="0" w:firstLine="0"/>
        <w:jc w:val="both"/>
      </w:pPr>
      <w:r>
        <w:rPr>
          <w:rFonts w:ascii="Times New Roman" w:hAnsi="Times New Roman" w:eastAsia="Times New Roman" w:cs="Times New Roman"/>
          <w:b/>
          <w:sz w:val="24"/>
        </w:rPr>
        <w:t>TO ALL PEOPLE TO WHOM THESE PRESENTS SHALL COME, GREETING:</w:t>
      </w:r>
    </w:p>
    <w:p>
      <w:pPr>
        <w:keepNext w:val="0"/>
        <w:spacing w:before="200" w:after="0" w:line="260" w:lineRule="exact"/>
        <w:ind w:left="720" w:right="0" w:firstLine="0"/>
        <w:jc w:val="both"/>
      </w:pPr>
      <w:r>
        <w:rPr>
          <w:rFonts w:ascii="Times New Roman" w:hAnsi="Times New Roman" w:eastAsia="Times New Roman" w:cs="Times New Roman"/>
          <w:b/>
          <w:sz w:val="24"/>
        </w:rPr>
        <w:t>KNOW YE THAT</w:t>
      </w:r>
      <w:r>
        <w:rPr>
          <w:rFonts w:ascii="Times New Roman" w:hAnsi="Times New Roman" w:eastAsia="Times New Roman" w:cs="Times New Roman"/>
          <w:b w:val="0"/>
          <w:sz w:val="24"/>
        </w:rPr>
        <w:t xml:space="preserve"> [seller(s)], of the City/Town of [town where seller resides or has its office], County of [county where seller resides or has its office] and State of Connecticut, Grantor, for the consideration of [sales price for the property in words] 00/100 ($[sales price in numbers]) Dollars and other valuable consideration received to [my/our/its] full satisfaction by [purchaser(s)], whose mailing address is [purchaser(s) address], Grantee, does hereby give, grant, bargain, sell, and confirm unto Grantee, to wit: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All that certain piece or parcel of land, together with the buildings and improvements thereon, more particularly shown and described on </w:t>
      </w:r>
      <w:r>
        <w:rPr>
          <w:rFonts w:ascii="Times New Roman" w:hAnsi="Times New Roman" w:eastAsia="Times New Roman" w:cs="Times New Roman"/>
          <w:b/>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which is attached hereto and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w:t>
      </w:r>
    </w:p>
    <w:p>
      <w:pPr>
        <w:keepNext w:val="0"/>
        <w:spacing w:before="200" w:after="0" w:line="260" w:lineRule="exact"/>
        <w:ind w:left="720" w:right="0" w:firstLine="0"/>
        <w:jc w:val="both"/>
      </w:pPr>
      <w:r>
        <w:rPr>
          <w:rFonts w:ascii="Times New Roman" w:hAnsi="Times New Roman" w:eastAsia="Times New Roman" w:cs="Times New Roman"/>
          <w:b w:val="0"/>
          <w:sz w:val="24"/>
        </w:rPr>
        <w:t>Said premises are also known as [street address of the property being conveyed]</w:t>
      </w:r>
    </w:p>
    <w:p>
      <w:pPr>
        <w:keepNext w:val="0"/>
        <w:spacing w:before="200" w:after="0" w:line="260" w:lineRule="exact"/>
        <w:ind w:left="720" w:right="0" w:firstLine="0"/>
        <w:jc w:val="center"/>
      </w:pPr>
      <w:r>
        <w:rPr>
          <w:rFonts w:ascii="Times New Roman" w:hAnsi="Times New Roman" w:eastAsia="Times New Roman" w:cs="Times New Roman"/>
          <w:b w:val="0"/>
          <w:sz w:val="24"/>
        </w:rPr>
        <w:t>Said premises are conveyed subject to the following:</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and all provisions of any ordinance, municipal regulation, or public or private law, inclusive of zoning, building, and planning laws, rules, and regulations as established in and for the City/Town of [city/town].</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Taxes due to the Town of [town], which become due and payable after the date of the delivery of this deed, which Grantee herein agrees to assume and pay as part of the consideration herein.</w:t>
      </w:r>
    </w:p>
    <w:p>
      <w:pPr>
        <w:keepNext w:val="0"/>
        <w:spacing w:before="120" w:after="0" w:line="260" w:lineRule="exact"/>
        <w:ind w:left="720" w:right="0" w:firstLine="240"/>
        <w:jc w:val="left"/>
      </w:pPr>
      <w:r>
        <w:rPr>
          <w:rFonts w:ascii="Times New Roman" w:hAnsi="Times New Roman" w:eastAsia="Times New Roman" w:cs="Times New Roman"/>
          <w:b w:val="0"/>
          <w:sz w:val="24"/>
        </w:rPr>
        <w:t>TO HAVE AND TO HOLD the above granted and bargained premises, with the appurtenances thereof, unto Grantee, and [his/her/its] heirs, successors, and assigns forever, to [his//her/its] own proper use and behoof.</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AND ALSO, Grantor do for [his/her/its], and [his/her/its] heirs, executors, administrators, and assigns, covenant with [his/her/its], Grantee and [his/her/its] successors and assigns, that at and until the ensealing of these presents, [he/she/it] [is/are] well seized of the premises,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good indefeasible estate in FEE SIMPLE; and [I/we/it] [has/have] good right to bargain and sell the same in manner and form as is above written; and that the same is free from all encumbrances whatsoever except as hereinbefore mentioned.</w:t>
      </w:r>
    </w:p>
    <w:p>
      <w:pPr>
        <w:keepNext w:val="0"/>
        <w:spacing w:before="200" w:after="0" w:line="260" w:lineRule="exact"/>
        <w:ind w:left="720" w:right="0" w:firstLine="0"/>
        <w:jc w:val="both"/>
      </w:pPr>
      <w:r>
        <w:rPr>
          <w:rFonts w:ascii="Times New Roman" w:hAnsi="Times New Roman" w:eastAsia="Times New Roman" w:cs="Times New Roman"/>
          <w:b w:val="0"/>
          <w:sz w:val="24"/>
        </w:rPr>
        <w:t>AND FURTHERMORE, Grantor, do by these presents bind [himself/herself/itself] and [his/her/its] heirs, executors, and administrators forever to WARRANT AND DEFEND the above granted and bargained premises to Grantee and [his/her/its] heirs, successors, and assigns, against all claims and demands whatsoever except as hereinbefore mentioned.</w:t>
      </w:r>
    </w:p>
    <w:p>
      <w:pPr/>
    </w:p>
    <w:p>
      <w:pPr>
        <w:keepNext w:val="0"/>
        <w:spacing w:before="120" w:after="0" w:line="260" w:lineRule="exact"/>
        <w:ind w:left="360" w:right="0" w:firstLine="240"/>
        <w:jc w:val="left"/>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xml:space="preserve"> Grantor has hereunto set [his/her/its] hand, name and seal, this [day] day of [month and year].</w:t>
      </w:r>
    </w:p>
    <w:p>
      <w:pPr>
        <w:keepNext w:val="0"/>
        <w:spacing w:before="200" w:after="0" w:line="260" w:lineRule="exact"/>
        <w:ind w:left="360" w:right="0" w:firstLine="0"/>
        <w:jc w:val="both"/>
      </w:pPr>
      <w:r>
        <w:rPr>
          <w:rFonts w:ascii="Times New Roman" w:hAnsi="Times New Roman" w:eastAsia="Times New Roman" w:cs="Times New Roman"/>
          <w:b w:val="0"/>
          <w:sz w:val="24"/>
        </w:rPr>
        <w:t>Signed, Sealed, and Delivered in presence of:</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[witnesses name and signature]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[witnesses name and signature]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GRANTOR</w:t>
      </w:r>
    </w:p>
    <w:p>
      <w:pPr>
        <w:keepNext w:val="0"/>
        <w:spacing w:before="200" w:after="0" w:line="260" w:lineRule="exact"/>
        <w:ind w:left="360" w:right="0" w:firstLine="0"/>
        <w:jc w:val="both"/>
      </w:pPr>
      <w:r>
        <w:rPr>
          <w:rFonts w:ascii="Times New Roman" w:hAnsi="Times New Roman" w:eastAsia="Times New Roman" w:cs="Times New Roman"/>
          <w:b w:val="0"/>
          <w:sz w:val="24"/>
        </w:rPr>
        <w:t>Personally appeared ______________________, Signer and Sealer of the foregoing instrument, and acknowledged the same to be [his/her/its] free act and deed before 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 /Commissioner of the Superior Court</w:t>
      </w:r>
    </w:p>
    <w:p>
      <w:pPr>
        <w:keepNext w:val="0"/>
        <w:spacing w:before="200" w:after="0" w:line="260" w:lineRule="exact"/>
        <w:ind w:left="360" w:right="0" w:firstLine="0"/>
        <w:jc w:val="both"/>
      </w:pPr>
      <w:r>
        <w:rPr>
          <w:rFonts w:ascii="Times New Roman" w:hAnsi="Times New Roman" w:eastAsia="Times New Roman" w:cs="Times New Roman"/>
          <w:b w:val="0"/>
          <w:sz w:val="24"/>
        </w:rPr>
        <w:t>Received for Record _______________________ at________ M. Attest, 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