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document is to be returned by clerk]</w:t>
      </w:r>
    </w:p>
    <w:p>
      <w:pPr>
        <w:keepNext w:val="0"/>
        <w:spacing w:before="120" w:after="0" w:line="260" w:lineRule="exact"/>
        <w:ind w:left="360" w:right="0" w:firstLine="0"/>
        <w:jc w:val="left"/>
      </w:pPr>
      <w:r>
        <w:rPr>
          <w:rFonts w:ascii="Times New Roman" w:hAnsi="Times New Roman" w:eastAsia="Times New Roman" w:cs="Times New Roman"/>
          <w:b w:val="0"/>
          <w:sz w:val="24"/>
        </w:rPr>
        <w:t>WARRANTY DEED (GA)</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 in which deed is being signed]</w:t>
      </w:r>
    </w:p>
    <w:p>
      <w:pPr>
        <w:keepNext w:val="0"/>
        <w:spacing w:before="120" w:after="0" w:line="260" w:lineRule="exact"/>
        <w:ind w:left="720" w:right="0" w:firstLine="240"/>
        <w:jc w:val="left"/>
      </w:pPr>
      <w:r>
        <w:rPr>
          <w:rFonts w:ascii="Times New Roman" w:hAnsi="Times New Roman" w:eastAsia="Times New Roman" w:cs="Times New Roman"/>
          <w:b w:val="0"/>
          <w:sz w:val="24"/>
        </w:rPr>
        <w:t>THIS INDENTURE is made this [day of signing] day of [month of signing], in the year [year of signing] between [grantor and type of entity and state of formation, if applicable] (hereinafter referred to as “Grantor”) as party or parties of the first part, and [grantee and type of entity and state of formation, if applicable] (hereinafter referred to as “Grantee”), as party or parties of the second part (the words “Grantor”) and “Grantee” to include their respective heirs, successors and assigns where the context requires or permits).</w:t>
      </w:r>
    </w:p>
    <w:p>
      <w:pPr>
        <w:keepNext w:val="0"/>
        <w:spacing w:before="120" w:after="0" w:line="260" w:lineRule="exact"/>
        <w:ind w:left="720" w:right="0" w:firstLine="0"/>
        <w:jc w:val="left"/>
      </w:pPr>
      <w:r>
        <w:rPr>
          <w:rFonts w:ascii="Times New Roman" w:hAnsi="Times New Roman" w:eastAsia="Times New Roman" w:cs="Times New Roman"/>
          <w:b w:val="0"/>
          <w:sz w:val="24"/>
        </w:rPr>
        <w:t>WITNESSETH THAT: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Grantor, for and in consideration of the sum of TEN AND NO ONE-HUNDREDTHS DOLLARS ($10.00) and other good and valuable considerations, the receipt and sufficiency of which are hereby acknowledged, has granted, bargained, sold, aliened, conveyed, and confirmed, and by these presents does hereby grant, bargain, sell, alien, convey and confirm unto the said Grantee, all that tract or parcel of land lying and being in Land Lot [land lot number] of the [district number] District,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120" w:after="0" w:line="260" w:lineRule="exact"/>
        <w:ind w:left="720" w:right="0" w:firstLine="240"/>
        <w:jc w:val="left"/>
      </w:pPr>
      <w:r>
        <w:rPr>
          <w:rFonts w:ascii="Times New Roman" w:hAnsi="Times New Roman" w:eastAsia="Times New Roman" w:cs="Times New Roman"/>
          <w:b w:val="0"/>
          <w:sz w:val="24"/>
        </w:rPr>
        <w:t>TO HAVE AND TO HOLD the said Property, together with all and singular rights, members, and appurtenances thereof, to the same being, belonging, or in any way appertaining to the only proper, use, benefit, and behoof of the said Grantee forever and IN FEE SIMPLE.</w:t>
      </w:r>
    </w:p>
    <w:p>
      <w:pPr>
        <w:keepNext w:val="0"/>
        <w:spacing w:before="120" w:after="0" w:line="260" w:lineRule="exact"/>
        <w:ind w:left="720" w:right="0" w:firstLine="240"/>
        <w:jc w:val="left"/>
      </w:pPr>
      <w:r>
        <w:rPr>
          <w:rFonts w:ascii="Times New Roman" w:hAnsi="Times New Roman" w:eastAsia="Times New Roman" w:cs="Times New Roman"/>
          <w:b w:val="0"/>
          <w:sz w:val="24"/>
        </w:rPr>
        <w:t>AND THE SAID GRANTOR will warrant and forever defend the right and title to the Property unto the said Grantee against the claims of all persons whomsoever.</w:t>
      </w: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Grantor has set Grantor’s hand and seal on this, the day, month, and year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[entity,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[grantor]</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