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Warranty Deed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PREPARED BY AND UPON RECORDING, MAIL TO:</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[street address]</w:t>
      </w:r>
    </w:p>
    <w:p>
      <w:pPr>
        <w:keepNext w:val="0"/>
        <w:spacing w:before="200" w:after="0" w:line="260" w:lineRule="exact"/>
        <w:ind w:left="720" w:right="0" w:firstLine="0"/>
        <w:jc w:val="both"/>
      </w:pPr>
      <w:r>
        <w:rPr>
          <w:rFonts w:ascii="Times New Roman" w:hAnsi="Times New Roman" w:eastAsia="Times New Roman" w:cs="Times New Roman"/>
          <w:b w:val="0"/>
          <w:sz w:val="24"/>
        </w:rPr>
        <w:t>[city, state, and zip code]</w:t>
      </w:r>
    </w:p>
    <w:p>
      <w:pPr>
        <w:keepNext w:val="0"/>
        <w:spacing w:before="200" w:after="0" w:line="260" w:lineRule="exact"/>
        <w:ind w:left="360" w:right="0" w:firstLine="0"/>
        <w:jc w:val="both"/>
      </w:pPr>
      <w:r>
        <w:rPr>
          <w:rFonts w:ascii="Times New Roman" w:hAnsi="Times New Roman" w:eastAsia="Times New Roman" w:cs="Times New Roman"/>
          <w:b/>
          <w:sz w:val="24"/>
        </w:rPr>
        <w:t>SEND SUBSEQUENT TAX BILLS TO:</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[street address]</w:t>
      </w:r>
    </w:p>
    <w:p>
      <w:pPr>
        <w:keepNext w:val="0"/>
        <w:spacing w:before="200" w:after="0" w:line="260" w:lineRule="exact"/>
        <w:ind w:left="720" w:right="0" w:firstLine="0"/>
        <w:jc w:val="both"/>
      </w:pPr>
      <w:r>
        <w:rPr>
          <w:rFonts w:ascii="Times New Roman" w:hAnsi="Times New Roman" w:eastAsia="Times New Roman" w:cs="Times New Roman"/>
          <w:b w:val="0"/>
          <w:sz w:val="24"/>
        </w:rPr>
        <w:t>[city, state, and zip code]</w:t>
      </w:r>
    </w:p>
    <w:p>
      <w:pPr>
        <w:keepNext w:val="0"/>
        <w:spacing w:before="120" w:after="0" w:line="260" w:lineRule="exact"/>
        <w:ind w:left="360" w:right="0" w:firstLine="0"/>
        <w:jc w:val="left"/>
      </w:pPr>
      <w:r>
        <w:rPr>
          <w:rFonts w:ascii="Times New Roman" w:hAnsi="Times New Roman" w:eastAsia="Times New Roman" w:cs="Times New Roman"/>
          <w:b/>
          <w:sz w:val="24"/>
        </w:rPr>
        <w:t>WARRANTY DEED</w:t>
      </w:r>
    </w:p>
    <w:p>
      <w:pPr>
        <w:keepNext w:val="0"/>
        <w:spacing w:before="200" w:after="0" w:line="260" w:lineRule="exact"/>
        <w:ind w:left="720" w:right="0" w:firstLine="0"/>
        <w:jc w:val="both"/>
      </w:pPr>
      <w:r>
        <w:rPr>
          <w:rFonts w:ascii="Times New Roman" w:hAnsi="Times New Roman" w:eastAsia="Times New Roman" w:cs="Times New Roman"/>
          <w:b/>
          <w:sz w:val="24"/>
        </w:rPr>
        <w:t>THE GRANTOR[S]</w:t>
      </w:r>
      <w:r>
        <w:rPr>
          <w:rFonts w:ascii="Times New Roman" w:hAnsi="Times New Roman" w:eastAsia="Times New Roman" w:cs="Times New Roman"/>
          <w:b w:val="0"/>
          <w:sz w:val="24"/>
        </w:rPr>
        <w:t xml:space="preserve">, __________________[, married to ___________________, spouses,]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of ___________________, for the consideration of TEN and no/100 ($10.00) DOLLARS, and other valuable consideration in hand paid, CONVEY and WARRANT to __________________,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of ____________________, the real estate situated in the County of [county] in the State of Illinois, legally described (the “Premises”), to wit:</w:t>
      </w:r>
    </w:p>
    <w:p>
      <w:pPr>
        <w:keepNext w:val="0"/>
        <w:spacing w:before="200" w:after="0" w:line="260" w:lineRule="exact"/>
        <w:ind w:left="1080" w:right="0" w:firstLine="0"/>
        <w:jc w:val="both"/>
      </w:pPr>
      <w:r>
        <w:rPr>
          <w:rFonts w:ascii="Times New Roman" w:hAnsi="Times New Roman" w:eastAsia="Times New Roman" w:cs="Times New Roman"/>
          <w:b/>
          <w:sz w:val="24"/>
        </w:rPr>
        <w:t>PERMANENT INDEX NUMBER:</w:t>
      </w:r>
      <w:r>
        <w:rPr>
          <w:rFonts w:ascii="Times New Roman" w:hAnsi="Times New Roman" w:eastAsia="Times New Roman" w:cs="Times New Roman"/>
          <w:b w:val="0"/>
          <w:sz w:val="24"/>
        </w:rPr>
        <w:t xml:space="preserve"> [index number]</w:t>
      </w:r>
    </w:p>
    <w:p>
      <w:pPr>
        <w:keepNext w:val="0"/>
        <w:spacing w:before="200" w:after="0" w:line="260" w:lineRule="exact"/>
        <w:ind w:left="1080" w:right="0" w:firstLine="0"/>
        <w:jc w:val="both"/>
      </w:pPr>
      <w:r>
        <w:rPr>
          <w:rFonts w:ascii="Times New Roman" w:hAnsi="Times New Roman" w:eastAsia="Times New Roman" w:cs="Times New Roman"/>
          <w:b/>
          <w:sz w:val="24"/>
        </w:rPr>
        <w:t>ADDRESS OF PROPERTY:</w:t>
      </w:r>
      <w:r>
        <w:rPr>
          <w:rFonts w:ascii="Times New Roman" w:hAnsi="Times New Roman" w:eastAsia="Times New Roman" w:cs="Times New Roman"/>
          <w:b w:val="0"/>
          <w:sz w:val="24"/>
        </w:rPr>
        <w:t xml:space="preserve"> [property address]</w:t>
      </w:r>
    </w:p>
    <w:p>
      <w:pPr>
        <w:keepNext w:val="0"/>
        <w:spacing w:before="200" w:after="0" w:line="260" w:lineRule="exact"/>
        <w:ind w:left="720" w:right="0" w:firstLine="0"/>
        <w:jc w:val="both"/>
      </w:pPr>
      <w:r>
        <w:rPr>
          <w:rFonts w:ascii="Times New Roman" w:hAnsi="Times New Roman" w:eastAsia="Times New Roman" w:cs="Times New Roman"/>
          <w:b/>
          <w:sz w:val="24"/>
        </w:rPr>
        <w:t>SUBJECT TO:</w:t>
      </w:r>
    </w:p>
    <w:p>
      <w:pPr>
        <w:keepNext w:val="0"/>
        <w:spacing w:before="200" w:after="0" w:line="260" w:lineRule="exact"/>
        <w:ind w:left="1080" w:right="0" w:firstLine="0"/>
        <w:jc w:val="both"/>
      </w:pPr>
      <w:r>
        <w:rPr>
          <w:rFonts w:ascii="Times New Roman" w:hAnsi="Times New Roman" w:eastAsia="Times New Roman" w:cs="Times New Roman"/>
          <w:b w:val="0"/>
          <w:sz w:val="24"/>
        </w:rPr>
        <w:t>General real estate taxes not due and payable at the time of closing; covenants, conditions, and restrictions of record; and building lines and easements, if any, provided they do not interfere with the current use and enjoyment of the Property.</w:t>
      </w:r>
    </w:p>
    <w:p>
      <w:pPr>
        <w:keepNext w:val="0"/>
        <w:spacing w:before="200" w:after="0" w:line="260" w:lineRule="exact"/>
        <w:ind w:left="1080" w:right="0" w:firstLine="0"/>
        <w:jc w:val="both"/>
      </w:pPr>
      <w:r>
        <w:rPr>
          <w:rFonts w:ascii="Times New Roman" w:hAnsi="Times New Roman" w:eastAsia="Times New Roman" w:cs="Times New Roman"/>
          <w:b w:val="0"/>
          <w:sz w:val="24"/>
        </w:rPr>
        <w:t>Hereby releasing and waiving all rights under and by virtue of the Homestead Exemption Laws of the State of Illinois.</w:t>
      </w:r>
    </w:p>
    <w:p>
      <w:pPr>
        <w:keepNext w:val="0"/>
        <w:spacing w:before="200" w:after="0" w:line="260" w:lineRule="exact"/>
        <w:ind w:left="360" w:right="0" w:firstLine="0"/>
        <w:jc w:val="center"/>
      </w:pPr>
      <w:r>
        <w:rPr>
          <w:rFonts w:ascii="Times New Roman" w:hAnsi="Times New Roman" w:eastAsia="Times New Roman" w:cs="Times New Roman"/>
          <w:b/>
          <w:sz w:val="24"/>
        </w:rPr>
        <w:t>[SIGNATURE AND ACKNOWLEDGMENT PAGES FOLLOW]</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xml:space="preserve"> the Grantor[s] have executed this Deed this ______ day of ________________________, 20__.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w:t>
      </w:r>
      <w:r>
        <w:rPr>
          <w:rFonts w:ascii="Times New Roman" w:hAnsi="Times New Roman" w:eastAsia="Times New Roman" w:cs="Times New Roman"/>
          <w:sz w:val="24"/>
        </w:rPr>
        <w:br/>
      </w:r>
      <w:r>
        <w:rPr>
          <w:rFonts w:ascii="Times New Roman" w:hAnsi="Times New Roman" w:eastAsia="Times New Roman" w:cs="Times New Roman"/>
          <w:b/>
          <w:sz w:val="24"/>
        </w:rPr>
        <w:t>[grantor’s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w:t>
      </w:r>
      <w:r>
        <w:rPr>
          <w:rFonts w:ascii="Times New Roman" w:hAnsi="Times New Roman" w:eastAsia="Times New Roman" w:cs="Times New Roman"/>
          <w:sz w:val="24"/>
        </w:rPr>
        <w:br/>
      </w:r>
      <w:r>
        <w:rPr>
          <w:rFonts w:ascii="Times New Roman" w:hAnsi="Times New Roman" w:eastAsia="Times New Roman" w:cs="Times New Roman"/>
          <w:b/>
          <w:sz w:val="24"/>
        </w:rPr>
        <w:t>[spouse’s name], joining in this conveyance to waive homestead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County, in the State aforesaid, </w:t>
      </w:r>
      <w:r>
        <w:rPr>
          <w:rFonts w:ascii="Times New Roman" w:hAnsi="Times New Roman" w:eastAsia="Times New Roman" w:cs="Times New Roman"/>
          <w:b/>
          <w:sz w:val="24"/>
        </w:rPr>
        <w:t>DO HEREBY CERTIFY</w:t>
      </w:r>
      <w:r>
        <w:rPr>
          <w:rFonts w:ascii="Times New Roman" w:hAnsi="Times New Roman" w:eastAsia="Times New Roman" w:cs="Times New Roman"/>
          <w:b w:val="0"/>
          <w:sz w:val="24"/>
        </w:rPr>
        <w:t xml:space="preserve"> that _______________________, personally known to me to be the same person whose name is subscribed to the foregoing instrument, appeared before me this day in person, and acknowledged that she signed, sealed and delivered the said instrument as her free and voluntary act, for the uses and purposes therein set forth.</w:t>
      </w:r>
    </w:p>
    <w:p>
      <w:pPr>
        <w:keepNext w:val="0"/>
        <w:spacing w:before="200" w:after="0" w:line="260" w:lineRule="exact"/>
        <w:ind w:left="360" w:right="0" w:firstLine="0"/>
        <w:jc w:val="both"/>
      </w:pPr>
      <w:r>
        <w:rPr>
          <w:rFonts w:ascii="Times New Roman" w:hAnsi="Times New Roman" w:eastAsia="Times New Roman" w:cs="Times New Roman"/>
          <w:b w:val="0"/>
          <w:sz w:val="24"/>
        </w:rPr>
        <w:t>Given under my hand and official seal, this ____ day of _______________, 20__.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County, in the State aforesaid, </w:t>
      </w:r>
      <w:r>
        <w:rPr>
          <w:rFonts w:ascii="Times New Roman" w:hAnsi="Times New Roman" w:eastAsia="Times New Roman" w:cs="Times New Roman"/>
          <w:b/>
          <w:sz w:val="24"/>
        </w:rPr>
        <w:t>DO HEREBY CERTIFY</w:t>
      </w:r>
      <w:r>
        <w:rPr>
          <w:rFonts w:ascii="Times New Roman" w:hAnsi="Times New Roman" w:eastAsia="Times New Roman" w:cs="Times New Roman"/>
          <w:b w:val="0"/>
          <w:sz w:val="24"/>
        </w:rPr>
        <w:t xml:space="preserve"> that ____________________, personally known to me to be the same person whose name is subscribed to the foregoing instrument, appeared before me this day in person, and acknowledged that he signed, sealed and delivered the said instrument as his free and voluntary act, for the uses and purposes therein set forth.</w:t>
      </w:r>
    </w:p>
    <w:p>
      <w:pPr>
        <w:keepNext w:val="0"/>
        <w:spacing w:before="200" w:after="0" w:line="260" w:lineRule="exact"/>
        <w:ind w:left="360" w:right="0" w:firstLine="0"/>
        <w:jc w:val="both"/>
      </w:pPr>
      <w:r>
        <w:rPr>
          <w:rFonts w:ascii="Times New Roman" w:hAnsi="Times New Roman" w:eastAsia="Times New Roman" w:cs="Times New Roman"/>
          <w:b w:val="0"/>
          <w:sz w:val="24"/>
        </w:rPr>
        <w:t>Given under my hand and official seal, this ____ day of _______________, 20__.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