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in Lieu of Foreclosure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RECORDATION IN THE PUBLIC RECORDS: YOUR SOCIAL SECURITY NUMBER OR YOUR DRIVER'S LICENSE NUMBER.</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720" w:right="0" w:firstLine="0"/>
        <w:jc w:val="both"/>
      </w:pPr>
      <w:r>
        <w:rPr>
          <w:rFonts w:ascii="Times New Roman" w:hAnsi="Times New Roman" w:eastAsia="Times New Roman" w:cs="Times New Roman"/>
          <w:b w:val="0"/>
          <w:sz w:val="24"/>
        </w:rPr>
        <w:t>[law firm name]</w:t>
      </w:r>
    </w:p>
    <w:p>
      <w:pPr>
        <w:keepNext w:val="0"/>
        <w:spacing w:before="200" w:after="0" w:line="260" w:lineRule="exact"/>
        <w:ind w:left="720" w:right="0" w:firstLine="0"/>
        <w:jc w:val="both"/>
      </w:pPr>
      <w:r>
        <w:rPr>
          <w:rFonts w:ascii="Times New Roman" w:hAnsi="Times New Roman" w:eastAsia="Times New Roman" w:cs="Times New Roman"/>
          <w:b w:val="0"/>
          <w:sz w:val="24"/>
        </w:rPr>
        <w:t>[law firm address]</w:t>
      </w:r>
    </w:p>
    <w:p>
      <w:pPr>
        <w:keepNext w:val="0"/>
        <w:spacing w:before="200" w:after="0" w:line="260" w:lineRule="exact"/>
        <w:ind w:left="720" w:right="0" w:firstLine="0"/>
        <w:jc w:val="both"/>
      </w:pPr>
      <w:r>
        <w:rPr>
          <w:rFonts w:ascii="Times New Roman" w:hAnsi="Times New Roman" w:eastAsia="Times New Roman" w:cs="Times New Roman"/>
          <w:b w:val="0"/>
          <w:sz w:val="24"/>
        </w:rPr>
        <w:t>[identifying number]:</w:t>
      </w:r>
    </w:p>
    <w:p>
      <w:pPr>
        <w:keepNext w:val="0"/>
        <w:spacing w:before="120" w:after="0" w:line="260" w:lineRule="exact"/>
        <w:ind w:left="360" w:right="0" w:firstLine="0"/>
        <w:jc w:val="left"/>
      </w:pPr>
      <w:r>
        <w:rPr>
          <w:rFonts w:ascii="Times New Roman" w:hAnsi="Times New Roman" w:eastAsia="Times New Roman" w:cs="Times New Roman"/>
          <w:b/>
          <w:sz w:val="24"/>
        </w:rPr>
        <w:t>WARRANTY DEED IN LIEU OF FORECLOSURE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INDENTURE, Made the [day] day of [month], in the year of [year in words],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720" w:right="0" w:firstLine="0"/>
        <w:jc w:val="both"/>
      </w:pPr>
      <w:r>
        <w:rPr>
          <w:rFonts w:ascii="Times New Roman" w:hAnsi="Times New Roman" w:eastAsia="Times New Roman" w:cs="Times New Roman"/>
          <w:b w:val="0"/>
          <w:sz w:val="24"/>
        </w:rPr>
        <w:t>WITNESSETH: That Grantor for and in consideration of the sum of Ten and No/100 Dollars ($10.00) and other good and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 the following described property:</w:t>
      </w:r>
    </w:p>
    <w:p>
      <w:pPr>
        <w:keepNext w:val="0"/>
        <w:spacing w:before="200" w:after="0" w:line="260" w:lineRule="exact"/>
        <w:ind w:left="108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the Grantor having sold said land to the Grantee for fair and adequate consideration secured by the Deed of Trust executed on [month] [day], [year], by [borrower's name], as Borrower, to [lender's name], as Lender, recorded on [date of recording] in Deed Book [book number], page [page number], [county name] County, Texas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 (the "Deed of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Deed of Trust shall remain in full force and effect after the execution and delivery of this Warranty Deed in Lieu of Foreclosure and Grantee may foreclose on such Deed of Trust after the delivery of this Warranty Deed in Lieu of Foreclosure, and that there shall be no merger of the fee interest obtained by Grantee hereby with or unto Grantee's prior security interest on the property under the Deed of Trust. This Warranty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440" w:right="0" w:firstLine="0"/>
        <w:jc w:val="both"/>
      </w:pPr>
      <w:r>
        <w:rPr>
          <w:rFonts w:ascii="Times New Roman" w:hAnsi="Times New Roman" w:eastAsia="Times New Roman" w:cs="Times New Roman"/>
          <w:b w:val="0"/>
          <w:sz w:val="24"/>
        </w:rPr>
        <w:t>This Warranty Deed is issued in lieu of foreclosure of the Deed of Trust.</w:t>
      </w:r>
    </w:p>
    <w:p>
      <w:pPr>
        <w:keepNext w:val="0"/>
        <w:spacing w:before="200" w:after="0" w:line="260" w:lineRule="exact"/>
        <w:ind w:left="1440" w:right="0" w:firstLine="0"/>
        <w:jc w:val="both"/>
      </w:pPr>
      <w:r>
        <w:rPr>
          <w:rFonts w:ascii="Times New Roman" w:hAnsi="Times New Roman" w:eastAsia="Times New Roman" w:cs="Times New Roman"/>
          <w:b w:val="0"/>
          <w:sz w:val="24"/>
        </w:rPr>
        <w:t>THIS CONVEYANCE is made subject to all zoning ordinances, easements, and restrictions of record affecting said described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TO HAVE AND TO HOLD the said described property, with all and singular the rights, members, and appurtenances thereof, to the same being, belonging, or in anywise appertaining, to the only proper use, benefit and behalf of the said Grantee forever in FEE SIMPLE.</w:t>
      </w:r>
    </w:p>
    <w:p>
      <w:pPr>
        <w:keepNext w:val="0"/>
        <w:spacing w:before="200" w:after="0" w:line="260" w:lineRule="exact"/>
        <w:ind w:left="1440" w:right="0" w:firstLine="0"/>
        <w:jc w:val="both"/>
      </w:pPr>
      <w:r>
        <w:rPr>
          <w:rFonts w:ascii="Times New Roman" w:hAnsi="Times New Roman" w:eastAsia="Times New Roman" w:cs="Times New Roman"/>
          <w:b w:val="0"/>
          <w:sz w:val="24"/>
        </w:rPr>
        <w:t>AND THE SAID Grantor will warrant and forever defend the right and title to the said described property unto the said Grantee against the claims of all persons whomsoever.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TEXAS</w:t>
      </w:r>
    </w:p>
    <w:p>
      <w:pPr>
        <w:keepNext w:val="0"/>
        <w:spacing w:before="200" w:after="0" w:line="260" w:lineRule="exact"/>
        <w:ind w:left="360" w:right="0" w:firstLine="0"/>
        <w:jc w:val="both"/>
      </w:pPr>
      <w:r>
        <w:rPr>
          <w:rFonts w:ascii="Times New Roman" w:hAnsi="Times New Roman" w:eastAsia="Times New Roman" w:cs="Times New Roman"/>
          <w:b w:val="0"/>
          <w:sz w:val="24"/>
        </w:rPr>
        <w:t>COUNTY 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instrument was acknowledged before me on [month] [day], [year] by [name of corporation's authorized officer or agent], of [name of corporate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on behalf of said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keepNext w:val="0"/>
        <w:spacing w:before="120" w:after="0" w:line="260" w:lineRule="exact"/>
        <w:ind w:left="720" w:right="0" w:firstLine="0"/>
        <w:jc w:val="left"/>
      </w:pPr>
      <w:r>
        <w:rPr>
          <w:rFonts w:ascii="Times New Roman" w:hAnsi="Times New Roman" w:eastAsia="Times New Roman" w:cs="Times New Roman"/>
          <w:b w:val="0"/>
          <w:sz w:val="24"/>
        </w:rPr>
        <w:t>[notary's printed name]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p>
    <w:p>
      <w:pPr>
        <w:keepNext w:val="0"/>
        <w:spacing w:before="200" w:after="0" w:line="260" w:lineRule="exact"/>
        <w:ind w:left="720" w:right="0" w:firstLine="0"/>
        <w:jc w:val="center"/>
      </w:pPr>
      <w:r>
        <w:rPr>
          <w:rFonts w:ascii="Times New Roman" w:hAnsi="Times New Roman" w:eastAsia="Times New Roman" w:cs="Times New Roman"/>
          <w:b w:val="0"/>
          <w:sz w:val="24"/>
        </w:rPr>
        <w:t>[real property 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