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WASHINGTON 14-DAY NOTICE TO PAY RENT OR VACATE THE PREMISES</w:t>
      </w:r>
    </w:p>
    <w:p>
      <w:pPr/>
    </w:p>
    <w:p>
      <w:pPr/>
    </w:p>
    <w:p>
      <w:pPr/>
      <w:r>
        <w:rPr>
          <w:rFonts w:ascii="Times New Roman" w:hAnsi="Times New Roman" w:eastAsia="Times New Roman" w:cs="Times New Roman"/>
          <w:sz w:val="24"/>
        </w:rPr>
        <w:t>To: ___________________________</w:t>
      </w:r>
    </w:p>
    <w:p>
      <w:pPr/>
    </w:p>
    <w:p>
      <w:pPr/>
      <w:r>
        <w:rPr>
          <w:rFonts w:ascii="Times New Roman" w:hAnsi="Times New Roman" w:eastAsia="Times New Roman" w:cs="Times New Roman"/>
          <w:sz w:val="24"/>
        </w:rPr>
        <w:t>And all others in possession of the property located at:</w:t>
      </w:r>
    </w:p>
    <w:p>
      <w:pPr/>
    </w:p>
    <w:p>
      <w:pPr/>
      <w:r>
        <w:rPr>
          <w:rFonts w:ascii="Times New Roman" w:hAnsi="Times New Roman" w:eastAsia="Times New Roman" w:cs="Times New Roman"/>
          <w:sz w:val="24"/>
        </w:rPr>
        <w:t>______________________________________________________________________</w:t>
      </w:r>
    </w:p>
    <w:p>
      <w:pPr/>
      <w:r>
        <w:rPr>
          <w:rFonts w:ascii="Times New Roman" w:hAnsi="Times New Roman" w:eastAsia="Times New Roman" w:cs="Times New Roman"/>
          <w:sz w:val="24"/>
        </w:rPr>
        <w:t>[Enter Rental Property Address]</w:t>
      </w:r>
    </w:p>
    <w:p>
      <w:pPr/>
    </w:p>
    <w:p>
      <w:pPr/>
      <w:r>
        <w:rPr>
          <w:rFonts w:ascii="Times New Roman" w:hAnsi="Times New Roman" w:eastAsia="Times New Roman" w:cs="Times New Roman"/>
          <w:sz w:val="24"/>
        </w:rPr>
        <w:t>You are receiving the attached notice because the landlord alleges you are not in compliance with the terms of the lease agreement by failing to pay rent and/or utilities or recurring periodic charges that are past due.</w:t>
      </w:r>
    </w:p>
    <w:p>
      <w:pPr/>
    </w:p>
    <w:p>
      <w:pPr/>
      <w:r>
        <w:rPr>
          <w:rFonts w:ascii="Times New Roman" w:hAnsi="Times New Roman" w:eastAsia="Times New Roman" w:cs="Times New Roman"/>
          <w:sz w:val="24"/>
        </w:rPr>
        <w:t>Monthly rent due for:</w:t>
      </w:r>
    </w:p>
    <w:p>
      <w:pPr/>
    </w:p>
    <w:p>
      <w:pPr/>
      <w:r>
        <w:rPr>
          <w:rFonts w:ascii="Times New Roman" w:hAnsi="Times New Roman" w:eastAsia="Times New Roman" w:cs="Times New Roman"/>
          <w:sz w:val="24"/>
        </w:rPr>
        <w:t>List Month(s)</w:t>
        <w:tab/>
        <w:tab/>
        <w:tab/>
        <w:tab/>
        <w:tab/>
        <w:t>Dollar Amount ($)</w:t>
      </w:r>
    </w:p>
    <w:p>
      <w:pPr/>
    </w:p>
    <w:p>
      <w:pPr/>
      <w:r>
        <w:rPr>
          <w:rFonts w:ascii="Times New Roman" w:hAnsi="Times New Roman" w:eastAsia="Times New Roman" w:cs="Times New Roman"/>
          <w:sz w:val="24"/>
        </w:rPr>
        <w:t>___________________________</w:t>
        <w:tab/>
        <w:t>$___________________________</w:t>
      </w:r>
    </w:p>
    <w:p>
      <w:pPr/>
    </w:p>
    <w:p>
      <w:pPr/>
      <w:r>
        <w:rPr>
          <w:rFonts w:ascii="Times New Roman" w:hAnsi="Times New Roman" w:eastAsia="Times New Roman" w:cs="Times New Roman"/>
          <w:sz w:val="24"/>
        </w:rPr>
        <w:t>___________________________</w:t>
        <w:tab/>
        <w:t>$___________________________</w:t>
      </w:r>
    </w:p>
    <w:p>
      <w:pPr/>
    </w:p>
    <w:p>
      <w:pPr/>
      <w:r>
        <w:rPr>
          <w:rFonts w:ascii="Times New Roman" w:hAnsi="Times New Roman" w:eastAsia="Times New Roman" w:cs="Times New Roman"/>
          <w:sz w:val="24"/>
        </w:rPr>
        <w:t>___________________________</w:t>
        <w:tab/>
        <w:t>$___________________________</w:t>
      </w:r>
    </w:p>
    <w:p>
      <w:pPr/>
    </w:p>
    <w:p>
      <w:pPr/>
      <w:r>
        <w:rPr>
          <w:rFonts w:ascii="Times New Roman" w:hAnsi="Times New Roman" w:eastAsia="Times New Roman" w:cs="Times New Roman"/>
          <w:sz w:val="24"/>
        </w:rPr>
        <w:t>AND/OR</w:t>
      </w:r>
    </w:p>
    <w:p>
      <w:pPr/>
    </w:p>
    <w:p>
      <w:pPr/>
      <w:r>
        <w:rPr>
          <w:rFonts w:ascii="Times New Roman" w:hAnsi="Times New Roman" w:eastAsia="Times New Roman" w:cs="Times New Roman"/>
          <w:sz w:val="24"/>
        </w:rPr>
        <w:t>Utilities rent due for:</w:t>
      </w:r>
    </w:p>
    <w:p>
      <w:pPr/>
    </w:p>
    <w:p>
      <w:pPr/>
      <w:r>
        <w:rPr>
          <w:rFonts w:ascii="Times New Roman" w:hAnsi="Times New Roman" w:eastAsia="Times New Roman" w:cs="Times New Roman"/>
          <w:sz w:val="24"/>
        </w:rPr>
        <w:t>List Month(s)</w:t>
        <w:tab/>
        <w:tab/>
        <w:tab/>
        <w:tab/>
        <w:tab/>
        <w:t>Dollar Amount ($)</w:t>
      </w:r>
    </w:p>
    <w:p>
      <w:pPr/>
    </w:p>
    <w:p>
      <w:pPr/>
      <w:r>
        <w:rPr>
          <w:rFonts w:ascii="Times New Roman" w:hAnsi="Times New Roman" w:eastAsia="Times New Roman" w:cs="Times New Roman"/>
          <w:sz w:val="24"/>
        </w:rPr>
        <w:t>___________________________</w:t>
        <w:tab/>
        <w:t>$___________________________</w:t>
      </w:r>
    </w:p>
    <w:p>
      <w:pPr/>
    </w:p>
    <w:p>
      <w:pPr/>
      <w:r>
        <w:rPr>
          <w:rFonts w:ascii="Times New Roman" w:hAnsi="Times New Roman" w:eastAsia="Times New Roman" w:cs="Times New Roman"/>
          <w:sz w:val="24"/>
        </w:rPr>
        <w:t>___________________________</w:t>
        <w:tab/>
        <w:t>$___________________________</w:t>
      </w:r>
    </w:p>
    <w:p>
      <w:pPr/>
    </w:p>
    <w:p>
      <w:pPr/>
      <w:r>
        <w:rPr>
          <w:rFonts w:ascii="Times New Roman" w:hAnsi="Times New Roman" w:eastAsia="Times New Roman" w:cs="Times New Roman"/>
          <w:sz w:val="24"/>
        </w:rPr>
        <w:t>___________________________</w:t>
        <w:tab/>
        <w:t>$___________________________</w:t>
      </w:r>
    </w:p>
    <w:p>
      <w:pPr/>
    </w:p>
    <w:p>
      <w:pPr/>
      <w:r>
        <w:rPr>
          <w:rFonts w:ascii="Times New Roman" w:hAnsi="Times New Roman" w:eastAsia="Times New Roman" w:cs="Times New Roman"/>
          <w:sz w:val="24"/>
        </w:rPr>
        <w:t>Other recurring or periodic charges identified in the lease for:</w:t>
      </w:r>
    </w:p>
    <w:p>
      <w:pPr/>
    </w:p>
    <w:p>
      <w:pPr/>
      <w:r>
        <w:rPr>
          <w:rFonts w:ascii="Times New Roman" w:hAnsi="Times New Roman" w:eastAsia="Times New Roman" w:cs="Times New Roman"/>
          <w:sz w:val="24"/>
        </w:rPr>
        <w:t>List Month(s)</w:t>
        <w:tab/>
        <w:tab/>
        <w:tab/>
        <w:tab/>
        <w:tab/>
        <w:t>Dollar Amount ($)</w:t>
      </w:r>
    </w:p>
    <w:p>
      <w:pPr/>
    </w:p>
    <w:p>
      <w:pPr/>
      <w:r>
        <w:rPr>
          <w:rFonts w:ascii="Times New Roman" w:hAnsi="Times New Roman" w:eastAsia="Times New Roman" w:cs="Times New Roman"/>
          <w:sz w:val="24"/>
        </w:rPr>
        <w:t>___________________________</w:t>
        <w:tab/>
        <w:t>$___________________________</w:t>
      </w:r>
    </w:p>
    <w:p>
      <w:pPr/>
    </w:p>
    <w:p>
      <w:pPr/>
      <w:r>
        <w:rPr>
          <w:rFonts w:ascii="Times New Roman" w:hAnsi="Times New Roman" w:eastAsia="Times New Roman" w:cs="Times New Roman"/>
          <w:sz w:val="24"/>
        </w:rPr>
        <w:t>___________________________</w:t>
        <w:tab/>
        <w:t>$___________________________</w:t>
      </w:r>
    </w:p>
    <w:p>
      <w:pPr/>
    </w:p>
    <w:p>
      <w:pPr/>
      <w:r>
        <w:rPr>
          <w:rFonts w:ascii="Times New Roman" w:hAnsi="Times New Roman" w:eastAsia="Times New Roman" w:cs="Times New Roman"/>
          <w:sz w:val="24"/>
        </w:rPr>
        <w:t>___________________________</w:t>
        <w:tab/>
        <w:t>$___________________________</w:t>
      </w:r>
    </w:p>
    <w:p>
      <w:pPr/>
    </w:p>
    <w:p>
      <w:pPr/>
      <w:r>
        <w:rPr>
          <w:rFonts w:ascii="Times New Roman" w:hAnsi="Times New Roman" w:eastAsia="Times New Roman" w:cs="Times New Roman"/>
          <w:b/>
          <w:sz w:val="24"/>
        </w:rPr>
        <w:t>TOTAL AMOUNT DUE</w:t>
      </w:r>
      <w:r>
        <w:rPr>
          <w:rFonts w:ascii="Times New Roman" w:hAnsi="Times New Roman" w:eastAsia="Times New Roman" w:cs="Times New Roman"/>
          <w:sz w:val="24"/>
        </w:rPr>
        <w:t>:</w:t>
        <w:tab/>
        <w:tab/>
        <w:tab/>
        <w:t>$___________________________</w:t>
      </w:r>
    </w:p>
    <w:p>
      <w:pPr/>
      <w:r>
        <w:rPr>
          <w:rFonts w:ascii="Times New Roman" w:hAnsi="Times New Roman" w:eastAsia="Times New Roman" w:cs="Times New Roman"/>
          <w:b/>
          <w:sz w:val="24"/>
        </w:rPr>
        <w:t>Note – Payment must be by cash, cashier’s check, money order, or certified funds pursuant to the terms of the rental agreement.</w:t>
      </w:r>
    </w:p>
    <w:p>
      <w:pPr/>
    </w:p>
    <w:p>
      <w:pPr/>
      <w:r>
        <w:rPr>
          <w:rFonts w:ascii="Times New Roman" w:hAnsi="Times New Roman" w:eastAsia="Times New Roman" w:cs="Times New Roman"/>
          <w:sz w:val="24"/>
        </w:rPr>
        <w:t>You must pay the total amount due to your landlord within fourteen (14) days after service of this notice or you must vacate the premises. Any payment you make to the landlord must first be applied to the total amount due as shown on this notice. Any failure to comply with this notice within fourteen (14) days after the service of this notice may result in a judicial proceeding that leads to your eviction from the premises.</w:t>
      </w:r>
    </w:p>
    <w:p>
      <w:pPr/>
    </w:p>
    <w:p>
      <w:pPr/>
      <w:r>
        <w:rPr>
          <w:rFonts w:ascii="Times New Roman" w:hAnsi="Times New Roman" w:eastAsia="Times New Roman" w:cs="Times New Roman"/>
          <w:b/>
          <w:sz w:val="24"/>
        </w:rPr>
        <w:t xml:space="preserve">The Washington state Office of the Attorney General has this notice in multiple languages as well as information on available resources to help you pay your rent, including state and local rental assistance programs, on its website at </w:t>
      </w:r>
      <w:r>
        <w:rPr>
          <w:rFonts w:ascii="Times New Roman" w:hAnsi="Times New Roman" w:eastAsia="Times New Roman" w:cs="Times New Roman"/>
          <w:b/>
          <w:sz w:val="24"/>
        </w:rPr>
        <w:t>www.atg.wa.gov/landlord-tenant</w:t>
      </w:r>
      <w:r>
        <w:rPr>
          <w:rFonts w:ascii="Times New Roman" w:hAnsi="Times New Roman" w:eastAsia="Times New Roman" w:cs="Times New Roman"/>
          <w:b/>
          <w:sz w:val="24"/>
        </w:rPr>
        <w:t>.</w:t>
      </w:r>
    </w:p>
    <w:p>
      <w:pPr/>
    </w:p>
    <w:p>
      <w:pPr/>
      <w:r>
        <w:rPr>
          <w:rFonts w:ascii="Times New Roman" w:hAnsi="Times New Roman" w:eastAsia="Times New Roman" w:cs="Times New Roman"/>
          <w:b/>
          <w:sz w:val="24"/>
        </w:rPr>
        <w:t>State law provides you the right to legal representation and the court may be able to appoint a lawyer to represent you without cost to you if you are a qualifying low-income renter. If you believe you are a qualifying low-income renter and would like an attorney appointed to represent you, please contact the Eviction Defense Screening Line at 855-657-8387 or apply online at https://nwjustice.org/apply-online. For additional resources, call 2-1-1 or the Northwest Justice Project CLEAR Hotline outside King County (888) 201-1014 weekdays between 9:15 a.m.--12:15 p.m., or (888) 387-7111 for seniors (age 60 and over). You may find additional information to help you at http://www.washingtonlawhelp.org. Free or low-cost mediation services to assist in nonpayment of rent disputes before any judicial proceedings occur are also available at dispute resolution centers throughout the state. You can find your nearest dispute resolution center at https://www.resolutionwa.org.</w:t>
      </w:r>
    </w:p>
    <w:p>
      <w:pPr/>
    </w:p>
    <w:p>
      <w:pPr/>
      <w:r>
        <w:rPr>
          <w:rFonts w:ascii="Times New Roman" w:hAnsi="Times New Roman" w:eastAsia="Times New Roman" w:cs="Times New Roman"/>
          <w:b/>
          <w:sz w:val="24"/>
        </w:rPr>
        <w:t>State law provides you the right to receive interpreter services at court.</w:t>
      </w:r>
    </w:p>
    <w:p>
      <w:pPr/>
    </w:p>
    <w:p>
      <w:pPr/>
    </w:p>
    <w:p>
      <w:pPr/>
      <w:r>
        <w:rPr>
          <w:rFonts w:ascii="Times New Roman" w:hAnsi="Times New Roman" w:eastAsia="Times New Roman" w:cs="Times New Roman"/>
          <w:sz w:val="24"/>
        </w:rPr>
        <w:t xml:space="preserve">OWNER/LANDLORD: </w:t>
      </w:r>
      <w:r>
        <w:rPr>
          <w:rFonts w:ascii="Times New Roman" w:hAnsi="Times New Roman" w:eastAsia="Times New Roman" w:cs="Times New Roman"/>
          <w:sz w:val="24"/>
        </w:rPr>
        <w:t>___________________________</w:t>
      </w:r>
      <w:r>
        <w:rPr>
          <w:rFonts w:ascii="Times New Roman" w:hAnsi="Times New Roman" w:eastAsia="Times New Roman" w:cs="Times New Roman"/>
          <w:sz w:val="24"/>
        </w:rPr>
        <w:t xml:space="preserve"> DATE: __________________</w:t>
      </w:r>
    </w:p>
    <w:p>
      <w:pPr/>
    </w:p>
    <w:p>
      <w:pPr/>
    </w:p>
    <w:p>
      <w:pPr/>
      <w:r>
        <w:rPr>
          <w:rFonts w:ascii="Times New Roman" w:hAnsi="Times New Roman" w:eastAsia="Times New Roman" w:cs="Times New Roman"/>
          <w:sz w:val="24"/>
        </w:rPr>
        <w:t>WHERE TOTAL AMOUNT DUE IS TO BE PAID:</w:t>
      </w:r>
    </w:p>
    <w:p>
      <w:pPr/>
    </w:p>
    <w:p>
      <w:pPr/>
      <w:r>
        <w:rPr>
          <w:rFonts w:ascii="Times New Roman" w:hAnsi="Times New Roman" w:eastAsia="Times New Roman" w:cs="Times New Roman"/>
          <w:sz w:val="24"/>
        </w:rPr>
        <w:t>___________________________</w:t>
      </w:r>
    </w:p>
    <w:p>
      <w:pPr/>
      <w:r>
        <w:rPr>
          <w:rFonts w:ascii="Times New Roman" w:hAnsi="Times New Roman" w:eastAsia="Times New Roman" w:cs="Times New Roman"/>
          <w:sz w:val="24"/>
        </w:rPr>
        <w:t>(owner/landlord name)</w:t>
      </w:r>
    </w:p>
    <w:p>
      <w:pPr/>
    </w:p>
    <w:p>
      <w:pPr/>
      <w:r>
        <w:rPr>
          <w:rFonts w:ascii="Times New Roman" w:hAnsi="Times New Roman" w:eastAsia="Times New Roman" w:cs="Times New Roman"/>
          <w:sz w:val="24"/>
        </w:rPr>
        <w:t>___________________________</w:t>
      </w:r>
    </w:p>
    <w:p>
      <w:pPr/>
    </w:p>
    <w:p>
      <w:pPr/>
      <w:r>
        <w:rPr>
          <w:rFonts w:ascii="Times New Roman" w:hAnsi="Times New Roman" w:eastAsia="Times New Roman" w:cs="Times New Roman"/>
          <w:sz w:val="24"/>
        </w:rPr>
        <w:t>___________________________</w:t>
      </w:r>
    </w:p>
    <w:p>
      <w:pPr/>
    </w:p>
    <w:p>
      <w:pPr/>
      <w:r>
        <w:rPr>
          <w:rFonts w:ascii="Times New Roman" w:hAnsi="Times New Roman" w:eastAsia="Times New Roman" w:cs="Times New Roman"/>
          <w:sz w:val="24"/>
        </w:rPr>
        <w:t>___________________________</w:t>
      </w:r>
    </w:p>
    <w:p>
      <w:pPr/>
    </w:p>
    <w:p>
      <w:pPr/>
      <w:r>
        <w:rPr>
          <w:rFonts w:ascii="Times New Roman" w:hAnsi="Times New Roman" w:eastAsia="Times New Roman" w:cs="Times New Roman"/>
          <w:sz w:val="24"/>
        </w:rPr>
        <w:t>(address)</w:t>
      </w:r>
    </w:p>
    <w:p>
      <w:pPr/>
    </w:p>
    <w:p>
      <w:pPr/>
    </w:p>
    <w:p>
      <w:pPr/>
    </w:p>
    <w:p>
      <w:pPr>
        <w:spacing w:before="240" w:after="120"/>
        <w:jc w:val="center"/>
      </w:pPr>
      <w:r>
        <w:rPr>
          <w:rFonts w:ascii="Times New Roman" w:hAnsi="Times New Roman" w:eastAsia="Times New Roman" w:cs="Times New Roman"/>
          <w:b/>
          <w:sz w:val="24"/>
        </w:rPr>
        <w:t>CERTIFICATE OF SERVICE</w:t>
      </w:r>
    </w:p>
    <w:p>
      <w:pPr>
        <w:spacing w:line="360" w:lineRule="auto"/>
      </w:pPr>
      <w:r>
        <w:rPr>
          <w:rFonts w:ascii="Times New Roman" w:hAnsi="Times New Roman" w:eastAsia="Times New Roman" w:cs="Times New Roman"/>
          <w:b/>
          <w:sz w:val="24"/>
        </w:rPr>
        <w:t xml:space="preserve"> </w:t>
      </w:r>
    </w:p>
    <w:p>
      <w:pPr>
        <w:spacing w:line="360" w:lineRule="auto"/>
      </w:pPr>
      <w:r>
        <w:rPr>
          <w:rFonts w:ascii="Times New Roman" w:hAnsi="Times New Roman" w:eastAsia="Times New Roman" w:cs="Times New Roman"/>
          <w:sz w:val="24"/>
        </w:rPr>
        <w:t>I certify that on the _____ day of ____________________, 20_____ I served this notice to __________________________ by</w:t>
      </w:r>
    </w:p>
    <w:p>
      <w:pPr>
        <w:spacing w:line="360" w:lineRule="auto"/>
      </w:pPr>
      <w:r>
        <w:rPr>
          <w:rFonts w:ascii="Times New Roman" w:hAnsi="Times New Roman" w:eastAsia="Times New Roman" w:cs="Times New Roman"/>
          <w:sz w:val="24"/>
        </w:rPr>
        <w:t xml:space="preserve"> </w:t>
      </w:r>
    </w:p>
    <w:p>
      <w:pPr>
        <w:spacing w:line="36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Delivering it personally to the person in possession.</w:t>
      </w:r>
    </w:p>
    <w:p>
      <w:pPr>
        <w:spacing w:line="36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Delivering it on the premises to a person of suitable age and discretion, </w:t>
      </w:r>
      <w:r>
        <w:rPr>
          <w:rFonts w:ascii="Times New Roman" w:hAnsi="Times New Roman" w:eastAsia="Times New Roman" w:cs="Times New Roman"/>
          <w:b/>
          <w:sz w:val="24"/>
        </w:rPr>
        <w:t>and</w:t>
      </w:r>
      <w:r>
        <w:rPr>
          <w:rFonts w:ascii="Times New Roman" w:hAnsi="Times New Roman" w:eastAsia="Times New Roman" w:cs="Times New Roman"/>
          <w:sz w:val="24"/>
        </w:rPr>
        <w:t xml:space="preserve"> sending a copy through the U.S mail (prepaid postage) to the person in possession.</w:t>
      </w:r>
    </w:p>
    <w:p>
      <w:pPr>
        <w:spacing w:line="36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Affixing a copy of the notice in a conspicuous place on the premises, </w:t>
      </w:r>
      <w:r>
        <w:rPr>
          <w:rFonts w:ascii="Times New Roman" w:hAnsi="Times New Roman" w:eastAsia="Times New Roman" w:cs="Times New Roman"/>
          <w:b/>
          <w:sz w:val="24"/>
        </w:rPr>
        <w:t>and</w:t>
      </w:r>
      <w:r>
        <w:rPr>
          <w:rFonts w:ascii="Times New Roman" w:hAnsi="Times New Roman" w:eastAsia="Times New Roman" w:cs="Times New Roman"/>
          <w:sz w:val="24"/>
        </w:rPr>
        <w:t xml:space="preserve"> sending a copy through the U.S. mail (prepaid postage) to the person in possession.</w:t>
      </w:r>
    </w:p>
    <w:p>
      <w:pPr>
        <w:spacing w:line="360" w:lineRule="auto"/>
      </w:pPr>
      <w:r>
        <w:rPr>
          <w:rFonts w:ascii="Times New Roman" w:hAnsi="Times New Roman" w:eastAsia="Times New Roman" w:cs="Times New Roman"/>
          <w:sz w:val="24"/>
        </w:rPr>
        <w:t xml:space="preserve"> </w:t>
      </w:r>
    </w:p>
    <w:p>
      <w:pPr>
        <w:spacing w:line="360" w:lineRule="auto"/>
      </w:pPr>
      <w:r>
        <w:rPr>
          <w:rFonts w:ascii="Times New Roman" w:hAnsi="Times New Roman" w:eastAsia="Times New Roman" w:cs="Times New Roman"/>
          <w:sz w:val="24"/>
        </w:rPr>
        <w:t xml:space="preserve">Signature </w:t>
      </w:r>
      <w:r>
        <w:rPr>
          <w:rFonts w:ascii="Times New Roman" w:hAnsi="Times New Roman" w:eastAsia="Times New Roman" w:cs="Times New Roman"/>
          <w:sz w:val="24"/>
        </w:rPr>
        <w:t>___________________________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