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WASHINGTON 3-DAY NOTICE TO QUIT FOR WASTE, NUISANCE OR</w:t>
      </w:r>
    </w:p>
    <w:p>
      <w:pPr>
        <w:jc w:val="center"/>
      </w:pPr>
      <w:r>
        <w:rPr>
          <w:rFonts w:ascii="Times New Roman" w:hAnsi="Times New Roman" w:eastAsia="Times New Roman" w:cs="Times New Roman"/>
          <w:b/>
          <w:sz w:val="24"/>
        </w:rPr>
        <w:t>UNLAWFUL USE OF PREMISES</w:t>
      </w:r>
    </w:p>
    <w:p>
      <w:pPr/>
    </w:p>
    <w:p>
      <w:pPr/>
    </w:p>
    <w:p>
      <w:pPr/>
    </w:p>
    <w:p>
      <w:pPr/>
      <w:r>
        <w:rPr>
          <w:rFonts w:ascii="Times New Roman" w:hAnsi="Times New Roman" w:eastAsia="Times New Roman" w:cs="Times New Roman"/>
          <w:sz w:val="24"/>
        </w:rPr>
        <w:t xml:space="preserve">TO: </w:t>
        <w:tab/>
        <w:t xml:space="preserve">_______________________________ </w:t>
      </w:r>
    </w:p>
    <w:p>
      <w:pPr/>
      <w:r>
        <w:rPr>
          <w:rFonts w:ascii="Times New Roman" w:hAnsi="Times New Roman" w:eastAsia="Times New Roman" w:cs="Times New Roman"/>
          <w:sz w:val="24"/>
        </w:rPr>
        <w:tab/>
        <w:t>and All Other Occupants at:</w:t>
      </w:r>
    </w:p>
    <w:p>
      <w:pPr/>
      <w:r>
        <w:rPr>
          <w:rFonts w:ascii="Times New Roman" w:hAnsi="Times New Roman" w:eastAsia="Times New Roman" w:cs="Times New Roman"/>
          <w:sz w:val="24"/>
        </w:rPr>
        <w:tab/>
        <w:t>_______________________________</w:t>
      </w:r>
    </w:p>
    <w:p>
      <w:pPr/>
      <w:r>
        <w:rPr>
          <w:rFonts w:ascii="Times New Roman" w:hAnsi="Times New Roman" w:eastAsia="Times New Roman" w:cs="Times New Roman"/>
          <w:sz w:val="24"/>
        </w:rPr>
        <w:tab/>
        <w:t>_______________________________</w:t>
      </w:r>
    </w:p>
    <w:p>
      <w:pPr/>
      <w:r>
        <w:rPr>
          <w:rFonts w:ascii="Times New Roman" w:hAnsi="Times New Roman" w:eastAsia="Times New Roman" w:cs="Times New Roman"/>
          <w:sz w:val="24"/>
        </w:rPr>
        <w:tab/>
        <w:t>__________________, WA ________</w:t>
      </w:r>
    </w:p>
    <w:p>
      <w:pPr/>
    </w:p>
    <w:p>
      <w:pPr/>
      <w:r>
        <w:rPr>
          <w:rFonts w:ascii="Times New Roman" w:hAnsi="Times New Roman" w:eastAsia="Times New Roman" w:cs="Times New Roman"/>
          <w:sz w:val="24"/>
        </w:rPr>
        <w:tab/>
        <w:tab/>
        <w:t>YOU, AND EACH OF YOU, ARE HEREBY NOTIFIED to quit the aforementioned premises and to surrender possession thereof within three (3) days of service of this notice upon you.</w:t>
      </w:r>
    </w:p>
    <w:p>
      <w:pPr/>
    </w:p>
    <w:p>
      <w:pPr/>
      <w:r>
        <w:rPr>
          <w:rFonts w:ascii="Times New Roman" w:hAnsi="Times New Roman" w:eastAsia="Times New Roman" w:cs="Times New Roman"/>
          <w:sz w:val="24"/>
        </w:rPr>
        <w:tab/>
        <w:tab/>
        <w:t>YOU ARE HEREBY REQUIRED to quit the premises, and deliver them to the owner, not later than midnight on ___________________, 20_____.</w:t>
      </w:r>
    </w:p>
    <w:p>
      <w:pPr/>
    </w:p>
    <w:p>
      <w:pPr/>
      <w:r>
        <w:rPr>
          <w:rFonts w:ascii="Times New Roman" w:hAnsi="Times New Roman" w:eastAsia="Times New Roman" w:cs="Times New Roman"/>
          <w:sz w:val="24"/>
        </w:rPr>
        <w:tab/>
        <w:tab/>
        <w:t xml:space="preserve">You are being required to vacate the premises within three (3) days from the date of service of this Notice on the grounds that you have violated a substantial obligation of your tenancy by engaging in actions constituting or presenting imminent danger to the health, safety and physical well being of all residents by: _______________________________________________________________________________. </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ab/>
        <w:tab/>
        <w:t>IF YOU DO NOT SURRENDER POSSESSION of the premises as required by this Notice within three (3) days, judicial action will be commenced against you in accordance with RCW 59.12 and 59.18 for your eviction, including a request for judgment against you for damages, costs and reasonable attorney's fees.</w:t>
      </w:r>
    </w:p>
    <w:p>
      <w:pPr/>
    </w:p>
    <w:p>
      <w:pPr/>
      <w:r>
        <w:rPr>
          <w:rFonts w:ascii="Times New Roman" w:hAnsi="Times New Roman" w:eastAsia="Times New Roman" w:cs="Times New Roman"/>
          <w:sz w:val="24"/>
        </w:rPr>
        <w:tab/>
        <w:tab/>
        <w:t>This Notice supersedes and replaces all prior eviction notices.</w:t>
      </w:r>
    </w:p>
    <w:p>
      <w:pPr/>
    </w:p>
    <w:p>
      <w:pPr/>
      <w:r>
        <w:rPr>
          <w:rFonts w:ascii="Times New Roman" w:hAnsi="Times New Roman" w:eastAsia="Times New Roman" w:cs="Times New Roman"/>
          <w:sz w:val="24"/>
        </w:rPr>
        <w:tab/>
        <w:tab/>
        <w:t>DATED at ____________, Washington this _______ day of ______________, 20_____.</w:t>
      </w:r>
    </w:p>
    <w:p>
      <w:pPr/>
    </w:p>
    <w:p>
      <w:pPr/>
    </w:p>
    <w:p>
      <w:pPr/>
      <w:r>
        <w:rPr>
          <w:rFonts w:ascii="Times New Roman" w:hAnsi="Times New Roman" w:eastAsia="Times New Roman" w:cs="Times New Roman"/>
          <w:sz w:val="24"/>
        </w:rPr>
        <w:tab/>
        <w:tab/>
        <w:tab/>
        <w:tab/>
        <w:tab/>
        <w:tab/>
        <w:tab/>
        <w:tab/>
        <w:tab/>
        <w:tab/>
        <w:tab/>
        <w:tab/>
        <w:tab/>
        <w:tab/>
        <w:tab/>
        <w:t>/s</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OWNER</w:t>
      </w:r>
    </w:p>
    <w:p>
      <w:pPr/>
      <w:r>
        <w:rPr>
          <w:rFonts w:ascii="Times New Roman" w:hAnsi="Times New Roman" w:eastAsia="Times New Roman" w:cs="Times New Roman"/>
          <w:sz w:val="24"/>
        </w:rPr>
        <w:tab/>
        <w:tab/>
        <w:tab/>
        <w:tab/>
      </w:r>
    </w:p>
    <w:p>
      <w:pPr/>
      <w:r>
        <w:rPr>
          <w:rFonts w:ascii="Times New Roman" w:hAnsi="Times New Roman" w:eastAsia="Times New Roman" w:cs="Times New Roman"/>
          <w:sz w:val="24"/>
        </w:rPr>
        <w:tab/>
        <w:tab/>
        <w:tab/>
        <w:tab/>
        <w:tab/>
        <w:tab/>
        <w:t>By:________________________________, Agent</w:t>
      </w:r>
    </w:p>
    <w:p>
      <w:pPr/>
    </w:p>
    <w:p>
      <w:pPr/>
      <w:r>
        <w:rPr>
          <w:rFonts w:ascii="Times New Roman" w:hAnsi="Times New Roman" w:eastAsia="Times New Roman" w:cs="Times New Roman"/>
          <w:sz w:val="24"/>
        </w:rPr>
        <w:tab/>
        <w:tab/>
        <w:tab/>
        <w:tab/>
        <w:tab/>
        <w:tab/>
        <w:t>Address:</w:t>
        <w:tab/>
        <w:t>______________________________</w:t>
      </w:r>
    </w:p>
    <w:p>
      <w:pPr>
        <w:ind w:hanging="720"/>
      </w:pPr>
      <w:r>
        <w:rPr>
          <w:rFonts w:ascii="Times New Roman" w:hAnsi="Times New Roman" w:eastAsia="Times New Roman" w:cs="Times New Roman"/>
          <w:sz w:val="24"/>
        </w:rPr>
        <w:tab/>
        <w:tab/>
        <w:tab/>
        <w:tab/>
        <w:tab/>
        <w:tab/>
        <w:t xml:space="preserve">      </w:t>
        <w:tab/>
        <w:tab/>
        <w:t>______________________________</w:t>
        <w:tab/>
        <w:tab/>
        <w:tab/>
        <w:tab/>
        <w:tab/>
        <w:tab/>
        <w:t>Phone:</w:t>
        <w:tab/>
        <w:tab/>
        <w:t>______________________________</w:t>
      </w:r>
    </w:p>
    <w:p>
      <w:pPr>
        <w:ind w:hanging="720"/>
      </w:pPr>
    </w:p>
    <w:p>
      <w:pPr>
        <w:ind w:hanging="720"/>
      </w:pPr>
    </w:p>
    <w:p>
      <w:pPr>
        <w:ind w:hanging="720"/>
      </w:pPr>
    </w:p>
    <w:p>
      <w:pPr>
        <w:ind w:hanging="720"/>
      </w:pPr>
    </w:p>
    <w:p>
      <w:pPr>
        <w:ind w:hanging="720"/>
      </w:pPr>
    </w:p>
    <w:p>
      <w:pPr>
        <w:ind w:hanging="720"/>
      </w:pPr>
    </w:p>
    <w:p>
      <w:pPr>
        <w:spacing w:before="240" w:after="120"/>
        <w:jc w:val="center"/>
      </w:pPr>
      <w:r>
        <w:rPr>
          <w:rFonts w:ascii="Times New Roman" w:hAnsi="Times New Roman" w:eastAsia="Times New Roman" w:cs="Times New Roman"/>
          <w:b/>
          <w:sz w:val="24"/>
        </w:rPr>
        <w:t>CERTIFICATE OF SERVICE</w:t>
      </w:r>
    </w:p>
    <w:p>
      <w:pPr>
        <w:spacing w:before="240" w:after="120"/>
        <w:jc w:val="center"/>
      </w:pPr>
    </w:p>
    <w:p>
      <w:pPr/>
      <w:r>
        <w:rPr>
          <w:rFonts w:ascii="Times New Roman" w:hAnsi="Times New Roman" w:eastAsia="Times New Roman" w:cs="Times New Roman"/>
          <w:b/>
          <w:sz w:val="24"/>
        </w:rPr>
        <w:t xml:space="preserve"> </w:t>
      </w:r>
    </w:p>
    <w:p>
      <w:pPr>
        <w:spacing w:line="360" w:lineRule="auto"/>
      </w:pPr>
      <w:r>
        <w:rPr>
          <w:rFonts w:ascii="Times New Roman" w:hAnsi="Times New Roman" w:eastAsia="Times New Roman" w:cs="Times New Roman"/>
          <w:sz w:val="24"/>
        </w:rPr>
        <w:t>I certify that on the _____ day of ____________________, 20_____ I served this notice to</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__________________________ by:</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Delivering it on the premises to a person of suitable age and discretion,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sending a copy through the U.S mail (prepaid postage) to the person in possession.</w:t>
      </w: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Affixing a copy of the notice in a conspicuous place on the premises,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sending a copy through the U.S. mail (prepaid postage) to the person in possession.</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p>
      <w:pPr>
        <w:ind w:hanging="720"/>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