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WASHINGTON D.C. NOTICE TO COMPLY OR QUIT</w:t>
      </w:r>
    </w:p>
    <w:p>
      <w:pPr>
        <w:jc w:val="center"/>
      </w:pPr>
      <w:r>
        <w:rPr>
          <w:rFonts w:ascii="Times New Roman" w:hAnsi="Times New Roman" w:eastAsia="Times New Roman" w:cs="Times New Roman"/>
          <w:b/>
          <w:sz w:val="24"/>
        </w:rPr>
        <w:t>(NON-COMPLIANCE)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This notice is sent to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(“Tenant”) and further directed to all residents, occupants, subtenants, and any others in possession of the Premises.</w:t>
      </w:r>
    </w:p>
    <w:p>
      <w:pP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(“Premises”)</w:t>
      </w:r>
    </w:p>
    <w:p>
      <w:pPr/>
    </w:p>
    <w:p>
      <w:pP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(“Lease”)</w:t>
      </w:r>
    </w:p>
    <w:p>
      <w:pPr/>
    </w:p>
    <w:p>
      <w:pPr/>
      <w:r>
        <w:rPr>
          <w:rFonts w:ascii="Times New Roman" w:hAnsi="Times New Roman" w:eastAsia="Times New Roman" w:cs="Times New Roman"/>
          <w:sz w:val="24"/>
        </w:rPr>
        <w:t xml:space="preserve">In accordance with your Lease and the laws located in this District, after service on you of this notice, you are hereby given the following instructions: </w:t>
      </w:r>
    </w:p>
    <w:p>
      <w:pPr/>
    </w:p>
    <w:p>
      <w:pPr/>
      <w:r>
        <w:rPr>
          <w:rFonts w:ascii="Times New Roman" w:hAnsi="Times New Roman" w:eastAsia="Times New Roman" w:cs="Times New Roman"/>
          <w:b/>
          <w:sz w:val="24"/>
        </w:rPr>
        <w:t>NON-COMPLIANCE</w:t>
      </w:r>
      <w:r>
        <w:rPr>
          <w:rFonts w:ascii="Times New Roman" w:hAnsi="Times New Roman" w:eastAsia="Times New Roman" w:cs="Times New Roman"/>
          <w:sz w:val="24"/>
        </w:rPr>
        <w:t xml:space="preserve">. Within </w:t>
      </w:r>
      <w:r>
        <w:rPr>
          <w:rFonts w:ascii="Times New Roman" w:hAnsi="Times New Roman" w:eastAsia="Times New Roman" w:cs="Times New Roman"/>
          <w:b/>
          <w:sz w:val="24"/>
        </w:rPr>
        <w:t>30 days</w:t>
      </w:r>
      <w:r>
        <w:rPr>
          <w:rFonts w:ascii="Times New Roman" w:hAnsi="Times New Roman" w:eastAsia="Times New Roman" w:cs="Times New Roman"/>
          <w:sz w:val="24"/>
        </w:rPr>
        <w:t xml:space="preserve">, you are hereby required to remedy the following violation of your Lease: </w:t>
      </w:r>
      <w:r>
        <w:rPr>
          <w:rFonts w:ascii="Times New Roman" w:hAnsi="Times New Roman" w:eastAsia="Times New Roman" w:cs="Times New Roman"/>
          <w:sz w:val="24"/>
        </w:rPr>
        <w:t>[DESCRIBE THE LEASE VIOLATION]</w:t>
      </w:r>
    </w:p>
    <w:p>
      <w:pPr/>
    </w:p>
    <w:p>
      <w:pPr/>
      <w:r>
        <w:rPr>
          <w:rFonts w:ascii="Times New Roman" w:hAnsi="Times New Roman" w:eastAsia="Times New Roman" w:cs="Times New Roman"/>
          <w:sz w:val="24"/>
        </w:rPr>
        <w:t>This is in non-compliance with your Lease. You are hereby obligated to notify the Landlord by the end of the notice period that the violation has been cured or quit and deliver possession of the Premises.</w:t>
      </w:r>
    </w:p>
    <w:p>
      <w:pPr/>
    </w:p>
    <w:p>
      <w:pPr/>
      <w:r>
        <w:rPr>
          <w:rFonts w:ascii="Times New Roman" w:hAnsi="Times New Roman" w:eastAsia="Times New Roman" w:cs="Times New Roman"/>
          <w:b/>
          <w:sz w:val="24"/>
        </w:rPr>
        <w:t>YOU ARE FURTHER NOTIFIED</w:t>
      </w:r>
      <w:r>
        <w:rPr>
          <w:rFonts w:ascii="Times New Roman" w:hAnsi="Times New Roman" w:eastAsia="Times New Roman" w:cs="Times New Roman"/>
          <w:sz w:val="24"/>
        </w:rPr>
        <w:t xml:space="preserve"> that the Landlord hereby elects to declare that forfeiture of your Lease under which you hold possession of the Premises if you fail to perform or otherwise </w:t>
      </w:r>
      <w:r>
        <w:rPr>
          <w:rFonts w:ascii="Times New Roman" w:hAnsi="Times New Roman" w:eastAsia="Times New Roman" w:cs="Times New Roman"/>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p>
      <w:pPr/>
      <w:r>
        <w:rPr>
          <w:rFonts w:ascii="Times New Roman" w:hAnsi="Times New Roman" w:eastAsia="Times New Roman" w:cs="Times New Roman"/>
          <w:sz w:val="24"/>
        </w:rPr>
        <w:t>Address: ________________________</w:t>
      </w:r>
    </w:p>
    <w:p>
      <w:pPr/>
      <w:r>
        <w:rPr>
          <w:rFonts w:ascii="Times New Roman" w:hAnsi="Times New Roman" w:eastAsia="Times New Roman" w:cs="Times New Roman"/>
          <w:sz w:val="24"/>
        </w:rPr>
        <w:t>Telephone: (____) ____-______</w:t>
      </w:r>
    </w:p>
    <w:p>
      <w:pPr/>
      <w:r>
        <w:rPr>
          <w:rFonts w:ascii="Times New Roman" w:hAnsi="Times New Roman" w:eastAsia="Times New Roman" w:cs="Times New Roman"/>
          <w:sz w:val="24"/>
        </w:rPr>
        <w:t>E-Mail: ________________________</w:t>
      </w:r>
    </w:p>
    <w:p>
      <w:pPr/>
    </w:p>
    <w:p>
      <w:pPr>
        <w:spacing w:before="0" w:after="0"/>
        <w:jc w:val="center"/>
      </w:pPr>
      <w:r>
        <w:rPr>
          <w:rFonts w:ascii="Times New Roman" w:hAnsi="Times New Roman" w:eastAsia="Times New Roman" w:cs="Times New Roman"/>
          <w:b/>
          <w:sz w:val="24"/>
        </w:rPr>
        <w:t>AFFIDAVIT OF SERVICE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b/>
          <w:sz w:val="24"/>
        </w:rPr>
        <w:t>I. SERVER</w:t>
      </w:r>
      <w:r>
        <w:rPr>
          <w:rFonts w:ascii="Times New Roman" w:hAnsi="Times New Roman" w:eastAsia="Times New Roman" w:cs="Times New Roman"/>
          <w:sz w:val="24"/>
        </w:rPr>
        <w:t xml:space="preserve">. I, </w:t>
      </w:r>
      <w:r>
        <w:rPr>
          <w:rFonts w:ascii="Times New Roman" w:hAnsi="Times New Roman" w:eastAsia="Times New Roman" w:cs="Times New Roman"/>
          <w:sz w:val="24"/>
        </w:rPr>
        <w:t>[SERVER'S NAME]</w:t>
      </w:r>
      <w:r>
        <w:rPr>
          <w:rFonts w:ascii="Times New Roman" w:hAnsi="Times New Roman" w:eastAsia="Times New Roman" w:cs="Times New Roman"/>
          <w:sz w:val="24"/>
        </w:rPr>
        <w:t xml:space="preserve"> (“Server”), declare under penalty of perjury that a notice for eviction was delivered and served in the following manner:</w:t>
      </w:r>
    </w:p>
    <w:p>
      <w:pPr/>
    </w:p>
    <w:p>
      <w:pPr/>
      <w:r>
        <w:rPr>
          <w:rFonts w:ascii="Times New Roman" w:hAnsi="Times New Roman" w:eastAsia="Times New Roman" w:cs="Times New Roman"/>
          <w:b/>
          <w:sz w:val="24"/>
        </w:rPr>
        <w:t>II. RECIPIENT</w:t>
      </w:r>
      <w:r>
        <w:rPr>
          <w:rFonts w:ascii="Times New Roman" w:hAnsi="Times New Roman" w:eastAsia="Times New Roman" w:cs="Times New Roman"/>
          <w:sz w:val="24"/>
        </w:rPr>
        <w:t>. The notice for eviction was delivered to:</w:t>
      </w:r>
    </w:p>
    <w:p>
      <w:pPr/>
      <w:r>
        <w:rPr>
          <w:rFonts w:ascii="Times New Roman" w:hAnsi="Times New Roman" w:eastAsia="Times New Roman" w:cs="Times New Roman"/>
          <w:sz w:val="24"/>
        </w:rPr>
        <w:t xml:space="preserve">Defendant/Respondent: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w:t>
      </w:r>
    </w:p>
    <w:p>
      <w:pPr/>
      <w:r>
        <w:rPr>
          <w:rFonts w:ascii="Times New Roman" w:hAnsi="Times New Roman" w:eastAsia="Times New Roman" w:cs="Times New Roman"/>
          <w:sz w:val="24"/>
        </w:rPr>
        <w:t xml:space="preserve">Address/Location: </w:t>
      </w:r>
      <w:r>
        <w:rPr>
          <w:rFonts w:ascii="Times New Roman" w:hAnsi="Times New Roman" w:eastAsia="Times New Roman" w:cs="Times New Roman"/>
          <w:sz w:val="24"/>
        </w:rPr>
        <w:t>[ADDRESS/LOCATION]</w:t>
      </w:r>
    </w:p>
    <w:p>
      <w:pPr/>
      <w:r>
        <w:rPr>
          <w:rFonts w:ascii="Times New Roman" w:hAnsi="Times New Roman" w:eastAsia="Times New Roman" w:cs="Times New Roman"/>
          <w:sz w:val="24"/>
        </w:rPr>
        <w:t xml:space="preserve">Date &amp; Time: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Time: </w:t>
      </w:r>
      <w:r>
        <w:rPr>
          <w:rFonts w:ascii="Times New Roman" w:hAnsi="Times New Roman" w:eastAsia="Times New Roman" w:cs="Times New Roman"/>
          <w:sz w:val="24"/>
        </w:rPr>
        <w:t>[TIME]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p>
    <w:p>
      <w:pPr/>
      <w:r>
        <w:rPr>
          <w:rFonts w:ascii="Times New Roman" w:hAnsi="Times New Roman" w:eastAsia="Times New Roman" w:cs="Times New Roman"/>
          <w:b/>
          <w:sz w:val="24"/>
        </w:rPr>
        <w:t>III. DELIVERY</w:t>
      </w:r>
      <w:r>
        <w:rPr>
          <w:rFonts w:ascii="Times New Roman" w:hAnsi="Times New Roman" w:eastAsia="Times New Roman" w:cs="Times New Roman"/>
          <w:sz w:val="24"/>
        </w:rPr>
        <w:t>. The Recipient received the eviction notice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eviction notice in the mail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eviction notice to a person identified as the Recipient.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xml:space="preserve">. The Server handed the eviction notice to someone who identified as living at the residence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xml:space="preserve">. The Server handed the eviction notice to someone who identified to be the Recipient’s co-worker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Leaving at the Residence</w:t>
      </w:r>
      <w:r>
        <w:rPr>
          <w:rFonts w:ascii="Times New Roman" w:hAnsi="Times New Roman" w:eastAsia="Times New Roman" w:cs="Times New Roman"/>
          <w:sz w:val="24"/>
        </w:rPr>
        <w:t xml:space="preserve">. The Server left the eviction notice in the following area: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delivered the eviction notice to the Recipient in-person and did not accept delivery.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METHOD OF DELIVERY]</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VERIFICATION</w:t>
      </w:r>
      <w:r>
        <w:rPr>
          <w:rFonts w:ascii="Times New Roman" w:hAnsi="Times New Roman" w:eastAsia="Times New Roman" w:cs="Times New Roman"/>
          <w:sz w:val="24"/>
        </w:rPr>
        <w:t>. I declare under penalty of perjury under the laws located in this State that the foregoing is true and correct.</w:t>
      </w:r>
    </w:p>
    <w:p>
      <w:pPr/>
    </w:p>
    <w:p>
      <w:pPr/>
    </w:p>
    <w:p>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