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240" w:lineRule="auto"/>
        <w:jc w:val="center"/>
      </w:pPr>
      <w:r>
        <w:rPr>
          <w:rFonts w:ascii="Times New Roman" w:hAnsi="Times New Roman" w:eastAsia="Times New Roman" w:cs="Times New Roman"/>
          <w:b/>
          <w:sz w:val="24"/>
        </w:rPr>
        <w:t>INFORMATION ABOUT THIS DOCUMENT</w:t>
      </w:r>
    </w:p>
    <w:p>
      <w:pPr>
        <w:spacing w:before="0" w:after="0" w:line="240" w:lineRule="auto"/>
        <w:jc w:val="center"/>
      </w:pPr>
    </w:p>
    <w:p>
      <w:pPr>
        <w:spacing w:before="0" w:after="0" w:line="240" w:lineRule="auto"/>
      </w:pPr>
      <w:r>
        <w:rPr>
          <w:rFonts w:ascii="Times New Roman" w:hAnsi="Times New Roman" w:eastAsia="Times New Roman" w:cs="Times New Roman"/>
          <w:sz w:val="24"/>
        </w:rPr>
        <w:t>THIS IS AN IMPORTANT LEGAL DOCUMENT. BEFORE SIGNING THIS DOCUMENT, IT IS VITAL FOR YOU TO KNOW AND UNDERSTAND THESE FACTS:</w:t>
      </w:r>
    </w:p>
    <w:p>
      <w:pPr>
        <w:spacing w:before="150" w:after="300" w:line="240" w:lineRule="auto"/>
      </w:pPr>
      <w:r>
        <w:rPr>
          <w:rFonts w:ascii="Times New Roman" w:hAnsi="Times New Roman" w:eastAsia="Times New Roman" w:cs="Times New Roman"/>
          <w:sz w:val="24"/>
        </w:rPr>
        <w:t>THIS DOCUMENT GIVES THE PERSON YOU NAME AS YOUR ATTORNEY IN FACT THE POWER TO MAKE HEALTH-CARE DECISIONS FOR YOU IF YOU CANNOT MAKE THE DECISIONS FOR YOURSELF.</w:t>
      </w:r>
    </w:p>
    <w:p>
      <w:pPr>
        <w:spacing w:before="150" w:after="300" w:line="240" w:lineRule="auto"/>
      </w:pPr>
      <w:r>
        <w:rPr>
          <w:rFonts w:ascii="Times New Roman" w:hAnsi="Times New Roman" w:eastAsia="Times New Roman" w:cs="Times New Roman"/>
          <w:sz w:val="24"/>
        </w:rPr>
        <w:t>AFTER YOU HAVE SIGNED THIS DOCUMENT, YOU HAVE THE RIGHT TO MAKE HEALTH-CARE DECISIONS FOR YOURSELF IF YOU ARE MENTALLY COMPETENT TO DO SO. IN ADDITION, AFTER YOU HAVE SIGNED THIS DOCUMENT, NO TREATMENT MAY BE GIVEN TO YOU OR STOPPED OVER YOUR OBJECTION IF YOU ARE MENTALLY COMPETENT TO MAKE THAT DECISION.</w:t>
      </w:r>
    </w:p>
    <w:p>
      <w:pPr>
        <w:spacing w:before="150" w:after="300" w:line="240" w:lineRule="auto"/>
      </w:pPr>
      <w:r>
        <w:rPr>
          <w:rFonts w:ascii="Times New Roman" w:hAnsi="Times New Roman" w:eastAsia="Times New Roman" w:cs="Times New Roman"/>
          <w:sz w:val="24"/>
        </w:rPr>
        <w:t>YOU MAY STATE IN THIS DOCUMENT ANY TYPE OF TREATMENT THAT YOU DO NOT DESIRE AND ANY THAT YOU WANT TO MAKE SURE YOU RECEIVE.</w:t>
      </w:r>
    </w:p>
    <w:p>
      <w:pPr>
        <w:spacing w:before="150" w:after="300" w:line="240" w:lineRule="auto"/>
      </w:pPr>
      <w:r>
        <w:rPr>
          <w:rFonts w:ascii="Times New Roman" w:hAnsi="Times New Roman" w:eastAsia="Times New Roman" w:cs="Times New Roman"/>
          <w:sz w:val="24"/>
        </w:rPr>
        <w:t>YOU HAVE THE RIGHT TO TAKE AWAY THE AUTHORITY OF YOUR ATTORNEY IN FACT, UNLESS YOU HAVE BEEN ADJUDICATED INCOMPETENT, BY NOTIFYING YOUR ATTORNEY IN FACT OR HEALTH-CARE PROVIDER EITHER ORALLY OR IN WRITING. SHOULD YOU REVOKE THE AUTHORITY OF YOUR ATTORNEY IN FACT, IT IS ADVISABLE TO REVOKE IN WRITING AND TO PLACE COPIES OF THE REVOCATION WHEREVER THIS DOCUMENT IS LOCATED.</w:t>
      </w:r>
    </w:p>
    <w:p>
      <w:pPr>
        <w:spacing w:before="150" w:after="300" w:line="240" w:lineRule="auto"/>
      </w:pPr>
      <w:r>
        <w:rPr>
          <w:rFonts w:ascii="Times New Roman" w:hAnsi="Times New Roman" w:eastAsia="Times New Roman" w:cs="Times New Roman"/>
          <w:sz w:val="24"/>
        </w:rPr>
        <w:t>IF THERE IS ANYTHING IN THIS DOCUMENT THAT YOU DO NOT UNDERSTAND, YOU SHOULD ASK A SOCIAL WORKER, LAWYER, OR OTHER PERSON TO EXPLAIN IT TO YOU.</w:t>
      </w:r>
    </w:p>
    <w:p>
      <w:pPr>
        <w:spacing w:before="0" w:after="0" w:line="240" w:lineRule="auto"/>
        <w:jc w:val="center"/>
      </w:pPr>
      <w:r>
        <w:rPr>
          <w:rFonts w:ascii="Times New Roman" w:hAnsi="Times New Roman" w:eastAsia="Times New Roman" w:cs="Times New Roman"/>
          <w:b/>
          <w:sz w:val="24"/>
        </w:rPr>
        <w:t>* * * * *</w:t>
      </w:r>
    </w:p>
    <w:p>
      <w:pPr>
        <w:spacing w:before="150" w:after="300" w:line="240" w:lineRule="auto"/>
      </w:pPr>
      <w:r>
        <w:rPr>
          <w:rFonts w:ascii="Times New Roman" w:hAnsi="Times New Roman" w:eastAsia="Times New Roman" w:cs="Times New Roman"/>
          <w:sz w:val="24"/>
        </w:rPr>
        <w:t>YOU SHOULD KEEP A COPY OF THIS DOCUMENT AFTER YOU HAVE SIGNED IT. GIVE A COPY TO THE PERSON YOU NAME AS YOUR ATTORNEY IN FACT. IF YOU ARE IN A HEALTH-CARE FACILITY, A COPY OF THIS DOCUMENT SHOULD BE INCLUDED IN YOUR MEDICAL RECORD.</w:t>
      </w:r>
    </w:p>
    <w:p>
      <w:pPr>
        <w:spacing w:before="0" w:after="0" w:line="240" w:lineRule="auto"/>
        <w:jc w:val="center"/>
      </w:pPr>
      <w:r>
        <w:rPr>
          <w:rFonts w:ascii="Times New Roman" w:hAnsi="Times New Roman" w:eastAsia="Times New Roman" w:cs="Times New Roman"/>
          <w:b/>
          <w:sz w:val="24"/>
        </w:rPr>
        <w:t>PART 1 OF 2 - POWER OF ATTORNEY FOR HEALTH CARE</w:t>
      </w:r>
    </w:p>
    <w:p>
      <w:pPr>
        <w:spacing w:before="150" w:after="300" w:line="240" w:lineRule="auto"/>
      </w:pPr>
      <w:r>
        <w:rPr>
          <w:rFonts w:ascii="Times New Roman" w:hAnsi="Times New Roman" w:eastAsia="Times New Roman" w:cs="Times New Roman"/>
          <w:sz w:val="24"/>
        </w:rPr>
        <w:t xml:space="preserve">I, </w:t>
      </w:r>
      <w:r>
        <w:rPr>
          <w:rFonts w:ascii="Times New Roman" w:hAnsi="Times New Roman" w:eastAsia="Times New Roman" w:cs="Times New Roman"/>
          <w:sz w:val="24"/>
        </w:rPr>
        <w:t>[NAME OF PRINCIPAL]</w:t>
      </w:r>
      <w:r>
        <w:rPr>
          <w:rFonts w:ascii="Times New Roman" w:hAnsi="Times New Roman" w:eastAsia="Times New Roman" w:cs="Times New Roman"/>
          <w:sz w:val="24"/>
        </w:rPr>
        <w:t xml:space="preserve">, hereby appoint: </w:t>
      </w:r>
      <w:r>
        <w:rPr>
          <w:rFonts w:ascii="Times New Roman" w:hAnsi="Times New Roman" w:eastAsia="Times New Roman" w:cs="Times New Roman"/>
          <w:sz w:val="24"/>
        </w:rPr>
        <w:t>[NAME OF AGENT]</w:t>
      </w:r>
      <w:r>
        <w:rPr>
          <w:rFonts w:ascii="Times New Roman" w:hAnsi="Times New Roman" w:eastAsia="Times New Roman" w:cs="Times New Roman"/>
          <w:sz w:val="24"/>
        </w:rPr>
        <w:t xml:space="preserve">, with a address of </w:t>
      </w:r>
      <w:r>
        <w:rPr>
          <w:rFonts w:ascii="Times New Roman" w:hAnsi="Times New Roman" w:eastAsia="Times New Roman" w:cs="Times New Roman"/>
          <w:sz w:val="24"/>
        </w:rPr>
        <w:t>[ADDRESS OF ATTORNEY-IN-FACT]</w:t>
      </w:r>
      <w:r>
        <w:rPr>
          <w:rFonts w:ascii="Times New Roman" w:hAnsi="Times New Roman" w:eastAsia="Times New Roman" w:cs="Times New Roman"/>
          <w:sz w:val="24"/>
        </w:rPr>
        <w:t xml:space="preserve">, and a telephone of </w:t>
      </w:r>
      <w:r>
        <w:rPr>
          <w:rFonts w:ascii="Times New Roman" w:hAnsi="Times New Roman" w:eastAsia="Times New Roman" w:cs="Times New Roman"/>
          <w:sz w:val="24"/>
        </w:rPr>
        <w:t>[PHONE NUMBER OF ATTORNEY-IN-FACT]</w:t>
      </w:r>
      <w:r>
        <w:rPr>
          <w:rFonts w:ascii="Times New Roman" w:hAnsi="Times New Roman" w:eastAsia="Times New Roman" w:cs="Times New Roman"/>
          <w:sz w:val="24"/>
        </w:rPr>
        <w:t xml:space="preserve"> as my attorney in fact to make health-care decisions for me if I become unable to make my own health-care decisions. This gives my attorney in fact the power to grant, refuse, or withdraw consent on my behalf for any health-care service, treatment or procedure. My attorney in fact also has the authority to talk to health-care personnel, get information and sign forms necessary to carry out these decisions.</w:t>
      </w:r>
    </w:p>
    <w:p>
      <w:pPr>
        <w:spacing w:before="150" w:after="300" w:line="240" w:lineRule="auto"/>
      </w:pPr>
      <w:r>
        <w:rPr>
          <w:rFonts w:ascii="Times New Roman" w:hAnsi="Times New Roman" w:eastAsia="Times New Roman" w:cs="Times New Roman"/>
          <w:sz w:val="24"/>
        </w:rPr>
        <w:t>If the person named as my attorney in fact is not available or is unable to act as my attorney in fact, I appoint the following person to serve in the order listed below:</w:t>
      </w:r>
    </w:p>
    <w:p>
      <w:pPr>
        <w:spacing w:before="150" w:after="300" w:line="240" w:lineRule="auto"/>
      </w:pPr>
      <w:r>
        <w:rPr>
          <w:rFonts w:ascii="Times New Roman" w:hAnsi="Times New Roman" w:eastAsia="Times New Roman" w:cs="Times New Roman"/>
          <w:b/>
          <w:sz w:val="24"/>
        </w:rPr>
        <w:t>1</w:t>
      </w:r>
      <w:r>
        <w:rPr>
          <w:rFonts w:ascii="Times New Roman" w:hAnsi="Times New Roman" w:eastAsia="Times New Roman" w:cs="Times New Roman"/>
          <w:b/>
          <w:sz w:val="24"/>
        </w:rPr>
        <w:t>st</w:t>
      </w:r>
      <w:r>
        <w:rPr>
          <w:rFonts w:ascii="Times New Roman" w:hAnsi="Times New Roman" w:eastAsia="Times New Roman" w:cs="Times New Roman"/>
          <w:b/>
          <w:sz w:val="24"/>
        </w:rPr>
        <w:t xml:space="preserve"> Alternate Attorney-in-Fact</w:t>
      </w:r>
      <w:r>
        <w:rPr>
          <w:rFonts w:ascii="Times New Roman" w:hAnsi="Times New Roman" w:eastAsia="Times New Roman" w:cs="Times New Roman"/>
          <w:sz w:val="24"/>
        </w:rPr>
        <w:t xml:space="preserve">: </w:t>
      </w:r>
      <w:r>
        <w:rPr>
          <w:rFonts w:ascii="Times New Roman" w:hAnsi="Times New Roman" w:eastAsia="Times New Roman" w:cs="Times New Roman"/>
          <w:sz w:val="24"/>
        </w:rPr>
        <w:t>[NAME OF FIRST ALTERNATE ATTORNEY-IN-FACT]</w:t>
      </w:r>
      <w:r>
        <w:rPr>
          <w:rFonts w:ascii="Times New Roman" w:hAnsi="Times New Roman" w:eastAsia="Times New Roman" w:cs="Times New Roman"/>
          <w:sz w:val="24"/>
        </w:rPr>
        <w:t xml:space="preserve">, with an address of </w:t>
      </w:r>
      <w:r>
        <w:rPr>
          <w:rFonts w:ascii="Times New Roman" w:hAnsi="Times New Roman" w:eastAsia="Times New Roman" w:cs="Times New Roman"/>
          <w:sz w:val="24"/>
        </w:rPr>
        <w:t>[ADDRESS OF FIRST ALTERNATE ATTORNEY-IN-FACT]</w:t>
      </w:r>
      <w:r>
        <w:rPr>
          <w:rFonts w:ascii="Times New Roman" w:hAnsi="Times New Roman" w:eastAsia="Times New Roman" w:cs="Times New Roman"/>
          <w:sz w:val="24"/>
        </w:rPr>
        <w:t xml:space="preserve">, and a telephone of </w:t>
      </w:r>
      <w:r>
        <w:rPr>
          <w:rFonts w:ascii="Times New Roman" w:hAnsi="Times New Roman" w:eastAsia="Times New Roman" w:cs="Times New Roman"/>
          <w:sz w:val="24"/>
        </w:rPr>
        <w:t>[PHONE NUMBER OF FIRST ALTERNATE ATTORNEY-IN-FACT]</w:t>
      </w:r>
      <w:r>
        <w:rPr>
          <w:rFonts w:ascii="Times New Roman" w:hAnsi="Times New Roman" w:eastAsia="Times New Roman" w:cs="Times New Roman"/>
          <w:sz w:val="24"/>
        </w:rPr>
        <w:t>.</w:t>
      </w:r>
    </w:p>
    <w:p>
      <w:pPr>
        <w:spacing w:before="150" w:after="300" w:line="240" w:lineRule="auto"/>
      </w:pPr>
      <w:r>
        <w:rPr>
          <w:rFonts w:ascii="Times New Roman" w:hAnsi="Times New Roman" w:eastAsia="Times New Roman" w:cs="Times New Roman"/>
          <w:b/>
          <w:sz w:val="24"/>
        </w:rPr>
        <w:t>2</w:t>
      </w:r>
      <w:r>
        <w:rPr>
          <w:rFonts w:ascii="Times New Roman" w:hAnsi="Times New Roman" w:eastAsia="Times New Roman" w:cs="Times New Roman"/>
          <w:b/>
          <w:sz w:val="24"/>
        </w:rPr>
        <w:t>nd</w:t>
      </w:r>
      <w:r>
        <w:rPr>
          <w:rFonts w:ascii="Times New Roman" w:hAnsi="Times New Roman" w:eastAsia="Times New Roman" w:cs="Times New Roman"/>
          <w:b/>
          <w:sz w:val="24"/>
        </w:rPr>
        <w:t xml:space="preserve"> Alternate Attorney-in-Fact</w:t>
      </w:r>
      <w:r>
        <w:rPr>
          <w:rFonts w:ascii="Times New Roman" w:hAnsi="Times New Roman" w:eastAsia="Times New Roman" w:cs="Times New Roman"/>
          <w:sz w:val="24"/>
        </w:rPr>
        <w:t xml:space="preserve">: </w:t>
      </w:r>
      <w:r>
        <w:rPr>
          <w:rFonts w:ascii="Times New Roman" w:hAnsi="Times New Roman" w:eastAsia="Times New Roman" w:cs="Times New Roman"/>
          <w:sz w:val="24"/>
        </w:rPr>
        <w:t>[NAME OF SECOND ALTERNATE ATTORNEY-IN-FACT]</w:t>
      </w:r>
      <w:r>
        <w:rPr>
          <w:rFonts w:ascii="Times New Roman" w:hAnsi="Times New Roman" w:eastAsia="Times New Roman" w:cs="Times New Roman"/>
          <w:sz w:val="24"/>
        </w:rPr>
        <w:t xml:space="preserve">, with an address of </w:t>
      </w:r>
      <w:r>
        <w:rPr>
          <w:rFonts w:ascii="Times New Roman" w:hAnsi="Times New Roman" w:eastAsia="Times New Roman" w:cs="Times New Roman"/>
          <w:sz w:val="24"/>
        </w:rPr>
        <w:t>[ADDRESS OF SECOND ALTERNATE ATTORNEY-IN-FACT]</w:t>
      </w:r>
      <w:r>
        <w:rPr>
          <w:rFonts w:ascii="Times New Roman" w:hAnsi="Times New Roman" w:eastAsia="Times New Roman" w:cs="Times New Roman"/>
          <w:sz w:val="24"/>
        </w:rPr>
        <w:t xml:space="preserve">, and a telephone of </w:t>
      </w:r>
      <w:r>
        <w:rPr>
          <w:rFonts w:ascii="Times New Roman" w:hAnsi="Times New Roman" w:eastAsia="Times New Roman" w:cs="Times New Roman"/>
          <w:sz w:val="24"/>
        </w:rPr>
        <w:t>[PHONE NUMBER OF SECOND ALTERNATE ATTORNEY-IN-FACT]</w:t>
      </w:r>
      <w:r>
        <w:rPr>
          <w:rFonts w:ascii="Times New Roman" w:hAnsi="Times New Roman" w:eastAsia="Times New Roman" w:cs="Times New Roman"/>
          <w:sz w:val="24"/>
        </w:rPr>
        <w:t>.</w:t>
      </w:r>
    </w:p>
    <w:p>
      <w:pPr>
        <w:spacing w:before="150" w:after="300" w:line="240" w:lineRule="auto"/>
      </w:pPr>
      <w:r>
        <w:rPr>
          <w:rFonts w:ascii="Times New Roman" w:hAnsi="Times New Roman" w:eastAsia="Times New Roman" w:cs="Times New Roman"/>
          <w:sz w:val="24"/>
        </w:rPr>
        <w:t>With this document, I intend to create a power of attorney for health care, which shall take effect if I become incapable of making my own health-care decisions and shall continue during that incapacity.</w:t>
      </w:r>
    </w:p>
    <w:p>
      <w:pPr>
        <w:spacing w:before="150" w:after="300" w:line="240" w:lineRule="auto"/>
      </w:pPr>
      <w:r>
        <w:rPr>
          <w:rFonts w:ascii="Times New Roman" w:hAnsi="Times New Roman" w:eastAsia="Times New Roman" w:cs="Times New Roman"/>
          <w:sz w:val="24"/>
        </w:rPr>
        <w:t>My attorney in fact shall make health-care decisions as I direct below or as I make known to my attorney in fact in some other way.</w:t>
      </w:r>
    </w:p>
    <w:p>
      <w:pPr>
        <w:spacing w:before="150" w:after="300" w:line="240" w:lineRule="auto"/>
      </w:pPr>
      <w:r>
        <w:rPr>
          <w:rFonts w:ascii="Times New Roman" w:hAnsi="Times New Roman" w:eastAsia="Times New Roman" w:cs="Times New Roman"/>
          <w:sz w:val="24"/>
        </w:rPr>
        <w:t>(a) STATEMENT OF DIRECTIVES CONCERNING LIFE-PROLONGING CARE, TREATMENT, SERVICES, AND PROCEDURES:</w:t>
      </w:r>
    </w:p>
    <w:p>
      <w:pPr>
        <w:spacing w:before="150" w:after="300" w:line="240" w:lineRule="auto"/>
      </w:pPr>
      <w:r>
        <w:rPr>
          <w:rFonts w:ascii="Times New Roman" w:hAnsi="Times New Roman" w:eastAsia="Times New Roman" w:cs="Times New Roman"/>
          <w:sz w:val="24"/>
        </w:rPr>
        <w:t>(b) SPECIAL PROVISIONS AND LIMITATIONS:</w:t>
      </w:r>
    </w:p>
    <w:p>
      <w:pPr>
        <w:spacing w:before="150" w:after="300" w:line="240" w:lineRule="auto"/>
      </w:pPr>
      <w:r>
        <w:rPr>
          <w:rFonts w:ascii="Times New Roman" w:hAnsi="Times New Roman" w:eastAsia="Times New Roman" w:cs="Times New Roman"/>
          <w:sz w:val="24"/>
        </w:rPr>
        <w:t>BY MY SIGNATURE I INDICATE THAT I UNDERSTAND THE PURPOSE AND EFFECT OF THIS DOCUMENT.</w:t>
      </w:r>
    </w:p>
    <w:p>
      <w:pPr>
        <w:spacing w:before="150" w:after="300" w:line="240" w:lineRule="auto"/>
      </w:pPr>
      <w:r>
        <w:rPr>
          <w:rFonts w:ascii="Times New Roman" w:hAnsi="Times New Roman" w:eastAsia="Times New Roman" w:cs="Times New Roman"/>
          <w:sz w:val="24"/>
        </w:rPr>
        <w:t xml:space="preserve">I sign my name to this form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at the address of: </w:t>
      </w:r>
      <w:r>
        <w:rPr>
          <w:rFonts w:ascii="Times New Roman" w:hAnsi="Times New Roman" w:eastAsia="Times New Roman" w:cs="Times New Roman"/>
          <w:sz w:val="24"/>
        </w:rPr>
        <w:t>[ADDRESS OF SIGNING]</w:t>
      </w:r>
      <w:r>
        <w:rPr>
          <w:rFonts w:ascii="Times New Roman" w:hAnsi="Times New Roman" w:eastAsia="Times New Roman" w:cs="Times New Roman"/>
          <w:sz w:val="24"/>
        </w:rPr>
        <w:t>.</w:t>
      </w:r>
    </w:p>
    <w:p>
      <w:pPr>
        <w:spacing w:before="150" w:after="300" w:line="240" w:lineRule="auto"/>
      </w:pPr>
      <w:r>
        <w:rPr>
          <w:rFonts w:ascii="Times New Roman" w:hAnsi="Times New Roman" w:eastAsia="Times New Roman" w:cs="Times New Roman"/>
          <w:b/>
          <w:sz w:val="24"/>
        </w:rPr>
        <w:t>Principal’s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w:t>
      </w:r>
    </w:p>
    <w:p>
      <w:pPr>
        <w:spacing w:before="0" w:after="0" w:line="240" w:lineRule="auto"/>
        <w:jc w:val="center"/>
      </w:pPr>
      <w:r>
        <w:rPr>
          <w:rFonts w:ascii="Times New Roman" w:hAnsi="Times New Roman" w:eastAsia="Times New Roman" w:cs="Times New Roman"/>
          <w:b/>
          <w:sz w:val="24"/>
        </w:rPr>
        <w:t>WITNESSES</w:t>
      </w:r>
    </w:p>
    <w:p>
      <w:pPr>
        <w:spacing w:before="150" w:after="300" w:line="240" w:lineRule="auto"/>
      </w:pPr>
      <w:r>
        <w:rPr>
          <w:rFonts w:ascii="Times New Roman" w:hAnsi="Times New Roman" w:eastAsia="Times New Roman" w:cs="Times New Roman"/>
          <w:sz w:val="24"/>
        </w:rPr>
        <w:t>I declare that the person who signed or acknowledged this document is personally known to me, that the person signed or acknowledged this durable power of attorney for health care in my presence, and that the person appears to be of sound mind and under no duress, fraud, or undue influence. I am not the person appointed as the attorney in fact by this document, nor am I the health-care provider of the principal or an employee of the health-care provider of the principal.</w:t>
      </w:r>
    </w:p>
    <w:p>
      <w:pPr>
        <w:spacing w:before="150" w:after="300" w:line="240" w:lineRule="auto"/>
      </w:pPr>
      <w:r>
        <w:rPr>
          <w:rFonts w:ascii="Times New Roman" w:hAnsi="Times New Roman" w:eastAsia="Times New Roman" w:cs="Times New Roman"/>
          <w:b/>
          <w:sz w:val="24"/>
        </w:rPr>
        <w:t>First (1</w:t>
      </w:r>
      <w:r>
        <w:rPr>
          <w:rFonts w:ascii="Times New Roman" w:hAnsi="Times New Roman" w:eastAsia="Times New Roman" w:cs="Times New Roman"/>
          <w:b/>
          <w:sz w:val="24"/>
        </w:rPr>
        <w:t>st</w:t>
      </w:r>
      <w:r>
        <w:rPr>
          <w:rFonts w:ascii="Times New Roman" w:hAnsi="Times New Roman" w:eastAsia="Times New Roman" w:cs="Times New Roman"/>
          <w:b/>
          <w:sz w:val="24"/>
        </w:rPr>
        <w:t>) Witness</w:t>
      </w:r>
    </w:p>
    <w:p>
      <w:pPr>
        <w:spacing w:before="150" w:after="300" w:line="240" w:lineRule="auto"/>
      </w:pPr>
      <w:r>
        <w:rPr>
          <w:rFonts w:ascii="Times New Roman" w:hAnsi="Times New Roman" w:eastAsia="Times New Roman" w:cs="Times New Roman"/>
          <w:sz w:val="24"/>
        </w:rPr>
        <w:t xml:space="preserve">Signature: </w:t>
      </w:r>
      <w:r>
        <w:rPr>
          <w:rFonts w:ascii="Times New Roman" w:hAnsi="Times New Roman" w:eastAsia="Times New Roman" w:cs="Times New Roman"/>
          <w:sz w:val="24"/>
        </w:rPr>
        <w:t>_____________________________</w:t>
      </w:r>
      <w:r>
        <w:rPr>
          <w:rFonts w:ascii="Times New Roman" w:hAnsi="Times New Roman" w:eastAsia="Times New Roman" w:cs="Times New Roman"/>
          <w:sz w:val="24"/>
        </w:rPr>
        <w:t xml:space="preserve"> Date: ________________</w:t>
      </w:r>
    </w:p>
    <w:p>
      <w:pPr>
        <w:spacing w:before="150" w:after="300" w:line="240" w:lineRule="auto"/>
      </w:pPr>
      <w:r>
        <w:rPr>
          <w:rFonts w:ascii="Times New Roman" w:hAnsi="Times New Roman" w:eastAsia="Times New Roman" w:cs="Times New Roman"/>
          <w:sz w:val="24"/>
        </w:rPr>
        <w:t xml:space="preserve">Home Address: </w:t>
      </w:r>
      <w:r>
        <w:rPr>
          <w:rFonts w:ascii="Times New Roman" w:hAnsi="Times New Roman" w:eastAsia="Times New Roman" w:cs="Times New Roman"/>
          <w:sz w:val="24"/>
        </w:rPr>
        <w:t>[ADDRESS OF FIRST WITNESS]</w:t>
      </w:r>
    </w:p>
    <w:p>
      <w:pPr>
        <w:spacing w:before="150" w:after="300" w:line="240" w:lineRule="auto"/>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[NAME OF FIRST WITNESS]</w:t>
      </w:r>
    </w:p>
    <w:p>
      <w:pPr>
        <w:spacing w:before="150" w:after="300" w:line="240" w:lineRule="auto"/>
      </w:pPr>
      <w:r>
        <w:rPr>
          <w:rFonts w:ascii="Times New Roman" w:hAnsi="Times New Roman" w:eastAsia="Times New Roman" w:cs="Times New Roman"/>
          <w:b/>
          <w:sz w:val="24"/>
        </w:rPr>
        <w:t>Second (2</w:t>
      </w:r>
      <w:r>
        <w:rPr>
          <w:rFonts w:ascii="Times New Roman" w:hAnsi="Times New Roman" w:eastAsia="Times New Roman" w:cs="Times New Roman"/>
          <w:b/>
          <w:sz w:val="24"/>
        </w:rPr>
        <w:t>nd</w:t>
      </w:r>
      <w:r>
        <w:rPr>
          <w:rFonts w:ascii="Times New Roman" w:hAnsi="Times New Roman" w:eastAsia="Times New Roman" w:cs="Times New Roman"/>
          <w:b/>
          <w:sz w:val="24"/>
        </w:rPr>
        <w:t>) Witness</w:t>
      </w:r>
    </w:p>
    <w:p>
      <w:pPr>
        <w:spacing w:before="150" w:after="300" w:line="240" w:lineRule="auto"/>
      </w:pPr>
      <w:r>
        <w:rPr>
          <w:rFonts w:ascii="Times New Roman" w:hAnsi="Times New Roman" w:eastAsia="Times New Roman" w:cs="Times New Roman"/>
          <w:sz w:val="24"/>
        </w:rPr>
        <w:t xml:space="preserve">Signature: </w:t>
      </w:r>
      <w:r>
        <w:rPr>
          <w:rFonts w:ascii="Times New Roman" w:hAnsi="Times New Roman" w:eastAsia="Times New Roman" w:cs="Times New Roman"/>
          <w:sz w:val="24"/>
        </w:rPr>
        <w:t>_____________________________</w:t>
      </w:r>
      <w:r>
        <w:rPr>
          <w:rFonts w:ascii="Times New Roman" w:hAnsi="Times New Roman" w:eastAsia="Times New Roman" w:cs="Times New Roman"/>
          <w:sz w:val="24"/>
        </w:rPr>
        <w:t xml:space="preserve"> Date: ________________</w:t>
      </w:r>
    </w:p>
    <w:p>
      <w:pPr>
        <w:spacing w:before="150" w:after="300" w:line="240" w:lineRule="auto"/>
      </w:pPr>
      <w:r>
        <w:rPr>
          <w:rFonts w:ascii="Times New Roman" w:hAnsi="Times New Roman" w:eastAsia="Times New Roman" w:cs="Times New Roman"/>
          <w:sz w:val="24"/>
        </w:rPr>
        <w:t xml:space="preserve">Home Address: </w:t>
      </w:r>
      <w:r>
        <w:rPr>
          <w:rFonts w:ascii="Times New Roman" w:hAnsi="Times New Roman" w:eastAsia="Times New Roman" w:cs="Times New Roman"/>
          <w:sz w:val="24"/>
        </w:rPr>
        <w:t>[ADDRESS OF SECOND WITNESS]</w:t>
      </w:r>
    </w:p>
    <w:p>
      <w:pPr>
        <w:spacing w:before="150" w:after="300" w:line="240" w:lineRule="auto"/>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[NAME OF SECOND WITNESS]</w:t>
      </w:r>
    </w:p>
    <w:p>
      <w:pPr>
        <w:spacing w:before="150" w:after="300" w:line="240" w:lineRule="auto"/>
      </w:pPr>
      <w:r>
        <w:rPr>
          <w:rFonts w:ascii="Times New Roman" w:hAnsi="Times New Roman" w:eastAsia="Times New Roman" w:cs="Times New Roman"/>
          <w:sz w:val="24"/>
        </w:rPr>
        <w:t>(1 OF THE WITNESSES LISTED ABOVE SHALL ALSO SIGN THE FOLLOWING DECLARATION.)</w:t>
      </w:r>
    </w:p>
    <w:p>
      <w:pPr>
        <w:spacing w:before="150" w:after="300" w:line="240" w:lineRule="auto"/>
      </w:pPr>
      <w:r>
        <w:rPr>
          <w:rFonts w:ascii="Times New Roman" w:hAnsi="Times New Roman" w:eastAsia="Times New Roman" w:cs="Times New Roman"/>
          <w:sz w:val="24"/>
        </w:rPr>
        <w:t>I further declare that I am not related to the principal by blood, marriage or adoption, and, to the best of my knowledge, I am not entitled to any part of the estate of the principal under a currently existing will or by operation of law.</w:t>
      </w:r>
    </w:p>
    <w:p>
      <w:pPr>
        <w:spacing w:before="150" w:after="300" w:line="240" w:lineRule="auto"/>
      </w:pPr>
      <w:r>
        <w:rPr>
          <w:rFonts w:ascii="Times New Roman" w:hAnsi="Times New Roman" w:eastAsia="Times New Roman" w:cs="Times New Roman"/>
          <w:sz w:val="24"/>
        </w:rPr>
        <w:t xml:space="preserve">Signature: </w:t>
      </w:r>
      <w:r>
        <w:rPr>
          <w:rFonts w:ascii="Times New Roman" w:hAnsi="Times New Roman" w:eastAsia="Times New Roman" w:cs="Times New Roman"/>
          <w:sz w:val="24"/>
        </w:rPr>
        <w:t>_____________________________</w:t>
      </w:r>
      <w:r>
        <w:rPr>
          <w:rFonts w:ascii="Times New Roman" w:hAnsi="Times New Roman" w:eastAsia="Times New Roman" w:cs="Times New Roman"/>
          <w:sz w:val="24"/>
        </w:rPr>
        <w:t xml:space="preserve"> Date: ________________</w:t>
      </w:r>
    </w:p>
    <w:p>
      <w:pPr>
        <w:spacing w:before="150" w:after="300" w:line="240" w:lineRule="auto"/>
      </w:pPr>
      <w:r>
        <w:rPr>
          <w:rFonts w:ascii="Times New Roman" w:hAnsi="Times New Roman" w:eastAsia="Times New Roman" w:cs="Times New Roman"/>
          <w:sz w:val="24"/>
        </w:rPr>
        <w:t xml:space="preserve">Home Address: </w:t>
      </w:r>
      <w:r>
        <w:rPr>
          <w:rFonts w:ascii="Times New Roman" w:hAnsi="Times New Roman" w:eastAsia="Times New Roman" w:cs="Times New Roman"/>
          <w:sz w:val="24"/>
        </w:rPr>
        <w:t>[WITNESS ADDRESS]</w:t>
      </w:r>
    </w:p>
    <w:p>
      <w:pPr>
        <w:spacing w:before="150" w:after="300" w:line="240" w:lineRule="auto"/>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[WITNESS NAME]</w:t>
      </w:r>
    </w:p>
    <w:p>
      <w:pPr>
        <w:spacing w:before="0" w:after="0" w:line="240" w:lineRule="auto"/>
        <w:jc w:val="center"/>
      </w:pPr>
      <w:r>
        <w:rPr>
          <w:rFonts w:ascii="Times New Roman" w:hAnsi="Times New Roman" w:eastAsia="Times New Roman" w:cs="Times New Roman"/>
          <w:b/>
          <w:sz w:val="24"/>
        </w:rPr>
        <w:t>PART 2 OF 2 – LIVING WILL DECLARATION</w:t>
      </w:r>
    </w:p>
    <w:p>
      <w:pPr>
        <w:spacing w:before="0" w:after="0" w:line="240" w:lineRule="auto"/>
      </w:pPr>
    </w:p>
    <w:p>
      <w:pPr>
        <w:spacing w:before="150" w:after="300"/>
      </w:pPr>
      <w:r>
        <w:rPr>
          <w:rFonts w:ascii="Times New Roman" w:hAnsi="Times New Roman" w:eastAsia="Times New Roman" w:cs="Times New Roman"/>
          <w:sz w:val="24"/>
        </w:rPr>
        <w:t xml:space="preserve">This Declaration made </w:t>
      </w:r>
      <w:r>
        <w:rPr>
          <w:rFonts w:ascii="Times New Roman" w:hAnsi="Times New Roman" w:eastAsia="Times New Roman" w:cs="Times New Roman"/>
          <w:sz w:val="24"/>
        </w:rPr>
        <w:t>[DATE]</w:t>
      </w:r>
      <w:r>
        <w:rPr>
          <w:rFonts w:ascii="Times New Roman" w:hAnsi="Times New Roman" w:eastAsia="Times New Roman" w:cs="Times New Roman"/>
          <w:sz w:val="24"/>
        </w:rPr>
        <w:t>.</w:t>
      </w:r>
    </w:p>
    <w:p>
      <w:pPr>
        <w:spacing w:before="150" w:after="300"/>
      </w:pPr>
      <w:r>
        <w:rPr>
          <w:rFonts w:ascii="Times New Roman" w:hAnsi="Times New Roman" w:eastAsia="Times New Roman" w:cs="Times New Roman"/>
          <w:sz w:val="24"/>
        </w:rPr>
        <w:t xml:space="preserve">I, </w:t>
      </w:r>
      <w:r>
        <w:rPr>
          <w:rFonts w:ascii="Times New Roman" w:hAnsi="Times New Roman" w:eastAsia="Times New Roman" w:cs="Times New Roman"/>
          <w:sz w:val="24"/>
        </w:rPr>
        <w:t>[NAME OF PRINCIPAL]</w:t>
      </w:r>
      <w:r>
        <w:rPr>
          <w:rFonts w:ascii="Times New Roman" w:hAnsi="Times New Roman" w:eastAsia="Times New Roman" w:cs="Times New Roman"/>
          <w:sz w:val="24"/>
        </w:rPr>
        <w:t>, being of sound mind, willfully and voluntarily make known my desires that my dying shall not be artificially prolonged under the circumstances set forth below, do declare:</w:t>
      </w:r>
    </w:p>
    <w:p>
      <w:pPr>
        <w:spacing w:before="150" w:after="300"/>
      </w:pPr>
      <w:r>
        <w:rPr>
          <w:rFonts w:ascii="Times New Roman" w:hAnsi="Times New Roman" w:eastAsia="Times New Roman" w:cs="Times New Roman"/>
          <w:sz w:val="24"/>
        </w:rPr>
        <w:t xml:space="preserve">If at any time I should have an incurable injury, disease, or illness certified to be a terminal condition by 2 physicians who have personally examined me, one of whom shall be my attending physician, and the physicians have determined that my death will occur whether or not life-sustaining procedures are utilized and where the application of life-sustaining procedures would serve only to artificially prolong the dying process: </w:t>
      </w:r>
    </w:p>
    <w:p>
      <w:pPr>
        <w:spacing w:before="150" w:after="300"/>
      </w:pPr>
      <w:r>
        <w:rPr>
          <w:rFonts w:ascii="Times New Roman" w:hAnsi="Times New Roman" w:eastAsia="Times New Roman" w:cs="Times New Roman"/>
          <w:sz w:val="24"/>
        </w:rPr>
        <w:t>(Choose One and Initial)</w:t>
      </w:r>
    </w:p>
    <w:p>
      <w:pPr>
        <w:spacing w:before="150" w:after="300"/>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I direct that such procedures </w:t>
      </w:r>
      <w:r>
        <w:rPr>
          <w:rFonts w:ascii="Times New Roman" w:hAnsi="Times New Roman" w:eastAsia="Times New Roman" w:cs="Times New Roman"/>
          <w:b/>
          <w:sz w:val="24"/>
        </w:rPr>
        <w:t>NOT to be withheld or withdrawn</w:t>
      </w:r>
      <w:r>
        <w:rPr>
          <w:rFonts w:ascii="Times New Roman" w:hAnsi="Times New Roman" w:eastAsia="Times New Roman" w:cs="Times New Roman"/>
          <w:sz w:val="24"/>
        </w:rPr>
        <w:t>, and that I be permitted to die naturally with only the administration of medication, or the performance of any medical procedure deemed necessary to provide me with comfort care or to alleviate pain.</w:t>
      </w:r>
    </w:p>
    <w:p>
      <w:pPr>
        <w:spacing w:before="150" w:after="300"/>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I direct that such procedures </w:t>
      </w:r>
      <w:r>
        <w:rPr>
          <w:rFonts w:ascii="Times New Roman" w:hAnsi="Times New Roman" w:eastAsia="Times New Roman" w:cs="Times New Roman"/>
          <w:b/>
          <w:sz w:val="24"/>
        </w:rPr>
        <w:t>to be withheld or withdrawn</w:t>
      </w:r>
      <w:r>
        <w:rPr>
          <w:rFonts w:ascii="Times New Roman" w:hAnsi="Times New Roman" w:eastAsia="Times New Roman" w:cs="Times New Roman"/>
          <w:sz w:val="24"/>
        </w:rPr>
        <w:t>, and that I be permitted to die naturally with only the administration of medication, or the performance of any medical procedure deemed necessary to provide me with comfort care or to alleviate pain.</w:t>
      </w:r>
    </w:p>
    <w:p>
      <w:pPr>
        <w:spacing w:before="150" w:after="300"/>
      </w:pPr>
      <w:r>
        <w:rPr>
          <w:rFonts w:ascii="Times New Roman" w:hAnsi="Times New Roman" w:eastAsia="Times New Roman" w:cs="Times New Roman"/>
          <w:sz w:val="24"/>
        </w:rPr>
        <w:t>In the absence of my ability to give directions regarding the use of such life-sustaining procedures, it is my intention that this declaration shall be honored by my family and physician(s) as the final expression of my legal right to refuse medical or surgical treatment and accept the consequences from such acceptance or refusal.</w:t>
      </w:r>
    </w:p>
    <w:p>
      <w:pPr>
        <w:spacing w:before="150" w:after="300"/>
      </w:pPr>
      <w:r>
        <w:rPr>
          <w:rFonts w:ascii="Times New Roman" w:hAnsi="Times New Roman" w:eastAsia="Times New Roman" w:cs="Times New Roman"/>
          <w:sz w:val="24"/>
        </w:rPr>
        <w:t>I understand the full import of this declaration and I am emotionally and mentally competent to make this declaration.</w:t>
      </w:r>
    </w:p>
    <w:p>
      <w:pPr>
        <w:spacing w:before="150" w:after="300"/>
      </w:pPr>
      <w:r>
        <w:rPr>
          <w:rFonts w:ascii="Times New Roman" w:hAnsi="Times New Roman" w:eastAsia="Times New Roman" w:cs="Times New Roman"/>
          <w:b/>
          <w:sz w:val="24"/>
        </w:rPr>
        <w:t>Declarant’s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w:t>
      </w:r>
      <w:r>
        <w:rPr>
          <w:rFonts w:ascii="Times New Roman" w:hAnsi="Times New Roman" w:eastAsia="Times New Roman" w:cs="Times New Roman"/>
          <w:sz w:val="24"/>
        </w:rPr>
        <w:t xml:space="preserve"> Date: ________________</w:t>
      </w:r>
    </w:p>
    <w:p>
      <w:pPr>
        <w:spacing w:before="150" w:after="300"/>
      </w:pPr>
      <w:r>
        <w:rPr>
          <w:rFonts w:ascii="Times New Roman" w:hAnsi="Times New Roman" w:eastAsia="Times New Roman" w:cs="Times New Roman"/>
          <w:sz w:val="24"/>
        </w:rPr>
        <w:t xml:space="preserve">Address: </w:t>
      </w:r>
      <w:r>
        <w:rPr>
          <w:rFonts w:ascii="Times New Roman" w:hAnsi="Times New Roman" w:eastAsia="Times New Roman" w:cs="Times New Roman"/>
          <w:sz w:val="24"/>
        </w:rPr>
        <w:t>[ADDRESS OF DECLARANT]</w:t>
      </w:r>
    </w:p>
    <w:p>
      <w:pPr>
        <w:spacing w:before="150" w:after="300"/>
      </w:pPr>
      <w:r>
        <w:rPr>
          <w:rFonts w:ascii="Times New Roman" w:hAnsi="Times New Roman" w:eastAsia="Times New Roman" w:cs="Times New Roman"/>
          <w:sz w:val="24"/>
        </w:rPr>
        <w:t>I believe the declarant to be of sound mind. I did not sign the declarant’s signature above for or at the direction of the declarant. I am at least 18 years of age and am not related to the declarant by blood, marriage, or domestic partnership, entitled to any portion of the estate of the declarant according to the laws of intestate succession of the District of Columbia or under any will of the declarant or codicil thereto, or directly financially responsible for declarant’s medical care. I am not the declarant’s attending physician, an employee of the attending physician, or an employee of the health facility in which the declarant is a patient.</w:t>
      </w:r>
    </w:p>
    <w:p>
      <w:pPr>
        <w:spacing w:before="150" w:after="300" w:line="240" w:lineRule="auto"/>
      </w:pPr>
      <w:r>
        <w:rPr>
          <w:rFonts w:ascii="Times New Roman" w:hAnsi="Times New Roman" w:eastAsia="Times New Roman" w:cs="Times New Roman"/>
          <w:b/>
          <w:sz w:val="24"/>
        </w:rPr>
        <w:t>First (1</w:t>
      </w:r>
      <w:r>
        <w:rPr>
          <w:rFonts w:ascii="Times New Roman" w:hAnsi="Times New Roman" w:eastAsia="Times New Roman" w:cs="Times New Roman"/>
          <w:b/>
          <w:sz w:val="24"/>
        </w:rPr>
        <w:t>st</w:t>
      </w:r>
      <w:r>
        <w:rPr>
          <w:rFonts w:ascii="Times New Roman" w:hAnsi="Times New Roman" w:eastAsia="Times New Roman" w:cs="Times New Roman"/>
          <w:b/>
          <w:sz w:val="24"/>
        </w:rPr>
        <w:t>) Witness</w:t>
      </w:r>
    </w:p>
    <w:p>
      <w:pPr>
        <w:spacing w:before="150" w:after="300" w:line="240" w:lineRule="auto"/>
      </w:pPr>
      <w:r>
        <w:rPr>
          <w:rFonts w:ascii="Times New Roman" w:hAnsi="Times New Roman" w:eastAsia="Times New Roman" w:cs="Times New Roman"/>
          <w:sz w:val="24"/>
        </w:rPr>
        <w:t xml:space="preserve">Signature: </w:t>
      </w:r>
      <w:r>
        <w:rPr>
          <w:rFonts w:ascii="Times New Roman" w:hAnsi="Times New Roman" w:eastAsia="Times New Roman" w:cs="Times New Roman"/>
          <w:sz w:val="24"/>
        </w:rPr>
        <w:t>_____________________________</w:t>
      </w:r>
      <w:r>
        <w:rPr>
          <w:rFonts w:ascii="Times New Roman" w:hAnsi="Times New Roman" w:eastAsia="Times New Roman" w:cs="Times New Roman"/>
          <w:sz w:val="24"/>
        </w:rPr>
        <w:t xml:space="preserve"> Date: ________________</w:t>
      </w:r>
    </w:p>
    <w:p>
      <w:pPr>
        <w:spacing w:before="150" w:after="300" w:line="240" w:lineRule="auto"/>
      </w:pPr>
      <w:r>
        <w:rPr>
          <w:rFonts w:ascii="Times New Roman" w:hAnsi="Times New Roman" w:eastAsia="Times New Roman" w:cs="Times New Roman"/>
          <w:sz w:val="24"/>
        </w:rPr>
        <w:t xml:space="preserve">Home Address: </w:t>
      </w:r>
      <w:r>
        <w:rPr>
          <w:rFonts w:ascii="Times New Roman" w:hAnsi="Times New Roman" w:eastAsia="Times New Roman" w:cs="Times New Roman"/>
          <w:sz w:val="24"/>
        </w:rPr>
        <w:t>[WITNESS 1 ADDRESS]</w:t>
      </w:r>
    </w:p>
    <w:p>
      <w:pPr>
        <w:spacing w:before="150" w:after="300" w:line="240" w:lineRule="auto"/>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[WITNESS 1 NAME]</w:t>
      </w:r>
    </w:p>
    <w:p>
      <w:pPr>
        <w:spacing w:before="150" w:after="300" w:line="240" w:lineRule="auto"/>
      </w:pPr>
      <w:r>
        <w:rPr>
          <w:rFonts w:ascii="Times New Roman" w:hAnsi="Times New Roman" w:eastAsia="Times New Roman" w:cs="Times New Roman"/>
          <w:b/>
          <w:sz w:val="24"/>
        </w:rPr>
        <w:t>Second (2</w:t>
      </w:r>
      <w:r>
        <w:rPr>
          <w:rFonts w:ascii="Times New Roman" w:hAnsi="Times New Roman" w:eastAsia="Times New Roman" w:cs="Times New Roman"/>
          <w:b/>
          <w:sz w:val="24"/>
        </w:rPr>
        <w:t>nd</w:t>
      </w:r>
      <w:r>
        <w:rPr>
          <w:rFonts w:ascii="Times New Roman" w:hAnsi="Times New Roman" w:eastAsia="Times New Roman" w:cs="Times New Roman"/>
          <w:b/>
          <w:sz w:val="24"/>
        </w:rPr>
        <w:t>) Witness</w:t>
      </w:r>
    </w:p>
    <w:p>
      <w:pPr>
        <w:spacing w:before="150" w:after="300" w:line="240" w:lineRule="auto"/>
      </w:pPr>
      <w:r>
        <w:rPr>
          <w:rFonts w:ascii="Times New Roman" w:hAnsi="Times New Roman" w:eastAsia="Times New Roman" w:cs="Times New Roman"/>
          <w:sz w:val="24"/>
        </w:rPr>
        <w:t xml:space="preserve">Signature: </w:t>
      </w:r>
      <w:r>
        <w:rPr>
          <w:rFonts w:ascii="Times New Roman" w:hAnsi="Times New Roman" w:eastAsia="Times New Roman" w:cs="Times New Roman"/>
          <w:sz w:val="24"/>
        </w:rPr>
        <w:t>_____________________________</w:t>
      </w:r>
      <w:r>
        <w:rPr>
          <w:rFonts w:ascii="Times New Roman" w:hAnsi="Times New Roman" w:eastAsia="Times New Roman" w:cs="Times New Roman"/>
          <w:sz w:val="24"/>
        </w:rPr>
        <w:t xml:space="preserve"> Date: ________________</w:t>
      </w:r>
    </w:p>
    <w:p>
      <w:pPr>
        <w:spacing w:before="150" w:after="300" w:line="240" w:lineRule="auto"/>
      </w:pPr>
      <w:r>
        <w:rPr>
          <w:rFonts w:ascii="Times New Roman" w:hAnsi="Times New Roman" w:eastAsia="Times New Roman" w:cs="Times New Roman"/>
          <w:sz w:val="24"/>
        </w:rPr>
        <w:t xml:space="preserve">Home Address: </w:t>
      </w:r>
      <w:r>
        <w:rPr>
          <w:rFonts w:ascii="Times New Roman" w:hAnsi="Times New Roman" w:eastAsia="Times New Roman" w:cs="Times New Roman"/>
          <w:sz w:val="24"/>
        </w:rPr>
        <w:t>[WITNESS 2 ADDRESS]</w:t>
      </w:r>
    </w:p>
    <w:p>
      <w:pPr>
        <w:spacing w:before="150" w:after="300" w:line="240" w:lineRule="auto"/>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[WITNESS 2 NAME]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