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WASHNGTON D.C. GENERAL BILL OF SALE</w:t>
      </w:r>
    </w:p>
    <w:p>
      <w:pPr/>
    </w:p>
    <w:p>
      <w:pPr/>
      <w:r>
        <w:rPr>
          <w:rFonts w:ascii="Times New Roman" w:hAnsi="Times New Roman" w:eastAsia="Times New Roman" w:cs="Times New Roman"/>
          <w:b/>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Buyer’s Name: </w:t>
      </w:r>
      <w:r>
        <w:rPr>
          <w:rFonts w:ascii="Times New Roman" w:hAnsi="Times New Roman" w:eastAsia="Times New Roman" w:cs="Times New Roman"/>
          <w:sz w:val="24"/>
        </w:rPr>
        <w:t>[BUYER'S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("Buyer").</w:t>
      </w:r>
    </w:p>
    <w:p>
      <w:pPr/>
      <w:r>
        <w:rPr>
          <w:rFonts w:ascii="Times New Roman" w:hAnsi="Times New Roman" w:eastAsia="Times New Roman" w:cs="Times New Roman"/>
          <w:sz w:val="24"/>
        </w:rPr>
        <w:t xml:space="preserve">Seller’s Name: </w:t>
      </w:r>
      <w:r>
        <w:rPr>
          <w:rFonts w:ascii="Times New Roman" w:hAnsi="Times New Roman" w:eastAsia="Times New Roman" w:cs="Times New Roman"/>
          <w:sz w:val="24"/>
        </w:rPr>
        <w:t>[SELLER'S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("Seller").</w:t>
      </w:r>
    </w:p>
    <w:p>
      <w:pPr/>
    </w:p>
    <w:p>
      <w:pPr/>
      <w:r>
        <w:rPr>
          <w:rFonts w:ascii="Times New Roman" w:hAnsi="Times New Roman" w:eastAsia="Times New Roman" w:cs="Times New Roman"/>
          <w:b/>
          <w:sz w:val="24"/>
        </w:rPr>
        <w:t>PERSONAL PROPERTY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Description: </w:t>
      </w:r>
      <w:r>
        <w:rPr>
          <w:rFonts w:ascii="Times New Roman" w:hAnsi="Times New Roman" w:eastAsia="Times New Roman" w:cs="Times New Roman"/>
          <w:sz w:val="24"/>
        </w:rPr>
        <w:t>[DESCRIPTION OF PERSONAL PROPERTY]</w:t>
      </w:r>
    </w:p>
    <w:p>
      <w:pPr/>
      <w:r>
        <w:rPr>
          <w:rFonts w:ascii="Times New Roman" w:hAnsi="Times New Roman" w:eastAsia="Times New Roman" w:cs="Times New Roman"/>
          <w:sz w:val="24"/>
        </w:rPr>
        <w:t xml:space="preserve">Serial Number (SN) (if any): </w:t>
      </w:r>
      <w:r>
        <w:rPr>
          <w:rFonts w:ascii="Times New Roman" w:hAnsi="Times New Roman" w:eastAsia="Times New Roman" w:cs="Times New Roman"/>
          <w:sz w:val="24"/>
        </w:rPr>
        <w:t>[SERIAL NUMBER]</w:t>
      </w:r>
    </w:p>
    <w:p>
      <w:pPr/>
      <w:r>
        <w:rPr>
          <w:rFonts w:ascii="Times New Roman" w:hAnsi="Times New Roman" w:eastAsia="Times New Roman" w:cs="Times New Roman"/>
          <w:sz w:val="24"/>
        </w:rPr>
        <w:t>The above-described item shall be known as the “Personal Property.”</w:t>
      </w:r>
    </w:p>
    <w:p>
      <w:pPr/>
    </w:p>
    <w:p>
      <w:pPr/>
      <w:r>
        <w:rPr>
          <w:rFonts w:ascii="Times New Roman" w:hAnsi="Times New Roman" w:eastAsia="Times New Roman" w:cs="Times New Roman"/>
          <w:b/>
          <w:sz w:val="24"/>
        </w:rPr>
        <w:t>TRADE/PURCHASE PRICE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check one (1)</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Seller accepts cash payment in the amount of $</w:t>
      </w:r>
      <w:r>
        <w:rPr>
          <w:rFonts w:ascii="Times New Roman" w:hAnsi="Times New Roman" w:eastAsia="Times New Roman" w:cs="Times New Roman"/>
          <w:sz w:val="24"/>
        </w:rPr>
        <w:t>[PURCHASE PRICE]</w:t>
      </w:r>
      <w:r>
        <w:rPr>
          <w:rFonts w:ascii="Times New Roman" w:hAnsi="Times New Roman" w:eastAsia="Times New Roman" w:cs="Times New Roman"/>
          <w:sz w:val="24"/>
        </w:rPr>
        <w:t xml:space="preserve"> to be paid 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The date of this bill of sale.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At a future date no later than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Buyer is receiving the Personal Property as a Gift.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Seller accepts trade for the Personal Property in exchange for: </w:t>
      </w:r>
      <w:r>
        <w:rPr>
          <w:rFonts w:ascii="Times New Roman" w:hAnsi="Times New Roman" w:eastAsia="Times New Roman" w:cs="Times New Roman"/>
          <w:sz w:val="24"/>
        </w:rPr>
        <w:t>[ENTER TRADE]</w:t>
      </w:r>
    </w:p>
    <w:p>
      <w:pPr/>
    </w:p>
    <w:p>
      <w:pPr/>
      <w:r>
        <w:rPr>
          <w:rFonts w:ascii="Times New Roman" w:hAnsi="Times New Roman" w:eastAsia="Times New Roman" w:cs="Times New Roman"/>
          <w:b/>
          <w:sz w:val="24"/>
        </w:rPr>
        <w:t>BUYER AND SELLER DISCLOSURE</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pPr/>
    </w:p>
    <w:p>
      <w:pPr/>
    </w:p>
    <w:p>
      <w:pPr/>
      <w:r>
        <w:rPr>
          <w:rFonts w:ascii="Times New Roman" w:hAnsi="Times New Roman" w:eastAsia="Times New Roman" w:cs="Times New Roman"/>
          <w:b/>
          <w:sz w:val="24"/>
        </w:rPr>
        <w:t>Seller’s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__________________________________</w:t>
      </w:r>
    </w:p>
    <w:p>
      <w:pPr/>
    </w:p>
    <w:p>
      <w:pPr/>
    </w:p>
    <w:p>
      <w:pPr/>
      <w:r>
        <w:rPr>
          <w:rFonts w:ascii="Times New Roman" w:hAnsi="Times New Roman" w:eastAsia="Times New Roman" w:cs="Times New Roman"/>
          <w:b/>
          <w:sz w:val="24"/>
        </w:rPr>
        <w:t>Buyer’s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