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These materials are for information only.  They do not provide legal advice.  If you have questions about whether a custodial power of attorney is right for you or your family, or how to prepare a custodial power of attorney,</w:t>
      </w:r>
    </w:p>
    <w:p>
      <w:pPr>
        <w:jc w:val="center"/>
      </w:pPr>
      <w:r>
        <w:rPr>
          <w:rFonts w:ascii="Times New Roman" w:hAnsi="Times New Roman" w:eastAsia="Times New Roman" w:cs="Times New Roman"/>
          <w:b/>
          <w:sz w:val="24"/>
        </w:rPr>
        <w:t xml:space="preserve"> </w:t>
      </w:r>
      <w:r>
        <w:rPr>
          <w:rFonts w:ascii="Times New Roman" w:hAnsi="Times New Roman" w:eastAsia="Times New Roman" w:cs="Times New Roman"/>
          <w:b/>
          <w:sz w:val="24"/>
        </w:rPr>
        <w:t>you should seek legal advice.</w:t>
      </w:r>
    </w:p>
    <w:p>
      <w:pPr>
        <w:spacing w:before="0" w:after="0"/>
        <w:jc w:val="center"/>
      </w:pPr>
    </w:p>
    <w:p>
      <w:pPr>
        <w:spacing w:before="0" w:after="0"/>
        <w:jc w:val="center"/>
      </w:pPr>
      <w:r>
        <w:rPr>
          <w:rFonts w:ascii="Times New Roman" w:hAnsi="Times New Roman" w:eastAsia="Times New Roman" w:cs="Times New Roman"/>
          <w:b/>
          <w:sz w:val="24"/>
        </w:rPr>
        <w:t xml:space="preserve">INFORMATION ABOUT CUSTODIAL POWERS OF ATTORNEY </w:t>
      </w:r>
    </w:p>
    <w:p>
      <w:pPr>
        <w:spacing w:before="0" w:after="0"/>
        <w:jc w:val="center"/>
      </w:pPr>
    </w:p>
    <w:p>
      <w:pPr>
        <w:spacing w:before="0" w:after="0"/>
      </w:pPr>
      <w:r>
        <w:rPr>
          <w:rFonts w:ascii="Times New Roman" w:hAnsi="Times New Roman" w:eastAsia="Times New Roman" w:cs="Times New Roman"/>
          <w:b/>
          <w:sz w:val="24"/>
        </w:rPr>
        <w:t>What is a custodial power of attorney?</w:t>
      </w:r>
    </w:p>
    <w:p>
      <w:pPr>
        <w:spacing w:before="0" w:after="0"/>
      </w:pPr>
      <w:r>
        <w:rPr>
          <w:rFonts w:ascii="Times New Roman" w:hAnsi="Times New Roman" w:eastAsia="Times New Roman" w:cs="Times New Roman"/>
          <w:sz w:val="24"/>
        </w:rPr>
        <w:tab/>
        <w:t xml:space="preserve">Under District of Columbia law, a parent can sign a custodial power of attorney that authorizes a third party (a person other than a parent) to make decisions on the child’s behalf and/or designate with whom his/her child will live.  A custodial power of attorney can also authorize the third party to obtain services for the child, like medical care or mental health care.  You may wish to give such authority to a third party if you cannot take care of your child due to, for instance, a physical or mental health condition, extended hospitalization, incarceration, military deployment, or for any reason.  You do </w:t>
      </w:r>
      <w:r>
        <w:rPr>
          <w:rFonts w:ascii="Times New Roman" w:hAnsi="Times New Roman" w:eastAsia="Times New Roman" w:cs="Times New Roman"/>
          <w:sz w:val="24"/>
        </w:rPr>
        <w:t>not</w:t>
      </w:r>
      <w:r>
        <w:rPr>
          <w:rFonts w:ascii="Times New Roman" w:hAnsi="Times New Roman" w:eastAsia="Times New Roman" w:cs="Times New Roman"/>
          <w:sz w:val="24"/>
        </w:rPr>
        <w:t xml:space="preserve"> have to say why you are granting a custodial power of attorney, but you may do so if you wish. </w:t>
      </w:r>
      <w:r>
        <w:rPr>
          <w:rFonts w:ascii="Times New Roman" w:hAnsi="Times New Roman" w:eastAsia="Times New Roman" w:cs="Times New Roman"/>
          <w:b/>
          <w:sz w:val="24"/>
        </w:rPr>
        <w:t>The powers and responsibilities granted to a third person by a custodial power of attorney are broad.  Both the parent and the third party can seek legal advice regarding this document.</w:t>
      </w:r>
    </w:p>
    <w:p>
      <w:pPr>
        <w:spacing w:before="0" w:after="0"/>
      </w:pPr>
    </w:p>
    <w:p>
      <w:pPr>
        <w:spacing w:before="0" w:after="0"/>
      </w:pPr>
      <w:r>
        <w:rPr>
          <w:rFonts w:ascii="Times New Roman" w:hAnsi="Times New Roman" w:eastAsia="Times New Roman" w:cs="Times New Roman"/>
          <w:b/>
          <w:sz w:val="24"/>
        </w:rPr>
        <w:t>What powers does a custodial power of attorney grant?</w:t>
      </w:r>
    </w:p>
    <w:p>
      <w:pPr>
        <w:spacing w:before="0" w:after="0"/>
      </w:pPr>
      <w:r>
        <w:rPr>
          <w:rFonts w:ascii="Times New Roman" w:hAnsi="Times New Roman" w:eastAsia="Times New Roman" w:cs="Times New Roman"/>
          <w:sz w:val="24"/>
        </w:rPr>
        <w:tab/>
        <w:t xml:space="preserve">The parent decides what powers to grant to the third party when preparing the custodial power of attorney.  The attached sample power of attorney lists various powers that a parent may wish to grant.  To grant the </w:t>
      </w:r>
      <w:r>
        <w:rPr>
          <w:rFonts w:ascii="Times New Roman" w:hAnsi="Times New Roman" w:eastAsia="Times New Roman" w:cs="Times New Roman"/>
          <w:sz w:val="24"/>
        </w:rPr>
        <w:t>most</w:t>
      </w:r>
      <w:r>
        <w:rPr>
          <w:rFonts w:ascii="Times New Roman" w:hAnsi="Times New Roman" w:eastAsia="Times New Roman" w:cs="Times New Roman"/>
          <w:sz w:val="24"/>
        </w:rPr>
        <w:t xml:space="preserve"> power to a third party, a parent should check all of the lines in paragraph 5, especially the last line.</w:t>
      </w:r>
    </w:p>
    <w:p>
      <w:pPr>
        <w:spacing w:before="0" w:after="0"/>
      </w:pPr>
      <w:r>
        <w:rPr>
          <w:rFonts w:ascii="Times New Roman" w:hAnsi="Times New Roman" w:eastAsia="Times New Roman" w:cs="Times New Roman"/>
          <w:sz w:val="24"/>
        </w:rPr>
        <w:tab/>
        <w:t>A parent may also limit the powers granted by the power of attorney.  A parent may do so by writing specific limitations in paragraph 7.</w:t>
      </w:r>
    </w:p>
    <w:p>
      <w:pPr>
        <w:spacing w:before="0" w:after="0"/>
      </w:pPr>
    </w:p>
    <w:p>
      <w:pPr>
        <w:spacing w:before="0" w:after="0"/>
      </w:pPr>
      <w:r>
        <w:rPr>
          <w:rFonts w:ascii="Times New Roman" w:hAnsi="Times New Roman" w:eastAsia="Times New Roman" w:cs="Times New Roman"/>
          <w:b/>
          <w:sz w:val="24"/>
        </w:rPr>
        <w:t>Do I have to get a custodial power of attorney notarized?</w:t>
      </w:r>
    </w:p>
    <w:p>
      <w:pPr>
        <w:spacing w:before="0" w:after="0"/>
      </w:pPr>
      <w:r>
        <w:rPr>
          <w:rFonts w:ascii="Times New Roman" w:hAnsi="Times New Roman" w:eastAsia="Times New Roman" w:cs="Times New Roman"/>
          <w:b/>
          <w:sz w:val="24"/>
        </w:rPr>
        <w:tab/>
      </w:r>
      <w:r>
        <w:rPr>
          <w:rFonts w:ascii="Times New Roman" w:hAnsi="Times New Roman" w:eastAsia="Times New Roman" w:cs="Times New Roman"/>
          <w:sz w:val="24"/>
        </w:rPr>
        <w:t>Although notarization is not required, it may be helpful.  Notarization may make it easier to use the form to obtain services for the child.</w:t>
      </w:r>
    </w:p>
    <w:p>
      <w:pPr>
        <w:spacing w:before="0" w:after="0"/>
      </w:pPr>
    </w:p>
    <w:p>
      <w:pPr>
        <w:spacing w:before="0" w:after="0"/>
      </w:pPr>
      <w:r>
        <w:rPr>
          <w:rFonts w:ascii="Times New Roman" w:hAnsi="Times New Roman" w:eastAsia="Times New Roman" w:cs="Times New Roman"/>
          <w:b/>
          <w:sz w:val="24"/>
        </w:rPr>
        <w:t>How should a third party use a custodial power of attorney?</w:t>
      </w:r>
    </w:p>
    <w:p>
      <w:pPr>
        <w:spacing w:before="0" w:after="0"/>
      </w:pPr>
      <w:r>
        <w:rPr>
          <w:rFonts w:ascii="Times New Roman" w:hAnsi="Times New Roman" w:eastAsia="Times New Roman" w:cs="Times New Roman"/>
          <w:sz w:val="24"/>
        </w:rPr>
        <w:tab/>
        <w:t>When the third party seeks to enroll a child in school, obtain medical care for the child, or obtain any other service or benefit for the child, the third party should bring the custodial power of attorney.  It may also help to bring a copy of the law (which is attached).</w:t>
      </w:r>
    </w:p>
    <w:p>
      <w:pPr>
        <w:spacing w:before="0" w:after="0"/>
      </w:pPr>
    </w:p>
    <w:p>
      <w:pPr>
        <w:spacing w:before="0" w:after="0"/>
      </w:pPr>
      <w:r>
        <w:rPr>
          <w:rFonts w:ascii="Times New Roman" w:hAnsi="Times New Roman" w:eastAsia="Times New Roman" w:cs="Times New Roman"/>
          <w:b/>
          <w:sz w:val="24"/>
        </w:rPr>
        <w:t>Can a parent revoke or withdraw the custodial power of attorney?</w:t>
      </w:r>
    </w:p>
    <w:p>
      <w:pPr>
        <w:spacing w:before="0" w:after="0"/>
      </w:pPr>
      <w:r>
        <w:rPr>
          <w:rFonts w:ascii="Times New Roman" w:hAnsi="Times New Roman" w:eastAsia="Times New Roman" w:cs="Times New Roman"/>
          <w:b/>
          <w:sz w:val="24"/>
        </w:rPr>
        <w:tab/>
      </w:r>
      <w:r>
        <w:rPr>
          <w:rFonts w:ascii="Times New Roman" w:hAnsi="Times New Roman" w:eastAsia="Times New Roman" w:cs="Times New Roman"/>
          <w:sz w:val="24"/>
        </w:rPr>
        <w:t xml:space="preserve">Yes.  A parent can revoke the custodial power of attorney at any time after signing it.  The custodial power of attorney form itself may describe </w:t>
      </w:r>
      <w:r>
        <w:rPr>
          <w:rFonts w:ascii="Times New Roman" w:hAnsi="Times New Roman" w:eastAsia="Times New Roman" w:cs="Times New Roman"/>
          <w:sz w:val="24"/>
        </w:rPr>
        <w:t>how</w:t>
      </w:r>
      <w:r>
        <w:rPr>
          <w:rFonts w:ascii="Times New Roman" w:hAnsi="Times New Roman" w:eastAsia="Times New Roman" w:cs="Times New Roman"/>
          <w:sz w:val="24"/>
        </w:rPr>
        <w:t xml:space="preserve"> a parent can revoke the custodial power of attorney.  A sample revocation form is also attached.</w:t>
      </w:r>
    </w:p>
    <w:p>
      <w:pPr>
        <w:spacing w:before="0" w:after="0"/>
      </w:pPr>
    </w:p>
    <w:p>
      <w:pPr>
        <w:spacing w:before="0" w:after="0"/>
      </w:pPr>
      <w:r>
        <w:rPr>
          <w:rFonts w:ascii="Times New Roman" w:hAnsi="Times New Roman" w:eastAsia="Times New Roman" w:cs="Times New Roman"/>
          <w:b/>
          <w:sz w:val="24"/>
        </w:rPr>
        <w:t>How long does a custodial power of attorney last?</w:t>
      </w:r>
    </w:p>
    <w:p>
      <w:pPr>
        <w:spacing w:before="0" w:after="0"/>
      </w:pPr>
      <w:r>
        <w:rPr>
          <w:rFonts w:ascii="Times New Roman" w:hAnsi="Times New Roman" w:eastAsia="Times New Roman" w:cs="Times New Roman"/>
          <w:sz w:val="24"/>
        </w:rPr>
        <w:tab/>
        <w:t xml:space="preserve">Generally, if the custodial power of attorney does not include a time limit, it lasts until the parent revokes it.  The sample form provides that you can revoke it in writing at any time, and a sample revocation form is also attached.  </w:t>
      </w:r>
    </w:p>
    <w:p>
      <w:pPr>
        <w:spacing w:before="0" w:after="0"/>
      </w:pPr>
      <w:r>
        <w:rPr>
          <w:rFonts w:ascii="Times New Roman" w:hAnsi="Times New Roman" w:eastAsia="Times New Roman" w:cs="Times New Roman"/>
          <w:sz w:val="24"/>
        </w:rPr>
        <w:tab/>
        <w:t>A parent can also specify a time limit for the power of attorney.  For example, the parent could write in the form:  “This custodial power of attorney shall take effect on [date] and shall remain in effect until [date].”</w:t>
      </w:r>
    </w:p>
    <w:p>
      <w:pPr>
        <w:spacing w:before="0" w:after="0"/>
      </w:pPr>
    </w:p>
    <w:p>
      <w:pPr>
        <w:spacing w:before="0" w:after="0"/>
      </w:pPr>
      <w:r>
        <w:rPr>
          <w:rFonts w:ascii="Times New Roman" w:hAnsi="Times New Roman" w:eastAsia="Times New Roman" w:cs="Times New Roman"/>
          <w:b/>
          <w:sz w:val="24"/>
        </w:rPr>
        <w:t>What is the difference between a custodial power of attorney and a court custody order?</w:t>
      </w:r>
    </w:p>
    <w:p>
      <w:pPr>
        <w:spacing w:before="0" w:after="0"/>
        <w:ind w:firstLine="720"/>
      </w:pPr>
      <w:r>
        <w:rPr>
          <w:rFonts w:ascii="Times New Roman" w:hAnsi="Times New Roman" w:eastAsia="Times New Roman" w:cs="Times New Roman"/>
          <w:sz w:val="24"/>
        </w:rPr>
        <w:t>A custodial power of attorney is a legal document signed by a parent but not approved by a court.  Generally, it is easier to revoke a custodial power of attorney than to change a court custody order.   Every case is different and you should seek legal advice if you have questions about which option to use.</w:t>
      </w:r>
      <w:r>
        <w:rPr>
          <w:rFonts w:ascii="Times New Roman" w:hAnsi="Times New Roman" w:eastAsia="Times New Roman" w:cs="Times New Roman"/>
          <w:b/>
          <w:sz w:val="24"/>
        </w:rPr>
        <w:t xml:space="preserve"> </w:t>
      </w:r>
    </w:p>
    <w:p>
      <w:pPr>
        <w:spacing w:before="0" w:after="0"/>
        <w:jc w:val="center"/>
      </w:pPr>
      <w:r>
        <w:rPr>
          <w:rFonts w:ascii="Times New Roman" w:hAnsi="Times New Roman" w:eastAsia="Times New Roman" w:cs="Times New Roman"/>
          <w:b/>
          <w:sz w:val="24"/>
        </w:rPr>
        <w:t>DISTRICT OF COLUMBIA CUSTODIAL POWER OF ATTORNEY</w:t>
      </w:r>
      <w:r>
        <w:rPr>
          <w:rFonts w:ascii="Times New Roman" w:hAnsi="Times New Roman" w:eastAsia="Times New Roman" w:cs="Times New Roman"/>
          <w:b/>
          <w:sz w:val="24"/>
        </w:rPr>
        <w:t xml:space="preserve"> PURSUANT TO D.C. CODE § 21-2301</w:t>
      </w:r>
    </w:p>
    <w:p>
      <w:pPr>
        <w:spacing w:before="0" w:after="0"/>
        <w:jc w:val="center"/>
      </w:pPr>
    </w:p>
    <w:p>
      <w:pPr>
        <w:spacing w:before="0" w:after="0"/>
        <w:ind w:hanging="720"/>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PARENT OR GUARDIAN]</w:t>
      </w:r>
      <w:r>
        <w:rPr>
          <w:rFonts w:ascii="Times New Roman" w:hAnsi="Times New Roman" w:eastAsia="Times New Roman" w:cs="Times New Roman"/>
          <w:sz w:val="24"/>
        </w:rPr>
        <w:t>, am the parent of</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the child(ren) listed below.  There are no </w:t>
      </w:r>
    </w:p>
    <w:p>
      <w:pPr>
        <w:spacing w:before="0" w:after="0"/>
      </w:pPr>
      <w:r>
        <w:rPr>
          <w:rFonts w:ascii="Times New Roman" w:hAnsi="Times New Roman" w:eastAsia="Times New Roman" w:cs="Times New Roman"/>
          <w:sz w:val="24"/>
        </w:rPr>
        <w:tab/>
      </w:r>
      <w:r>
        <w:rPr>
          <w:rFonts w:ascii="Times New Roman" w:hAnsi="Times New Roman" w:eastAsia="Times New Roman" w:cs="Times New Roman"/>
          <w:b/>
          <w:sz w:val="24"/>
        </w:rPr>
        <w:t xml:space="preserve">      </w:t>
        <w:tab/>
        <w:tab/>
        <w:tab/>
        <w:tab/>
        <w:tab/>
      </w:r>
    </w:p>
    <w:p>
      <w:pPr>
        <w:spacing w:before="0" w:after="0" w:line="360" w:lineRule="auto"/>
      </w:pPr>
      <w:r>
        <w:rPr>
          <w:rFonts w:ascii="Times New Roman" w:hAnsi="Times New Roman" w:eastAsia="Times New Roman" w:cs="Times New Roman"/>
          <w:sz w:val="24"/>
        </w:rPr>
        <w:t xml:space="preserve">court orders now in effect which would prohibit me from exercising the power that I now seek to convey.  </w:t>
      </w:r>
    </w:p>
    <w:p>
      <w:pPr>
        <w:spacing w:before="120" w:after="0"/>
        <w:ind w:hanging="720"/>
      </w:pPr>
      <w:r>
        <w:rPr>
          <w:rFonts w:ascii="Times New Roman" w:hAnsi="Times New Roman" w:eastAsia="Times New Roman" w:cs="Times New Roman"/>
          <w:sz w:val="24"/>
        </w:rPr>
        <w:t>My address is:</w:t>
      </w:r>
    </w:p>
    <w:p>
      <w:pPr>
        <w:spacing w:before="0" w:after="0" w:line="360" w:lineRule="auto"/>
      </w:pPr>
      <w:r>
        <w:rPr>
          <w:rFonts w:ascii="Times New Roman" w:hAnsi="Times New Roman" w:eastAsia="Times New Roman" w:cs="Times New Roman"/>
          <w:sz w:val="24"/>
        </w:rPr>
        <w:t>[ADDRESS]</w:t>
      </w:r>
    </w:p>
    <w:p>
      <w:pPr>
        <w:spacing w:before="0" w:after="0"/>
        <w:ind w:hanging="720"/>
      </w:pP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is an adult whose address is: </w:t>
      </w:r>
    </w:p>
    <w:p>
      <w:pPr>
        <w:spacing w:before="0" w:after="0"/>
      </w:pPr>
      <w:r>
        <w:rPr>
          <w:rFonts w:ascii="Times New Roman" w:hAnsi="Times New Roman" w:eastAsia="Times New Roman" w:cs="Times New Roman"/>
          <w:sz w:val="24"/>
        </w:rPr>
        <w:tab/>
        <w:t xml:space="preserve"> </w:t>
      </w:r>
    </w:p>
    <w:p>
      <w:pPr>
        <w:spacing w:before="0" w:after="0" w:line="360" w:lineRule="auto"/>
      </w:pPr>
      <w:r>
        <w:rPr>
          <w:rFonts w:ascii="Times New Roman" w:hAnsi="Times New Roman" w:eastAsia="Times New Roman" w:cs="Times New Roman"/>
          <w:sz w:val="24"/>
        </w:rPr>
        <w:t>[ADDRESS OF ATTORNEY-IN-FACT]</w:t>
      </w:r>
    </w:p>
    <w:p>
      <w:pPr>
        <w:spacing w:before="0" w:after="0"/>
        <w:ind w:hanging="720"/>
      </w:pPr>
      <w:r>
        <w:rPr>
          <w:rFonts w:ascii="Times New Roman" w:hAnsi="Times New Roman" w:eastAsia="Times New Roman" w:cs="Times New Roman"/>
          <w:sz w:val="24"/>
        </w:rPr>
        <w:t xml:space="preserve">I grant to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the parental rights and responsibilities listed below </w:t>
      </w:r>
    </w:p>
    <w:p>
      <w:pPr>
        <w:spacing w:before="0" w:after="0"/>
      </w:pPr>
      <w:r>
        <w:rPr>
          <w:rFonts w:ascii="Times New Roman" w:hAnsi="Times New Roman" w:eastAsia="Times New Roman" w:cs="Times New Roman"/>
          <w:sz w:val="24"/>
        </w:rPr>
        <w:tab/>
        <w:tab/>
        <w:t xml:space="preserve">          </w:t>
      </w:r>
    </w:p>
    <w:p>
      <w:pPr>
        <w:spacing w:before="0" w:after="0"/>
      </w:pPr>
      <w:r>
        <w:rPr>
          <w:rFonts w:ascii="Times New Roman" w:hAnsi="Times New Roman" w:eastAsia="Times New Roman" w:cs="Times New Roman"/>
          <w:sz w:val="24"/>
        </w:rPr>
        <w:t>regarding care, physical custody, and control of the following child(ren):</w:t>
      </w:r>
    </w:p>
    <w:p>
      <w:pPr>
        <w:spacing w:before="120" w:after="0" w:line="360" w:lineRule="auto"/>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CHILD]</w:t>
      </w:r>
      <w:r>
        <w:rPr>
          <w:rFonts w:ascii="Times New Roman" w:hAnsi="Times New Roman" w:eastAsia="Times New Roman" w:cs="Times New Roman"/>
          <w:sz w:val="24"/>
        </w:rPr>
        <w:tab/>
        <w:t>Date of Birth</w:t>
      </w:r>
      <w:r>
        <w:rPr>
          <w:rFonts w:ascii="Times New Roman" w:hAnsi="Times New Roman" w:eastAsia="Times New Roman" w:cs="Times New Roman"/>
          <w:sz w:val="24"/>
        </w:rPr>
        <w:t>[DATE OF BIRTH OF CHILD]</w:t>
      </w:r>
    </w:p>
    <w:p>
      <w:pPr>
        <w:spacing w:before="0" w:after="0" w:line="360" w:lineRule="auto"/>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CHILD]</w:t>
      </w:r>
      <w:r>
        <w:rPr>
          <w:rFonts w:ascii="Times New Roman" w:hAnsi="Times New Roman" w:eastAsia="Times New Roman" w:cs="Times New Roman"/>
          <w:sz w:val="24"/>
        </w:rPr>
        <w:tab/>
        <w:t>Date of Birth</w:t>
      </w:r>
      <w:r>
        <w:rPr>
          <w:rFonts w:ascii="Times New Roman" w:hAnsi="Times New Roman" w:eastAsia="Times New Roman" w:cs="Times New Roman"/>
          <w:sz w:val="24"/>
        </w:rPr>
        <w:t>[DATE OF BIRTH OF CHILD]</w:t>
      </w:r>
    </w:p>
    <w:p>
      <w:pPr>
        <w:spacing w:before="0" w:after="0" w:line="360" w:lineRule="auto"/>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CHILD]</w:t>
      </w:r>
      <w:r>
        <w:rPr>
          <w:rFonts w:ascii="Times New Roman" w:hAnsi="Times New Roman" w:eastAsia="Times New Roman" w:cs="Times New Roman"/>
          <w:sz w:val="24"/>
        </w:rPr>
        <w:tab/>
        <w:t>Date of Birth</w:t>
      </w:r>
      <w:r>
        <w:rPr>
          <w:rFonts w:ascii="Times New Roman" w:hAnsi="Times New Roman" w:eastAsia="Times New Roman" w:cs="Times New Roman"/>
          <w:sz w:val="24"/>
        </w:rPr>
        <w:t>[DATE OF BIRTH OF CHILD]</w:t>
      </w:r>
    </w:p>
    <w:p>
      <w:pPr>
        <w:spacing w:before="0" w:after="0" w:line="360" w:lineRule="auto"/>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CHILD]</w:t>
      </w:r>
      <w:r>
        <w:rPr>
          <w:rFonts w:ascii="Times New Roman" w:hAnsi="Times New Roman" w:eastAsia="Times New Roman" w:cs="Times New Roman"/>
          <w:sz w:val="24"/>
        </w:rPr>
        <w:tab/>
        <w:t>Date of Birth</w:t>
      </w:r>
      <w:r>
        <w:rPr>
          <w:rFonts w:ascii="Times New Roman" w:hAnsi="Times New Roman" w:eastAsia="Times New Roman" w:cs="Times New Roman"/>
          <w:sz w:val="24"/>
        </w:rPr>
        <w:t>[DATE OF BIRTH OF CHILD]</w:t>
      </w:r>
    </w:p>
    <w:p>
      <w:pPr>
        <w:spacing w:before="0" w:after="0"/>
        <w:ind w:hanging="720"/>
      </w:pPr>
      <w:r>
        <w:rPr>
          <w:rFonts w:ascii="Times New Roman" w:hAnsi="Times New Roman" w:eastAsia="Times New Roman" w:cs="Times New Roman"/>
          <w:sz w:val="24"/>
        </w:rPr>
        <w:t xml:space="preserve">I grant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these parental rights and responsibilities regarding the </w:t>
      </w:r>
    </w:p>
    <w:p>
      <w:pPr>
        <w:spacing w:before="0" w:after="0"/>
      </w:pPr>
      <w:r>
        <w:rPr>
          <w:rFonts w:ascii="Times New Roman" w:hAnsi="Times New Roman" w:eastAsia="Times New Roman" w:cs="Times New Roman"/>
          <w:sz w:val="24"/>
        </w:rPr>
        <w:tab/>
        <w:tab/>
        <w:t xml:space="preserve">      </w:t>
      </w:r>
    </w:p>
    <w:p>
      <w:pPr>
        <w:spacing w:before="0" w:after="0"/>
      </w:pPr>
      <w:r>
        <w:rPr>
          <w:rFonts w:ascii="Times New Roman" w:hAnsi="Times New Roman" w:eastAsia="Times New Roman" w:cs="Times New Roman"/>
          <w:sz w:val="24"/>
        </w:rPr>
        <w:t xml:space="preserve">above-listed child(ren): </w:t>
      </w:r>
    </w:p>
    <w:p>
      <w:pPr>
        <w:spacing w:before="0" w:after="0"/>
      </w:pPr>
    </w:p>
    <w:p>
      <w:pPr>
        <w:spacing w:before="0" w:after="0"/>
      </w:pPr>
      <w:r>
        <w:rPr>
          <w:rFonts w:ascii="Times New Roman" w:hAnsi="Times New Roman" w:eastAsia="Times New Roman" w:cs="Times New Roman"/>
          <w:sz w:val="24"/>
        </w:rPr>
        <w:t>INITIAL THE LINE IN FRONT OF EACH POWER YOU ARE GRANTING.  IF YOU DO NOT WISH TO GRANT A SPECIFIC POWER, DO NOT INITIAL THE LINE IN FRONT OF IT.  YOU MAY, BUT NEED NOT, CROSS OUT EACH POWER THAT YOU DO NOT WISH TO GRANT.</w:t>
      </w:r>
    </w:p>
    <w:p>
      <w:pPr>
        <w:spacing w:before="0" w:after="0"/>
      </w:pP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physical custody of the child(ren) listed above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enroll the child(ren) listed above</w:t>
      </w:r>
      <w:r>
        <w:rPr>
          <w:rFonts w:ascii="Times New Roman" w:hAnsi="Times New Roman" w:eastAsia="Times New Roman" w:cs="Times New Roman"/>
          <w:b/>
          <w:sz w:val="24"/>
        </w:rPr>
        <w:t xml:space="preserve"> </w:t>
      </w:r>
      <w:r>
        <w:rPr>
          <w:rFonts w:ascii="Times New Roman" w:hAnsi="Times New Roman" w:eastAsia="Times New Roman" w:cs="Times New Roman"/>
          <w:sz w:val="24"/>
        </w:rPr>
        <w:t>in school;</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obtain educational records regarding the child(ren) listed above;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make all school-related decisions for the child(ren) listed above;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obtain medical, mental health, or dental records regarding the child(ren) listed above;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consent to medical, mental health, or dental treatment for the child(ren) listed above;</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act as representative payee for any Social Security benefits for which the child(ren) listed above</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may be eligible; </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authority to receive any other benefits for which the child(ren) listed above may be eligible; and </w:t>
      </w:r>
    </w:p>
    <w:p>
      <w:pPr>
        <w:spacing w:before="0" w:after="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of the rights and responsibilities listed above and, to the greatest extent possible by law, the authority to make any other decision or obtain any other benefits necessary for the welfare of the child(ren) listed above.  </w:t>
      </w:r>
    </w:p>
    <w:p>
      <w:pPr>
        <w:spacing w:before="120" w:after="0"/>
        <w:ind w:hanging="720"/>
      </w:pPr>
      <w:r>
        <w:rPr>
          <w:rFonts w:ascii="Times New Roman" w:hAnsi="Times New Roman" w:eastAsia="Times New Roman" w:cs="Times New Roman"/>
          <w:sz w:val="24"/>
        </w:rPr>
        <w:t>This custodial power of attorney does not include authority to consent to the marriage or adoption of the child.  In addition, unless otherwise agreed by the parties in writing, the custodial power of attorney granted in this form does not affect:</w:t>
      </w:r>
    </w:p>
    <w:p>
      <w:pPr>
        <w:spacing w:before="120" w:after="0"/>
      </w:pPr>
      <w:r>
        <w:rPr>
          <w:rFonts w:ascii="Times New Roman" w:hAnsi="Times New Roman" w:eastAsia="Times New Roman" w:cs="Times New Roman"/>
          <w:sz w:val="24"/>
        </w:rPr>
        <w:t>the right of the above-listed child(ren) to inherit from his or her (their) parent;</w:t>
      </w:r>
    </w:p>
    <w:p>
      <w:pPr>
        <w:spacing w:before="0" w:after="0"/>
      </w:pPr>
      <w:r>
        <w:rPr>
          <w:rFonts w:ascii="Times New Roman" w:hAnsi="Times New Roman" w:eastAsia="Times New Roman" w:cs="Times New Roman"/>
          <w:sz w:val="24"/>
        </w:rPr>
        <w:t xml:space="preserve">the parent’s right to visit or contact the child(ren); </w:t>
      </w:r>
    </w:p>
    <w:p>
      <w:pPr>
        <w:spacing w:before="0" w:after="0"/>
      </w:pPr>
      <w:r>
        <w:rPr>
          <w:rFonts w:ascii="Times New Roman" w:hAnsi="Times New Roman" w:eastAsia="Times New Roman" w:cs="Times New Roman"/>
          <w:sz w:val="24"/>
        </w:rPr>
        <w:t>the parent’s right to determine the child(ren)’s religious affiliation;</w:t>
      </w:r>
    </w:p>
    <w:p>
      <w:pPr>
        <w:spacing w:before="0" w:after="0"/>
      </w:pPr>
      <w:r>
        <w:rPr>
          <w:rFonts w:ascii="Times New Roman" w:hAnsi="Times New Roman" w:eastAsia="Times New Roman" w:cs="Times New Roman"/>
          <w:sz w:val="24"/>
        </w:rPr>
        <w:t>the parent’s responsibility to provide financial, medical, and other support for the child(ren).</w:t>
      </w:r>
    </w:p>
    <w:p>
      <w:pPr>
        <w:spacing w:before="120" w:after="0"/>
        <w:ind w:hanging="720"/>
      </w:pPr>
      <w:r>
        <w:rPr>
          <w:rFonts w:ascii="Times New Roman" w:hAnsi="Times New Roman" w:eastAsia="Times New Roman" w:cs="Times New Roman"/>
          <w:sz w:val="24"/>
        </w:rPr>
        <w:t>The custodial power of attorney granted in this form is further limited by these instructions:</w:t>
      </w:r>
    </w:p>
    <w:p>
      <w:pPr>
        <w:spacing w:before="0" w:after="0" w:line="360" w:lineRule="auto"/>
      </w:pPr>
      <w:r>
        <w:rPr>
          <w:rFonts w:ascii="Times New Roman" w:hAnsi="Times New Roman" w:eastAsia="Times New Roman" w:cs="Times New Roman"/>
          <w:sz w:val="24"/>
        </w:rPr>
        <w:t>[ADDITIONAL INSTRUCTIONS]</w:t>
      </w:r>
    </w:p>
    <w:p>
      <w:pPr>
        <w:spacing w:before="0" w:after="0"/>
        <w:ind w:hanging="720"/>
      </w:pPr>
      <w:r>
        <w:rPr>
          <w:rFonts w:ascii="Times New Roman" w:hAnsi="Times New Roman" w:eastAsia="Times New Roman" w:cs="Times New Roman"/>
          <w:sz w:val="24"/>
        </w:rPr>
        <w:t>As set forth in D.C. Code § 21-2301, the custodial power of attorney granted in this form does not affect my rights in any future proceeding concerning custody of or the allocation of parental rights and responsibilities for the child(ren) listed above.</w:t>
      </w:r>
    </w:p>
    <w:p>
      <w:pPr>
        <w:spacing w:before="0" w:after="0"/>
        <w:ind w:hanging="720"/>
      </w:pPr>
      <w:r>
        <w:rPr>
          <w:rFonts w:ascii="Times New Roman" w:hAnsi="Times New Roman" w:eastAsia="Times New Roman" w:cs="Times New Roman"/>
          <w:sz w:val="24"/>
        </w:rPr>
        <w:t xml:space="preserve">The custodial power of attorney granted in this form shall take effect immediately.  It shall continue to be effective even if I become disabled, incapacitated, or incompetent.  </w:t>
      </w:r>
    </w:p>
    <w:p>
      <w:pPr>
        <w:spacing w:before="0" w:after="0"/>
        <w:ind w:hanging="720"/>
      </w:pPr>
      <w:r>
        <w:rPr>
          <w:rFonts w:ascii="Times New Roman" w:hAnsi="Times New Roman" w:eastAsia="Times New Roman" w:cs="Times New Roman"/>
          <w:sz w:val="24"/>
        </w:rPr>
        <w:t xml:space="preserve">The custodial power of attorney granted in this form shall continue until I revoke it in writing and notify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in writing of my revocation.</w:t>
      </w:r>
    </w:p>
    <w:p>
      <w:pPr>
        <w:spacing w:before="0" w:after="0"/>
      </w:pPr>
      <w:r>
        <w:rPr>
          <w:rFonts w:ascii="Times New Roman" w:hAnsi="Times New Roman" w:eastAsia="Times New Roman" w:cs="Times New Roman"/>
          <w:sz w:val="24"/>
        </w:rPr>
        <w:tab/>
        <w:tab/>
        <w:tab/>
        <w:t xml:space="preserve">            </w:t>
      </w:r>
    </w:p>
    <w:p>
      <w:pPr>
        <w:spacing w:before="120" w:after="0"/>
        <w:ind w:hanging="720"/>
      </w:pPr>
      <w:r>
        <w:rPr>
          <w:rFonts w:ascii="Times New Roman" w:hAnsi="Times New Roman" w:eastAsia="Times New Roman" w:cs="Times New Roman"/>
          <w:sz w:val="24"/>
        </w:rPr>
        <w:t xml:space="preserve">A person or entity that relies on this custodial power of attorney in good faith has no obligation to make any further inquiry or investigation into the authority of the attorney to act as described in this document.  Revocation of this custodial power of attorney is not effective as to a person or entity that relies on it in good faith until that person or entity learns of the revocation.  </w:t>
      </w:r>
    </w:p>
    <w:p>
      <w:pPr>
        <w:spacing w:before="120" w:after="0"/>
      </w:pPr>
      <w:r>
        <w:rPr>
          <w:rFonts w:ascii="Times New Roman" w:hAnsi="Times New Roman" w:eastAsia="Times New Roman" w:cs="Times New Roman"/>
          <w:sz w:val="24"/>
        </w:rPr>
        <w:t xml:space="preserve">Signed on </w:t>
      </w:r>
      <w:r>
        <w:rPr>
          <w:rFonts w:ascii="Times New Roman" w:hAnsi="Times New Roman" w:eastAsia="Times New Roman" w:cs="Times New Roman"/>
          <w:sz w:val="24"/>
        </w:rPr>
        <w:t>[DATE]</w:t>
      </w:r>
      <w:r>
        <w:rPr>
          <w:rFonts w:ascii="Times New Roman" w:hAnsi="Times New Roman" w:eastAsia="Times New Roman" w:cs="Times New Roman"/>
          <w:sz w:val="24"/>
        </w:rPr>
        <w:t>.</w:t>
        <w:br/>
      </w:r>
      <w:r>
        <w:rPr>
          <w:rFonts w:ascii="Times New Roman" w:hAnsi="Times New Roman" w:eastAsia="Times New Roman" w:cs="Times New Roman"/>
          <w:sz w:val="24"/>
        </w:rPr>
        <w:br/>
      </w:r>
      <w:r>
        <w:rPr>
          <w:rFonts w:ascii="Times New Roman" w:hAnsi="Times New Roman" w:eastAsia="Times New Roman" w:cs="Times New Roman"/>
          <w:sz w:val="24"/>
        </w:rPr>
        <w:t>______________________________</w:t>
      </w:r>
      <w:r>
        <w:rPr>
          <w:rFonts w:ascii="Times New Roman" w:hAnsi="Times New Roman" w:eastAsia="Times New Roman" w:cs="Times New Roman"/>
          <w:sz w:val="24"/>
        </w:rPr>
        <w:br/>
        <w:t>(Parent’s Signature)</w:t>
        <w:br/>
      </w:r>
    </w:p>
    <w:p>
      <w:pPr>
        <w:spacing w:before="120" w:after="0"/>
      </w:pPr>
      <w:r>
        <w:rPr>
          <w:rFonts w:ascii="Times New Roman" w:hAnsi="Times New Roman" w:eastAsia="Times New Roman" w:cs="Times New Roman"/>
          <w:sz w:val="24"/>
        </w:rPr>
        <w:t>District of Columbia</w:t>
      </w:r>
    </w:p>
    <w:p>
      <w:pPr>
        <w:spacing w:before="120" w:after="0"/>
      </w:pPr>
    </w:p>
    <w:p>
      <w:pPr>
        <w:spacing w:before="120" w:after="0"/>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PARENT OR GUARDIAN]</w:t>
      </w:r>
      <w:r>
        <w:rPr>
          <w:rFonts w:ascii="Times New Roman" w:hAnsi="Times New Roman" w:eastAsia="Times New Roman" w:cs="Times New Roman"/>
          <w:sz w:val="24"/>
        </w:rPr>
        <w:t>.</w:t>
        <w:br/>
        <w:br/>
        <w:br/>
      </w:r>
      <w:r>
        <w:rPr>
          <w:rFonts w:ascii="Times New Roman" w:hAnsi="Times New Roman" w:eastAsia="Times New Roman" w:cs="Times New Roman"/>
          <w:sz w:val="24"/>
        </w:rPr>
        <w:t>______________________________</w:t>
      </w:r>
      <w:r>
        <w:rPr>
          <w:rFonts w:ascii="Times New Roman" w:hAnsi="Times New Roman" w:eastAsia="Times New Roman" w:cs="Times New Roman"/>
          <w:sz w:val="24"/>
        </w:rPr>
        <w:br/>
        <w:t>(Signature of notarial officer)</w:t>
        <w:br/>
        <w:br/>
        <w:t xml:space="preserve">My commission expires: </w:t>
      </w:r>
      <w:r>
        <w:rPr>
          <w:rFonts w:ascii="Times New Roman" w:hAnsi="Times New Roman" w:eastAsia="Times New Roman" w:cs="Times New Roman"/>
          <w:sz w:val="24"/>
        </w:rPr>
        <w:t>[DATE COMMISSION EXPIRES]</w:t>
      </w:r>
      <w:r>
        <w:rPr>
          <w:rFonts w:ascii="Times New Roman" w:hAnsi="Times New Roman" w:eastAsia="Times New Roman" w:cs="Times New Roman"/>
          <w:sz w:val="24"/>
        </w:rPr>
        <w:t xml:space="preserve">.__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