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D.C. POWER OF ATTORNEY REVOCATION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THE UNDERSIGNED HEREBY DECLARES THE FOLLOWING: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[PRINCIPAL NAME]</w:t>
      </w:r>
      <w:r>
        <w:rPr>
          <w:rFonts w:ascii="Times New Roman" w:hAnsi="Times New Roman" w:eastAsia="Times New Roman" w:cs="Times New Roman"/>
          <w:sz w:val="24"/>
        </w:rPr>
        <w:t xml:space="preserve"> (“Principal”), with a mailing address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[PRINCIPAL'S ADDRESS]</w:t>
      </w:r>
      <w:r>
        <w:rPr>
          <w:rFonts w:ascii="Times New Roman" w:hAnsi="Times New Roman" w:eastAsia="Times New Roman" w:cs="Times New Roman"/>
          <w:sz w:val="24"/>
        </w:rPr>
        <w:t>,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hereby revoke all Powers of Attorney executed prior to </w:t>
      </w:r>
      <w:r>
        <w:rPr>
          <w:rFonts w:ascii="Times New Roman" w:hAnsi="Times New Roman" w:eastAsia="Times New Roman" w:cs="Times New Roman"/>
          <w:sz w:val="24"/>
        </w:rPr>
        <w:t>[DATE OF LAST DOCUMENT TO BE REVOKED]</w:t>
      </w:r>
      <w:r>
        <w:rPr>
          <w:rFonts w:ascii="Times New Roman" w:hAnsi="Times New Roman" w:eastAsia="Times New Roman" w:cs="Times New Roman"/>
          <w:sz w:val="24"/>
        </w:rPr>
        <w:t xml:space="preserve">, made by me and appointing: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 xml:space="preserve">, as my Attorney-in-Fact, and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 OF SUCCESSOR ATTORNEY-IN-FACT]</w:t>
      </w:r>
      <w:r>
        <w:rPr>
          <w:rFonts w:ascii="Times New Roman" w:hAnsi="Times New Roman" w:eastAsia="Times New Roman" w:cs="Times New Roman"/>
          <w:sz w:val="24"/>
        </w:rPr>
        <w:t>, as my successor Attorney(s)-in-Fact.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IN WITNESS WHEREOF, I have hereunto set my hand on this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. </w:t>
      </w:r>
    </w:p>
    <w:p>
      <w:pPr/>
      <w:r>
        <w:rPr>
          <w:rFonts w:ascii="Times New Roman" w:hAnsi="Times New Roman" w:eastAsia="Times New Roman" w:cs="Times New Roman"/>
          <w:sz w:val="24"/>
        </w:rPr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Principal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</w:p>
    <w:p>
      <w:pPr/>
    </w:p>
    <w:p>
      <w:pPr/>
    </w:p>
    <w:p>
      <w:pPr/>
    </w:p>
    <w:p>
      <w:pPr/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