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 xml:space="preserve">This power of attorney authorizes the person named below as my agent to sell, lease, grant, encumber, release, or otherwise convey an interest in my real property and to execute deeds and other instruments for me. </w:t>
      </w:r>
    </w:p>
    <w:p>
      <w:pPr/>
    </w:p>
    <w:p>
      <w:pPr/>
      <w:r>
        <w:rPr>
          <w:rFonts w:ascii="Times New Roman" w:hAnsi="Times New Roman" w:eastAsia="Times New Roman" w:cs="Times New Roman"/>
          <w:sz w:val="24"/>
        </w:rPr>
        <w:t xml:space="preserve">I give my agent this power for (INITIAL ONE): </w:t>
      </w:r>
    </w:p>
    <w:p>
      <w:pPr/>
    </w:p>
    <w:p>
      <w:pPr/>
      <w:r>
        <w:rPr>
          <w:rFonts w:ascii="Times New Roman" w:hAnsi="Times New Roman" w:eastAsia="Times New Roman" w:cs="Times New Roman"/>
          <w:sz w:val="24"/>
        </w:rPr>
        <w:t xml:space="preserve">(________) All my real property. </w:t>
      </w:r>
    </w:p>
    <w:p>
      <w:pPr/>
    </w:p>
    <w:p>
      <w:pPr/>
      <w:r>
        <w:rPr>
          <w:rFonts w:ascii="Times New Roman" w:hAnsi="Times New Roman" w:eastAsia="Times New Roman" w:cs="Times New Roman"/>
          <w:sz w:val="24"/>
        </w:rPr>
        <w:t xml:space="preserve">(________) Only the specific property described as follows: </w:t>
      </w:r>
    </w:p>
    <w:p>
      <w:pPr/>
    </w:p>
    <w:p>
      <w:pPr/>
      <w:r>
        <w:rPr>
          <w:rFonts w:ascii="Times New Roman" w:hAnsi="Times New Roman" w:eastAsia="Times New Roman" w:cs="Times New Roman"/>
          <w:sz w:val="24"/>
        </w:rPr>
        <w:t>[PROPERTY DESCRIPTION]</w:t>
      </w:r>
    </w:p>
    <w:p>
      <w:pPr/>
    </w:p>
    <w:p>
      <w:pPr>
        <w:jc w:val="center"/>
      </w:pPr>
      <w:r>
        <w:rPr>
          <w:rFonts w:ascii="Times New Roman" w:hAnsi="Times New Roman" w:eastAsia="Times New Roman" w:cs="Times New Roman"/>
          <w:b/>
          <w:sz w:val="24"/>
        </w:rPr>
        <w:t xml:space="preserve">DISTRICT OF COLUMBIA </w:t>
      </w:r>
    </w:p>
    <w:p>
      <w:pPr>
        <w:jc w:val="center"/>
      </w:pPr>
      <w:r>
        <w:rPr>
          <w:rFonts w:ascii="Times New Roman" w:hAnsi="Times New Roman" w:eastAsia="Times New Roman" w:cs="Times New Roman"/>
          <w:b/>
          <w:sz w:val="24"/>
        </w:rPr>
        <w:t>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Washington, D.C.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 xml:space="preserve">______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STATE OF _____________________</w:t>
      </w:r>
    </w:p>
    <w:p>
      <w:pPr/>
      <w:r>
        <w:rPr>
          <w:rFonts w:ascii="Times New Roman" w:hAnsi="Times New Roman" w:eastAsia="Times New Roman" w:cs="Times New Roman"/>
          <w:sz w:val="24"/>
        </w:rPr>
        <w:t xml:space="preserve">COUNTY OF _____________________,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On this day of _____________________, 20____, before me appeared _____________________,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My commission expires: __________________</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_____________________________</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Phone</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