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DISTRICT OF COLUMBIA SECURITY DEPOSIT DEMAND LETTER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the laws in the District of Columbia you are required to return the deposit within 45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