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FOR</w:t>
      </w:r>
    </w:p>
    <w:p>
      <w:pPr>
        <w:jc w:val="center"/>
      </w:pPr>
      <w:r>
        <w:rPr>
          <w:rFonts w:ascii="Times New Roman" w:hAnsi="Times New Roman" w:eastAsia="Times New Roman" w:cs="Times New Roman"/>
          <w:b/>
          <w:sz w:val="24"/>
        </w:rPr>
        <w:t>[NAME OF LLC]</w:t>
      </w:r>
    </w:p>
    <w:p>
      <w:pPr/>
    </w:p>
    <w:p>
      <w:pPr/>
    </w:p>
    <w:p>
      <w:pPr/>
      <w:r>
        <w:rPr>
          <w:rFonts w:ascii="Times New Roman" w:hAnsi="Times New Roman" w:eastAsia="Times New Roman" w:cs="Times New Roman"/>
          <w:sz w:val="24"/>
        </w:rPr>
        <w:t>FORMED IN THE DISTRICT OF COLUMBIA (“State of Formation”)</w:t>
      </w:r>
    </w:p>
    <w:p>
      <w:pPr/>
    </w:p>
    <w:p>
      <w:pPr/>
    </w:p>
    <w:p>
      <w:pPr/>
      <w:r>
        <w:rPr>
          <w:rFonts w:ascii="Times New Roman" w:hAnsi="Times New Roman" w:eastAsia="Times New Roman" w:cs="Times New Roman"/>
          <w:b/>
          <w:sz w:val="24"/>
        </w:rPr>
        <w:t>FORMATION OF LLC</w:t>
      </w:r>
      <w:r>
        <w:rPr>
          <w:rFonts w:ascii="Times New Roman" w:hAnsi="Times New Roman" w:eastAsia="Times New Roman" w:cs="Times New Roman"/>
          <w:sz w:val="24"/>
        </w:rPr>
        <w:t xml:space="preserve">. THIS OPERATING AGREEMENT (“Agreement”) is entered into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by the following: </w:t>
      </w:r>
    </w:p>
    <w:p>
      <w:pPr/>
    </w:p>
    <w:p>
      <w:pPr/>
      <w:r>
        <w:rPr>
          <w:rFonts w:ascii="Times New Roman" w:hAnsi="Times New Roman" w:eastAsia="Times New Roman" w:cs="Times New Roman"/>
          <w:sz w:val="24"/>
        </w:rPr>
        <w:t>Single-Member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mailing address: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(“Member”).</w:t>
      </w:r>
    </w:p>
    <w:p>
      <w:pPr/>
    </w:p>
    <w:p>
      <w:pPr/>
      <w:r>
        <w:rPr>
          <w:rFonts w:ascii="Times New Roman" w:hAnsi="Times New Roman" w:eastAsia="Times New Roman" w:cs="Times New Roman"/>
          <w:sz w:val="24"/>
        </w:rPr>
        <w:t>The Member in the above-described Limited Liability Company (“LLC”) agrees as follows:</w:t>
      </w:r>
    </w:p>
    <w:p>
      <w:pPr/>
    </w:p>
    <w:p>
      <w:pPr/>
      <w:r>
        <w:rPr>
          <w:rFonts w:ascii="Times New Roman" w:hAnsi="Times New Roman" w:eastAsia="Times New Roman" w:cs="Times New Roman"/>
          <w:b/>
          <w:sz w:val="24"/>
        </w:rPr>
        <w:t>FORMATION OF LLC</w:t>
      </w:r>
      <w:r>
        <w:rPr>
          <w:rFonts w:ascii="Times New Roman" w:hAnsi="Times New Roman" w:eastAsia="Times New Roman" w:cs="Times New Roman"/>
          <w:sz w:val="24"/>
        </w:rPr>
        <w:t xml:space="preserve">. The Member formed an LLC named </w:t>
      </w:r>
      <w:r>
        <w:rPr>
          <w:rFonts w:ascii="Times New Roman" w:hAnsi="Times New Roman" w:eastAsia="Times New Roman" w:cs="Times New Roman"/>
          <w:sz w:val="24"/>
        </w:rPr>
        <w:t>[NAME OF LLC]</w:t>
      </w:r>
      <w:r>
        <w:rPr>
          <w:rFonts w:ascii="Times New Roman" w:hAnsi="Times New Roman" w:eastAsia="Times New Roman" w:cs="Times New Roman"/>
          <w:sz w:val="24"/>
        </w:rPr>
        <w:t xml:space="preserve"> in the State of Formation. The LLC shall be operated by the terms of this Agreement and the applicable laws of the State of Formation relating to the formation, taxation, and operation of an LLC. The Member agrees that the LLC shall be taxed as a sole proprietorship. The sole proprietorship shall be inoperative if there are any provisions of this Agreement that may cause the LLC not to be taxed as a sole proprietorship.</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xml:space="preserve">. The primary purpose of the LLC shall be: </w:t>
      </w:r>
      <w:r>
        <w:rPr>
          <w:rFonts w:ascii="Times New Roman" w:hAnsi="Times New Roman" w:eastAsia="Times New Roman" w:cs="Times New Roman"/>
          <w:sz w:val="24"/>
        </w:rPr>
        <w:t>[PRIMARY PURPOSE]</w:t>
      </w:r>
      <w:r>
        <w:rPr>
          <w:rFonts w:ascii="Times New Roman" w:hAnsi="Times New Roman" w:eastAsia="Times New Roman" w:cs="Times New Roman"/>
          <w:sz w:val="24"/>
        </w:rPr>
        <w:t>. The LLC shall be legally allowed to conduct or promote any lawful business or purpose within the State of Formation or any other jurisdiction where the LLC may be conducting business activities.</w:t>
      </w:r>
    </w:p>
    <w:p>
      <w:pPr/>
    </w:p>
    <w:p>
      <w:pPr/>
      <w:r>
        <w:rPr>
          <w:rFonts w:ascii="Times New Roman" w:hAnsi="Times New Roman" w:eastAsia="Times New Roman" w:cs="Times New Roman"/>
          <w:b/>
          <w:sz w:val="24"/>
        </w:rPr>
        <w:t xml:space="preserve">ARTICLES OF ORGANIZATION. </w:t>
      </w:r>
      <w:r>
        <w:rPr>
          <w:rFonts w:ascii="Times New Roman" w:hAnsi="Times New Roman" w:eastAsia="Times New Roman" w:cs="Times New Roman"/>
          <w:sz w:val="24"/>
        </w:rPr>
        <w:t xml:space="preserve">The LLC, acting through its Member, created the LLC by filing Articles of Organization with the State of Formation on date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PRINCIPAL OFFICE ADDRESS.</w:t>
      </w:r>
      <w:r>
        <w:rPr>
          <w:rFonts w:ascii="Times New Roman" w:hAnsi="Times New Roman" w:eastAsia="Times New Roman" w:cs="Times New Roman"/>
          <w:sz w:val="24"/>
        </w:rPr>
        <w:t xml:space="preserve"> The principal office address is recognized as: </w:t>
      </w:r>
      <w:r>
        <w:rPr>
          <w:rFonts w:ascii="Times New Roman" w:hAnsi="Times New Roman" w:eastAsia="Times New Roman" w:cs="Times New Roman"/>
          <w:sz w:val="24"/>
        </w:rPr>
        <w:t>[PRINCIPAL OFFICE ADDRESS]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REGISTERED AGENT OFFICE.</w:t>
      </w:r>
      <w:r>
        <w:rPr>
          <w:rFonts w:ascii="Times New Roman" w:hAnsi="Times New Roman" w:eastAsia="Times New Roman" w:cs="Times New Roman"/>
          <w:sz w:val="24"/>
        </w:rPr>
        <w:t xml:space="preserve"> The Registered Agent Office is: (check one)</w:t>
      </w: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The same address as the principal office address.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The following address: </w:t>
      </w:r>
      <w:r>
        <w:rPr>
          <w:rFonts w:ascii="Times New Roman" w:hAnsi="Times New Roman" w:eastAsia="Times New Roman" w:cs="Times New Roman"/>
          <w:sz w:val="24"/>
        </w:rPr>
        <w:t>[REGISTERED AGENT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If the registered agent office should change, all necessary government authorities will be notified.</w:t>
      </w:r>
    </w:p>
    <w:p>
      <w:pPr/>
    </w:p>
    <w:p>
      <w:pPr/>
      <w:r>
        <w:rPr>
          <w:rFonts w:ascii="Times New Roman" w:hAnsi="Times New Roman" w:eastAsia="Times New Roman" w:cs="Times New Roman"/>
          <w:b/>
          <w:sz w:val="24"/>
        </w:rPr>
        <w:t>REGISTERED AGENT.</w:t>
      </w:r>
      <w:r>
        <w:rPr>
          <w:rFonts w:ascii="Times New Roman" w:hAnsi="Times New Roman" w:eastAsia="Times New Roman" w:cs="Times New Roman"/>
          <w:sz w:val="24"/>
        </w:rPr>
        <w:t xml:space="preserve"> The Registered Agent of the LLC shall be: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same as recorded at the office of the Secretary of State.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The following: </w:t>
      </w:r>
      <w:r>
        <w:rPr>
          <w:rFonts w:ascii="Times New Roman" w:hAnsi="Times New Roman" w:eastAsia="Times New Roman" w:cs="Times New Roman"/>
          <w:sz w:val="24"/>
        </w:rPr>
        <w:t>[REGISTRED AGENT'S NAME]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If the registered agent should change, all government authorities will be notified.</w:t>
      </w:r>
    </w:p>
    <w:p>
      <w:pPr/>
    </w:p>
    <w:p>
      <w:pPr/>
      <w:r>
        <w:rPr>
          <w:rFonts w:ascii="Times New Roman" w:hAnsi="Times New Roman" w:eastAsia="Times New Roman" w:cs="Times New Roman"/>
          <w:b/>
          <w:sz w:val="24"/>
        </w:rPr>
        <w:t>FISCAL YEAR.</w:t>
      </w:r>
      <w:r>
        <w:rPr>
          <w:rFonts w:ascii="Times New Roman" w:hAnsi="Times New Roman" w:eastAsia="Times New Roman" w:cs="Times New Roman"/>
          <w:sz w:val="24"/>
        </w:rPr>
        <w:t xml:space="preserve"> The LLC’s fiscal and tax year shall end on the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and </w:t>
      </w:r>
      <w:r>
        <w:rPr>
          <w:rFonts w:ascii="Times New Roman" w:hAnsi="Times New Roman" w:eastAsia="Times New Roman" w:cs="Times New Roman"/>
          <w:sz w:val="24"/>
        </w:rPr>
        <w:t>day</w:t>
      </w:r>
      <w:r>
        <w:rPr>
          <w:rFonts w:ascii="Times New Roman" w:hAnsi="Times New Roman" w:eastAsia="Times New Roman" w:cs="Times New Roman"/>
          <w:sz w:val="24"/>
        </w:rPr>
        <w:t xml:space="preserve"> of </w:t>
      </w:r>
      <w:r>
        <w:rPr>
          <w:rFonts w:ascii="Times New Roman" w:hAnsi="Times New Roman" w:eastAsia="Times New Roman" w:cs="Times New Roman"/>
          <w:sz w:val="24"/>
        </w:rPr>
        <w:t>[MONTH]</w:t>
      </w:r>
      <w:r>
        <w:rPr>
          <w:rFonts w:ascii="Times New Roman" w:hAnsi="Times New Roman" w:eastAsia="Times New Roman" w:cs="Times New Roman"/>
          <w:sz w:val="24"/>
        </w:rPr>
        <w:t xml:space="preserve"> / </w:t>
      </w:r>
      <w:r>
        <w:rPr>
          <w:rFonts w:ascii="Times New Roman" w:hAnsi="Times New Roman" w:eastAsia="Times New Roman" w:cs="Times New Roman"/>
          <w:sz w:val="24"/>
        </w:rPr>
        <w:t>[DAY]</w:t>
      </w:r>
      <w:r>
        <w:rPr>
          <w:rFonts w:ascii="Times New Roman" w:hAnsi="Times New Roman" w:eastAsia="Times New Roman" w:cs="Times New Roman"/>
          <w:sz w:val="24"/>
        </w:rPr>
        <w:t xml:space="preserve"> of each year.</w:t>
      </w:r>
    </w:p>
    <w:p>
      <w:pPr/>
    </w:p>
    <w:p>
      <w:pPr/>
      <w:r>
        <w:rPr>
          <w:rFonts w:ascii="Times New Roman" w:hAnsi="Times New Roman" w:eastAsia="Times New Roman" w:cs="Times New Roman"/>
          <w:b/>
          <w:sz w:val="24"/>
        </w:rPr>
        <w:t>DURATION.</w:t>
      </w:r>
      <w:r>
        <w:rPr>
          <w:rFonts w:ascii="Times New Roman" w:hAnsi="Times New Roman" w:eastAsia="Times New Roman" w:cs="Times New Roman"/>
          <w:sz w:val="24"/>
        </w:rPr>
        <w:t xml:space="preserve"> </w:t>
        <w:tab/>
        <w:t>The LLC will commence business as of the date of filing and will continue: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 perpetuity.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Continue until the following date: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CAPITAL CONTRIBUTIONS.</w:t>
      </w:r>
      <w:r>
        <w:rPr>
          <w:rFonts w:ascii="Times New Roman" w:hAnsi="Times New Roman" w:eastAsia="Times New Roman" w:cs="Times New Roman"/>
          <w:sz w:val="24"/>
        </w:rPr>
        <w:t xml:space="preserve"> The Member of the LLC shall: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make any capital contributions to the LLC.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Make the following capital contributions: </w:t>
      </w:r>
      <w:r>
        <w:rPr>
          <w:rFonts w:ascii="Times New Roman" w:hAnsi="Times New Roman" w:eastAsia="Times New Roman" w:cs="Times New Roman"/>
          <w:sz w:val="24"/>
        </w:rPr>
        <w:t>[CAPITAL CONTRIBUTIONS MADE BY THE MEMBER]</w:t>
      </w:r>
    </w:p>
    <w:p>
      <w:pPr/>
    </w:p>
    <w:p>
      <w:pPr/>
      <w:r>
        <w:rPr>
          <w:rFonts w:ascii="Times New Roman" w:hAnsi="Times New Roman" w:eastAsia="Times New Roman" w:cs="Times New Roman"/>
          <w:sz w:val="24"/>
        </w:rPr>
        <w:t>The Member may make future capital contributions as necessary to the LLC.</w:t>
      </w:r>
    </w:p>
    <w:p>
      <w:pPr/>
    </w:p>
    <w:p>
      <w:pPr/>
      <w:r>
        <w:rPr>
          <w:rFonts w:ascii="Times New Roman" w:hAnsi="Times New Roman" w:eastAsia="Times New Roman" w:cs="Times New Roman"/>
          <w:b/>
          <w:sz w:val="24"/>
        </w:rPr>
        <w:t>ADDITIONAL MEMBERS.</w:t>
      </w:r>
      <w:r>
        <w:rPr>
          <w:rFonts w:ascii="Times New Roman" w:hAnsi="Times New Roman" w:eastAsia="Times New Roman" w:cs="Times New Roman"/>
          <w:sz w:val="24"/>
        </w:rPr>
        <w:t xml:space="preserve"> Upon the consent of the sole Member and in compliance with the provisions of this Agreement, new members may be admitted.</w:t>
      </w:r>
    </w:p>
    <w:p>
      <w:pPr/>
    </w:p>
    <w:p>
      <w:pPr/>
      <w:r>
        <w:rPr>
          <w:rFonts w:ascii="Times New Roman" w:hAnsi="Times New Roman" w:eastAsia="Times New Roman" w:cs="Times New Roman"/>
          <w:b/>
          <w:sz w:val="24"/>
        </w:rPr>
        <w:t>MANAGEMENT.</w:t>
      </w:r>
      <w:r>
        <w:rPr>
          <w:rFonts w:ascii="Times New Roman" w:hAnsi="Times New Roman" w:eastAsia="Times New Roman" w:cs="Times New Roman"/>
          <w:sz w:val="24"/>
        </w:rPr>
        <w:t xml:space="preserve"> The Member has elected to manage the LLC as follows (check as appropriate):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management of the LLC shall be vested in the Member without an appointed manager. The Member shall elect an officer(s) who shall manage the company. The President and Secretary may act for and on behalf of the LLC and shall have the power and authority to bind the LLC in all transactions and business dealings of any kind as otherwise provided in this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The Member shall hereby delegate the management of the LLC to Manager(s), subject to the limitations set out in this Agreement.</w:t>
      </w:r>
    </w:p>
    <w:p>
      <w:pPr/>
    </w:p>
    <w:p>
      <w:pPr/>
      <w:r>
        <w:rPr>
          <w:rFonts w:ascii="Times New Roman" w:hAnsi="Times New Roman" w:eastAsia="Times New Roman" w:cs="Times New Roman"/>
          <w:sz w:val="24"/>
        </w:rPr>
        <w:t xml:space="preserve">There shall be a total of </w:t>
      </w:r>
      <w:r>
        <w:rPr>
          <w:rFonts w:ascii="Times New Roman" w:hAnsi="Times New Roman" w:eastAsia="Times New Roman" w:cs="Times New Roman"/>
          <w:sz w:val="24"/>
        </w:rPr>
        <w:t>[#]</w:t>
      </w:r>
      <w:r>
        <w:rPr>
          <w:rFonts w:ascii="Times New Roman" w:hAnsi="Times New Roman" w:eastAsia="Times New Roman" w:cs="Times New Roman"/>
          <w:sz w:val="24"/>
        </w:rPr>
        <w:t xml:space="preserve"> initial Manager(s).</w:t>
      </w:r>
    </w:p>
    <w:p>
      <w:pPr/>
    </w:p>
    <w:p>
      <w:pPr/>
      <w:r>
        <w:rPr>
          <w:rFonts w:ascii="Times New Roman" w:hAnsi="Times New Roman" w:eastAsia="Times New Roman" w:cs="Times New Roman"/>
          <w:sz w:val="24"/>
        </w:rPr>
        <w:t xml:space="preserve">Name(s) of the Manager(s): </w:t>
      </w:r>
      <w:r>
        <w:rPr>
          <w:rFonts w:ascii="Times New Roman" w:hAnsi="Times New Roman" w:eastAsia="Times New Roman" w:cs="Times New Roman"/>
          <w:sz w:val="24"/>
        </w:rPr>
        <w:t>[NAME(S) OF MANAGER(S)]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Manager(s) shall hold their position until the Member elects a successor. The Member shall elect and may remove the Manager(s) at their discretion. The authority shall be held by the Member to take all necessary and proper actions in order to conduct the business of the LLC. Any Manager can take any appropriate action on behalf of the LLC, including, but not limited to, signing checks, executing leases, and signing loan documents. Decisions concerning distributions are the sole authority of the Member. The compensation to the Manager(s) shall be at the discretion of the Member of the LLC.</w:t>
      </w:r>
    </w:p>
    <w:p>
      <w:pPr/>
    </w:p>
    <w:p>
      <w:pPr/>
      <w:r>
        <w:rPr>
          <w:rFonts w:ascii="Times New Roman" w:hAnsi="Times New Roman" w:eastAsia="Times New Roman" w:cs="Times New Roman"/>
          <w:b/>
          <w:sz w:val="24"/>
        </w:rPr>
        <w:t>OFFICERS AND RELATING PROVISIONS.</w:t>
      </w:r>
      <w:r>
        <w:rPr>
          <w:rFonts w:ascii="Times New Roman" w:hAnsi="Times New Roman" w:eastAsia="Times New Roman" w:cs="Times New Roman"/>
          <w:sz w:val="24"/>
        </w:rPr>
        <w:t xml:space="preserve"> If the Member decides to manage the LLC, rather than appointing a Manager, the Member shall appoint officers for the LLC and the following provisions shall apply:</w:t>
      </w:r>
    </w:p>
    <w:p>
      <w:pPr>
        <w:ind w:hanging="360"/>
      </w:pPr>
      <w:r>
        <w:rPr>
          <w:rFonts w:ascii="Times New Roman" w:hAnsi="Times New Roman" w:eastAsia="Times New Roman" w:cs="Times New Roman"/>
          <w:sz w:val="24"/>
        </w:rPr>
        <w:t>Officers</w:t>
      </w:r>
      <w:r>
        <w:rPr>
          <w:rFonts w:ascii="Times New Roman" w:hAnsi="Times New Roman" w:eastAsia="Times New Roman" w:cs="Times New Roman"/>
          <w:sz w:val="24"/>
        </w:rPr>
        <w:t>. The officers of the LLC shall consist of a president, a treasurer, and a secretary, or others that may be elected and appointed by the Member. A Member may hold more than one or all offices. The officers shall supervise the operation of the LLC under the direction and management of the Member, as further described below.</w:t>
      </w:r>
    </w:p>
    <w:p>
      <w:pPr>
        <w:ind w:hanging="360"/>
      </w:pPr>
      <w:r>
        <w:rPr>
          <w:rFonts w:ascii="Times New Roman" w:hAnsi="Times New Roman" w:eastAsia="Times New Roman" w:cs="Times New Roman"/>
          <w:sz w:val="24"/>
        </w:rPr>
        <w:t>Term of Office/Election</w:t>
      </w:r>
      <w:r>
        <w:rPr>
          <w:rFonts w:ascii="Times New Roman" w:hAnsi="Times New Roman" w:eastAsia="Times New Roman" w:cs="Times New Roman"/>
          <w:sz w:val="24"/>
        </w:rPr>
        <w:t>. The Member shall elect the officers of the LLC. Vacancies may be filled or new offices created and filled at any meeting of the Member.  All officers shall hold office positions unless or until their death, removal from office, or resignation. Election or appointment of an officer or agent shall not, in and of itself, create a contract right.</w:t>
      </w:r>
    </w:p>
    <w:p>
      <w:pPr>
        <w:ind w:hanging="360"/>
      </w:pPr>
      <w:r>
        <w:rPr>
          <w:rFonts w:ascii="Times New Roman" w:hAnsi="Times New Roman" w:eastAsia="Times New Roman" w:cs="Times New Roman"/>
          <w:sz w:val="24"/>
        </w:rPr>
        <w:t>Removal</w:t>
      </w:r>
      <w:r>
        <w:rPr>
          <w:rFonts w:ascii="Times New Roman" w:hAnsi="Times New Roman" w:eastAsia="Times New Roman" w:cs="Times New Roman"/>
          <w:sz w:val="24"/>
        </w:rPr>
        <w:t>. The Member may decide to remove any officer or agent whenever the Member decides that the best interest of the company would be served thereby. If an officer or agent is removed, it shall be without prejudice to any separately created contract rights.</w:t>
      </w:r>
    </w:p>
    <w:p>
      <w:pPr>
        <w:ind w:hanging="360"/>
      </w:pPr>
      <w:r>
        <w:rPr>
          <w:rFonts w:ascii="Times New Roman" w:hAnsi="Times New Roman" w:eastAsia="Times New Roman" w:cs="Times New Roman"/>
          <w:sz w:val="24"/>
        </w:rPr>
        <w:t>President</w:t>
      </w:r>
      <w:r>
        <w:rPr>
          <w:rFonts w:ascii="Times New Roman" w:hAnsi="Times New Roman" w:eastAsia="Times New Roman" w:cs="Times New Roman"/>
          <w:sz w:val="24"/>
        </w:rPr>
        <w:t>. The President shall be the chief executive officer of the LLC and shall be present at all meetings with the Member. The president shall have all powers to perform such duties that are outlined in this Agreement.</w:t>
      </w:r>
    </w:p>
    <w:p>
      <w:pPr>
        <w:ind w:hanging="360"/>
      </w:pPr>
      <w:r>
        <w:rPr>
          <w:rFonts w:ascii="Times New Roman" w:hAnsi="Times New Roman" w:eastAsia="Times New Roman" w:cs="Times New Roman"/>
          <w:sz w:val="24"/>
        </w:rPr>
        <w:t>Treasurer</w:t>
      </w:r>
      <w:r>
        <w:rPr>
          <w:rFonts w:ascii="Times New Roman" w:hAnsi="Times New Roman" w:eastAsia="Times New Roman" w:cs="Times New Roman"/>
          <w:sz w:val="24"/>
        </w:rPr>
        <w:t xml:space="preserve">. The Treasurer shall be the chief financial officer of the LLC. The Treasurer is responsible for all funds and securities of the LLC. The Treasurer shall preside at the meeting with the Member when the President is absent. The Treasurer must receive and give receipts for moneys due and payable to the LLC from any money source whatsoever, and deposit all such moneys in the name of the LLC in an appropriate financial institution, which shall be selected by the Member of the LLC.  The Treasurer shall perform all other duties that may be assigned to the office of treasurer by the President or by the Member of the LLC. </w:t>
      </w:r>
    </w:p>
    <w:p>
      <w:pPr>
        <w:ind w:hanging="360"/>
      </w:pPr>
      <w:r>
        <w:rPr>
          <w:rFonts w:ascii="Times New Roman" w:hAnsi="Times New Roman" w:eastAsia="Times New Roman" w:cs="Times New Roman"/>
          <w:sz w:val="24"/>
        </w:rPr>
        <w:t>Secretary</w:t>
      </w:r>
      <w:r>
        <w:rPr>
          <w:rFonts w:ascii="Times New Roman" w:hAnsi="Times New Roman" w:eastAsia="Times New Roman" w:cs="Times New Roman"/>
          <w:sz w:val="24"/>
        </w:rPr>
        <w:t>. The Secretary shall keep a time log of the Member’s meetings in a file provided for that purpose and see that all notices are duly given in accordance with the provisions of this Agreement, or as required by law. The Secretary shall have custody of true and correct LLC records, address of the Member, Member’s resolutions, and other documents to the LLC. The Secretary shall preside at the meetings of the Member in the absence of the President and Treasurer and perform all other duties that may be assigned to the office of Secretary by the President or by the Member of the LLC.</w:t>
      </w:r>
    </w:p>
    <w:p>
      <w:pPr>
        <w:ind w:hanging="360"/>
      </w:pPr>
      <w:r>
        <w:rPr>
          <w:rFonts w:ascii="Times New Roman" w:hAnsi="Times New Roman" w:eastAsia="Times New Roman" w:cs="Times New Roman"/>
          <w:sz w:val="24"/>
        </w:rPr>
        <w:t>Vacancies</w:t>
      </w:r>
      <w:r>
        <w:rPr>
          <w:rFonts w:ascii="Times New Roman" w:hAnsi="Times New Roman" w:eastAsia="Times New Roman" w:cs="Times New Roman"/>
          <w:sz w:val="24"/>
        </w:rPr>
        <w:t>. A vacancy in any office because of death, resignation, removal, and disqualification or otherwise may be filled by the Member for the unexpired portion of the term.</w:t>
      </w:r>
    </w:p>
    <w:p>
      <w:pPr/>
    </w:p>
    <w:p>
      <w:pPr/>
      <w:r>
        <w:rPr>
          <w:rFonts w:ascii="Times New Roman" w:hAnsi="Times New Roman" w:eastAsia="Times New Roman" w:cs="Times New Roman"/>
          <w:b/>
          <w:sz w:val="24"/>
        </w:rPr>
        <w:t>MEMBER-ONLY POWERS.</w:t>
      </w:r>
      <w:r>
        <w:rPr>
          <w:rFonts w:ascii="Times New Roman" w:hAnsi="Times New Roman" w:eastAsia="Times New Roman" w:cs="Times New Roman"/>
          <w:sz w:val="24"/>
        </w:rPr>
        <w:t xml:space="preserve"> Notwithstanding any other provision of this Agreement, the Member may: </w:t>
      </w:r>
    </w:p>
    <w:p>
      <w:pPr/>
      <w:r>
        <w:rPr>
          <w:rFonts w:ascii="Times New Roman" w:hAnsi="Times New Roman" w:eastAsia="Times New Roman" w:cs="Times New Roman"/>
          <w:sz w:val="24"/>
        </w:rPr>
        <w:t xml:space="preserve">Sell or encumber any real estate owned by the LLC; and </w:t>
      </w:r>
    </w:p>
    <w:p>
      <w:pPr/>
      <w:r>
        <w:rPr>
          <w:rFonts w:ascii="Times New Roman" w:hAnsi="Times New Roman" w:eastAsia="Times New Roman" w:cs="Times New Roman"/>
          <w:sz w:val="24"/>
        </w:rPr>
        <w:t>Incur debt, expend funds, or otherwise obligate the LLC if the debt, expenditure, or other obligation is desired by the Member.</w:t>
      </w:r>
    </w:p>
    <w:p>
      <w:pPr/>
    </w:p>
    <w:p>
      <w:pPr/>
      <w:r>
        <w:rPr>
          <w:rFonts w:ascii="Times New Roman" w:hAnsi="Times New Roman" w:eastAsia="Times New Roman" w:cs="Times New Roman"/>
          <w:b/>
          <w:sz w:val="24"/>
        </w:rPr>
        <w:t>OWNERSHIP INTEREST.</w:t>
      </w:r>
      <w:r>
        <w:rPr>
          <w:rFonts w:ascii="Times New Roman" w:hAnsi="Times New Roman" w:eastAsia="Times New Roman" w:cs="Times New Roman"/>
          <w:sz w:val="24"/>
        </w:rPr>
        <w:t xml:space="preserve"> The Member shall own one hundred percent (100%) interest in the LLC. The percentage interest shall control the Member’s share of the profit, losses, and distributions of the LLC.</w:t>
      </w:r>
    </w:p>
    <w:p>
      <w:pPr/>
    </w:p>
    <w:p>
      <w:pPr/>
      <w:r>
        <w:rPr>
          <w:rFonts w:ascii="Times New Roman" w:hAnsi="Times New Roman" w:eastAsia="Times New Roman" w:cs="Times New Roman"/>
          <w:b/>
          <w:sz w:val="24"/>
        </w:rPr>
        <w:t>PERCENTAGE INTEREST/RECORD OF CONTRIBUTIONS.</w:t>
      </w:r>
      <w:r>
        <w:rPr>
          <w:rFonts w:ascii="Times New Roman" w:hAnsi="Times New Roman" w:eastAsia="Times New Roman" w:cs="Times New Roman"/>
          <w:sz w:val="24"/>
        </w:rPr>
        <w:t xml:space="preserve"> This Agreement, any amendment(s) to the Agreement, and all Resolutions of the sole Member of the LLC, shall constitute the record of the Member of the LLC and of their respective interest therein.</w:t>
      </w:r>
    </w:p>
    <w:p>
      <w:pPr>
        <w:ind w:firstLine="720"/>
      </w:pPr>
    </w:p>
    <w:p>
      <w:pPr/>
      <w:r>
        <w:rPr>
          <w:rFonts w:ascii="Times New Roman" w:hAnsi="Times New Roman" w:eastAsia="Times New Roman" w:cs="Times New Roman"/>
          <w:b/>
          <w:sz w:val="24"/>
        </w:rPr>
        <w:t>DISTRIBUTIONS.</w:t>
      </w:r>
      <w:r>
        <w:rPr>
          <w:rFonts w:ascii="Times New Roman" w:hAnsi="Times New Roman" w:eastAsia="Times New Roman" w:cs="Times New Roman"/>
          <w:sz w:val="24"/>
        </w:rPr>
        <w:t xml:space="preserve"> Distribution of cash and other assets of the LLC (other than upon the dissolution of the LLC) shall be made in the total amounts and at the periods decided upon by the Member. Any such distributions shall be allocated to the Member on the basis of their 100% interest in the LLC.</w:t>
      </w:r>
    </w:p>
    <w:p>
      <w:pPr>
        <w:ind w:firstLine="720"/>
      </w:pPr>
    </w:p>
    <w:p>
      <w:pPr/>
      <w:r>
        <w:rPr>
          <w:rFonts w:ascii="Times New Roman" w:hAnsi="Times New Roman" w:eastAsia="Times New Roman" w:cs="Times New Roman"/>
          <w:b/>
          <w:sz w:val="24"/>
        </w:rPr>
        <w:t>PROFITS AND LOSSES.</w:t>
      </w:r>
      <w:r>
        <w:rPr>
          <w:rFonts w:ascii="Times New Roman" w:hAnsi="Times New Roman" w:eastAsia="Times New Roman" w:cs="Times New Roman"/>
          <w:sz w:val="24"/>
        </w:rPr>
        <w:t xml:space="preserve"> Profits, losses, and all other tax attributes of the LLC shall be allocated to the Member.</w:t>
      </w:r>
    </w:p>
    <w:p>
      <w:pPr/>
    </w:p>
    <w:p>
      <w:pPr/>
      <w:r>
        <w:rPr>
          <w:rFonts w:ascii="Times New Roman" w:hAnsi="Times New Roman" w:eastAsia="Times New Roman" w:cs="Times New Roman"/>
          <w:b/>
          <w:sz w:val="24"/>
        </w:rPr>
        <w:t>VOTING BY MEMBERS.</w:t>
      </w:r>
      <w:r>
        <w:rPr>
          <w:rFonts w:ascii="Times New Roman" w:hAnsi="Times New Roman" w:eastAsia="Times New Roman" w:cs="Times New Roman"/>
          <w:sz w:val="24"/>
        </w:rPr>
        <w:t xml:space="preserve"> In relation to the Member’s percentage interest, the Member shall be entitled to vote on all matters that necessitate a vote regarding the LLC.</w:t>
      </w:r>
    </w:p>
    <w:p>
      <w:pPr/>
    </w:p>
    <w:p>
      <w:pPr/>
      <w:r>
        <w:rPr>
          <w:rFonts w:ascii="Times New Roman" w:hAnsi="Times New Roman" w:eastAsia="Times New Roman" w:cs="Times New Roman"/>
          <w:b/>
          <w:sz w:val="24"/>
        </w:rPr>
        <w:t>MEETINGS.</w:t>
      </w:r>
      <w:r>
        <w:rPr>
          <w:rFonts w:ascii="Times New Roman" w:hAnsi="Times New Roman" w:eastAsia="Times New Roman" w:cs="Times New Roman"/>
          <w:sz w:val="24"/>
        </w:rPr>
        <w:t xml:space="preserve"> Meetings of the Member(s), Manager(s), and Officer(s) may be called by any Member owning 10% or more of the LLC, or, if Managers were selected, by the Manager of the LLC, or if Officers were elected, by any officer.</w:t>
      </w:r>
    </w:p>
    <w:p>
      <w:pPr/>
    </w:p>
    <w:p>
      <w:pPr/>
      <w:r>
        <w:rPr>
          <w:rFonts w:ascii="Times New Roman" w:hAnsi="Times New Roman" w:eastAsia="Times New Roman" w:cs="Times New Roman"/>
          <w:b/>
          <w:sz w:val="24"/>
        </w:rPr>
        <w:t>WRITTEN CONSENT/MEETINGS.</w:t>
      </w:r>
      <w:r>
        <w:rPr>
          <w:rFonts w:ascii="Times New Roman" w:hAnsi="Times New Roman" w:eastAsia="Times New Roman" w:cs="Times New Roman"/>
          <w:sz w:val="24"/>
        </w:rPr>
        <w:t xml:space="preserve"> The Member or Officer(s) do not have to hold a meeting in order to accomplish an action, but evidence of the action shall be recorded and signed by the Member. Action without a meeting may be evidenced by a writing signed by the Member, President, or Secretary.</w:t>
      </w:r>
    </w:p>
    <w:p>
      <w:pPr/>
    </w:p>
    <w:p>
      <w:pPr/>
      <w:r>
        <w:rPr>
          <w:rFonts w:ascii="Times New Roman" w:hAnsi="Times New Roman" w:eastAsia="Times New Roman" w:cs="Times New Roman"/>
          <w:b/>
          <w:sz w:val="24"/>
        </w:rPr>
        <w:t>MEMBER HAS NO EXCLUSIVE DUTY TO LLC.</w:t>
      </w:r>
      <w:r>
        <w:rPr>
          <w:rFonts w:ascii="Times New Roman" w:hAnsi="Times New Roman" w:eastAsia="Times New Roman" w:cs="Times New Roman"/>
          <w:sz w:val="24"/>
        </w:rPr>
        <w:t xml:space="preserve"> The Member may have other business interests, and may participate in other investments, in addition to those relating to the LLC. The Member shall not be required to participate in the LLC as their sole and exclusive business. The Member shall not be held liable to the LLC by participating in outside businesses, investments, or activities.</w:t>
      </w:r>
    </w:p>
    <w:p>
      <w:pPr>
        <w:ind w:firstLine="720"/>
      </w:pPr>
    </w:p>
    <w:p>
      <w:pPr/>
      <w:r>
        <w:rPr>
          <w:rFonts w:ascii="Times New Roman" w:hAnsi="Times New Roman" w:eastAsia="Times New Roman" w:cs="Times New Roman"/>
          <w:b/>
          <w:sz w:val="24"/>
        </w:rPr>
        <w:t xml:space="preserve">DUTIES OF MEMBERS: LIMITATION OF LIABILITY/GOOD FAITH. </w:t>
      </w:r>
      <w:r>
        <w:rPr>
          <w:rFonts w:ascii="Times New Roman" w:hAnsi="Times New Roman" w:eastAsia="Times New Roman" w:cs="Times New Roman"/>
          <w:sz w:val="24"/>
        </w:rPr>
        <w:t>The owner of the LLC shall perform their duties in good faith and perform them with such care as is in the best interest of the LLC. The Member shall be held responsible if an Officer finds them guilty of fraud, gross negligence, deceit, willful misconduct, or a wrongful taking. No Member or Officer, by reason of being or having been a Member or Officer, shall be liable to the LLC, or to any other member or Officer, for any loss or damage sustained by the LLC.</w:t>
      </w:r>
    </w:p>
    <w:p>
      <w:pPr/>
    </w:p>
    <w:p>
      <w:pPr/>
      <w:r>
        <w:rPr>
          <w:rFonts w:ascii="Times New Roman" w:hAnsi="Times New Roman" w:eastAsia="Times New Roman" w:cs="Times New Roman"/>
          <w:b/>
          <w:sz w:val="24"/>
        </w:rPr>
        <w:t>PROTECTION OF THE MEMBER AND OFFICERS.</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As used herein, the term “Protected Party” refers to the Member and officer(s) of the Company.</w:t>
      </w:r>
    </w:p>
    <w:p>
      <w:pPr/>
      <w:r>
        <w:rPr>
          <w:rFonts w:ascii="Times New Roman" w:hAnsi="Times New Roman" w:eastAsia="Times New Roman" w:cs="Times New Roman"/>
          <w:sz w:val="24"/>
        </w:rPr>
        <w:t>To the extent that, at law or in equity, a Protected Party has duties (including fiduciary duties) and liabilities relating to the LLC, or to any other Protected Party, a Protected Party acting under this Agreement shall not be liable to the LLC or to any other Protected Party for good faith reliance on:</w:t>
      </w:r>
    </w:p>
    <w:p>
      <w:pPr/>
      <w:r>
        <w:rPr>
          <w:rFonts w:ascii="Times New Roman" w:hAnsi="Times New Roman" w:eastAsia="Times New Roman" w:cs="Times New Roman"/>
          <w:sz w:val="24"/>
        </w:rPr>
        <w:t>The provisions of this Agreement;</w:t>
      </w:r>
    </w:p>
    <w:p>
      <w:pPr/>
      <w:r>
        <w:rPr>
          <w:rFonts w:ascii="Times New Roman" w:hAnsi="Times New Roman" w:eastAsia="Times New Roman" w:cs="Times New Roman"/>
          <w:sz w:val="24"/>
        </w:rPr>
        <w:t>The records of the LLC; and/or</w:t>
      </w:r>
    </w:p>
    <w:p>
      <w:pPr/>
      <w:r>
        <w:rPr>
          <w:rFonts w:ascii="Times New Roman" w:hAnsi="Times New Roman" w:eastAsia="Times New Roman" w:cs="Times New Roman"/>
          <w:sz w:val="24"/>
        </w:rPr>
        <w:t>Such information, opinions, reports, or statements presented to the LLC by any person as to matters the Protected Party reasonably believes are within such other person’s professional or expert competence, and who has been selected with reasonable care by or on behalf of the LLC.</w:t>
      </w:r>
    </w:p>
    <w:p>
      <w:pPr/>
      <w:r>
        <w:rPr>
          <w:rFonts w:ascii="Times New Roman" w:hAnsi="Times New Roman" w:eastAsia="Times New Roman" w:cs="Times New Roman"/>
          <w:sz w:val="24"/>
        </w:rPr>
        <w:t>The provisions of this Agreement, to the extent that they restrict the duties and liabilities of a Protected Party to the LLC, or to any other Protected Party otherwise existing at law or in equity, are agreed by the parties hereto to replace such other duties and liabilities of such Protected Party.</w:t>
      </w:r>
    </w:p>
    <w:p>
      <w:pPr/>
    </w:p>
    <w:p>
      <w:pPr/>
      <w:r>
        <w:rPr>
          <w:rFonts w:ascii="Times New Roman" w:hAnsi="Times New Roman" w:eastAsia="Times New Roman" w:cs="Times New Roman"/>
          <w:b/>
          <w:sz w:val="24"/>
        </w:rPr>
        <w:t>INSURANCE AND IDEMNIFICATION.</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Right to Indemnification</w:t>
      </w:r>
      <w:r>
        <w:rPr>
          <w:rFonts w:ascii="Times New Roman" w:hAnsi="Times New Roman" w:eastAsia="Times New Roman" w:cs="Times New Roman"/>
          <w:sz w:val="24"/>
        </w:rPr>
        <w:t>.</w:t>
      </w:r>
    </w:p>
    <w:p>
      <w:pPr/>
      <w:r>
        <w:rPr>
          <w:rFonts w:ascii="Times New Roman" w:hAnsi="Times New Roman" w:eastAsia="Times New Roman" w:cs="Times New Roman"/>
          <w:sz w:val="24"/>
        </w:rPr>
        <w:t>Any person who is or was a member or officer of the LLC, and who is or may be a party to any civil action because of their participation in or with the LLC, and who acted in good faith and in a manner which he/she reasonably believed to be in, or not opposed to, the best interest of the LLC, may be indemnified and held harmless by the LLC; and</w:t>
      </w:r>
    </w:p>
    <w:p>
      <w:pPr/>
      <w:r>
        <w:rPr>
          <w:rFonts w:ascii="Times New Roman" w:hAnsi="Times New Roman" w:eastAsia="Times New Roman" w:cs="Times New Roman"/>
          <w:sz w:val="24"/>
        </w:rPr>
        <w:t>Any person who is or was a member or officer of the LLC, and who is or may be a party to any criminal action because of their participation in or with the LLC, and who acted in good faith and held a reasonable belief that the act or omission was lawful, may be indemnified and held harmless by the LLC.</w:t>
      </w:r>
    </w:p>
    <w:p>
      <w:pPr/>
      <w:r>
        <w:rPr>
          <w:rFonts w:ascii="Times New Roman" w:hAnsi="Times New Roman" w:eastAsia="Times New Roman" w:cs="Times New Roman"/>
          <w:sz w:val="24"/>
        </w:rPr>
        <w:t>Non-Exclusivity of Rights</w:t>
      </w:r>
      <w:r>
        <w:rPr>
          <w:rFonts w:ascii="Times New Roman" w:hAnsi="Times New Roman" w:eastAsia="Times New Roman" w:cs="Times New Roman"/>
          <w:sz w:val="24"/>
        </w:rPr>
        <w:t>. The Member and Officer(s) of the LLC shall adopt and enter into indemnification agreements for the Member and Officer(s). The right to indemnification and payment of fees and expenses conferred in this section shall not be exclusive of any right which any person may have or hereafter acquire under any statute, provision of this Agreement, contract, agreement, vote of the Member, or otherwise.</w:t>
      </w:r>
    </w:p>
    <w:p>
      <w:pPr/>
      <w:r>
        <w:rPr>
          <w:rFonts w:ascii="Times New Roman" w:hAnsi="Times New Roman" w:eastAsia="Times New Roman" w:cs="Times New Roman"/>
          <w:sz w:val="24"/>
        </w:rPr>
        <w:t>Advancement of Expenses</w:t>
      </w:r>
      <w:r>
        <w:rPr>
          <w:rFonts w:ascii="Times New Roman" w:hAnsi="Times New Roman" w:eastAsia="Times New Roman" w:cs="Times New Roman"/>
          <w:sz w:val="24"/>
        </w:rPr>
        <w:t>. All expenses, including legal fees incurred by an indemnified person in defending any proceeding, shall be paid in advance of the proceeding’s conclusion. Should the indemnified member or officer ultimately be determined to not be entitled to indemnification, that member or officer agrees to immediately repay to LLC all funds expended by the LLC on behalf of the Member or Officer.</w:t>
      </w:r>
    </w:p>
    <w:p>
      <w:pPr/>
      <w:r>
        <w:rPr>
          <w:rFonts w:ascii="Times New Roman" w:hAnsi="Times New Roman" w:eastAsia="Times New Roman" w:cs="Times New Roman"/>
          <w:sz w:val="24"/>
        </w:rPr>
        <w:t>Effect of Amendment</w:t>
      </w:r>
      <w:r>
        <w:rPr>
          <w:rFonts w:ascii="Times New Roman" w:hAnsi="Times New Roman" w:eastAsia="Times New Roman" w:cs="Times New Roman"/>
          <w:sz w:val="24"/>
        </w:rPr>
        <w:t>. No amendment, repeal, or modification of this Article shall adversely affect any rights hereunder with respect to any action or omission occurring prior to the date when such amendment, repeal, or modification became effective.</w:t>
      </w:r>
    </w:p>
    <w:p>
      <w:pPr/>
      <w:r>
        <w:rPr>
          <w:rFonts w:ascii="Times New Roman" w:hAnsi="Times New Roman" w:eastAsia="Times New Roman" w:cs="Times New Roman"/>
          <w:sz w:val="24"/>
        </w:rPr>
        <w:t>Insurance</w:t>
      </w:r>
      <w:r>
        <w:rPr>
          <w:rFonts w:ascii="Times New Roman" w:hAnsi="Times New Roman" w:eastAsia="Times New Roman" w:cs="Times New Roman"/>
          <w:sz w:val="24"/>
        </w:rPr>
        <w:t>. The LLC, at the discretion of the sole Member, may decide to purchase and maintain insurance for the LLC, for the Member, and/or officer(s), and/or on behalf of any third party or parties whom the members might determine should be entitled to such insurance coverage.</w:t>
      </w:r>
    </w:p>
    <w:p>
      <w:pPr>
        <w:ind w:firstLine="720"/>
      </w:pPr>
    </w:p>
    <w:p>
      <w:pPr/>
      <w:r>
        <w:rPr>
          <w:rFonts w:ascii="Times New Roman" w:hAnsi="Times New Roman" w:eastAsia="Times New Roman" w:cs="Times New Roman"/>
          <w:b/>
          <w:sz w:val="24"/>
        </w:rPr>
        <w:t>TERMINATION OF MEMBERSHIP.</w:t>
      </w:r>
      <w:r>
        <w:rPr>
          <w:rFonts w:ascii="Times New Roman" w:hAnsi="Times New Roman" w:eastAsia="Times New Roman" w:cs="Times New Roman"/>
          <w:sz w:val="24"/>
        </w:rPr>
        <w:t xml:space="preserve"> The Member’s interest in the LLC shall cease upon the occurrence of one or more of the following events:</w:t>
      </w:r>
    </w:p>
    <w:p>
      <w:pPr/>
      <w:r>
        <w:rPr>
          <w:rFonts w:ascii="Times New Roman" w:hAnsi="Times New Roman" w:eastAsia="Times New Roman" w:cs="Times New Roman"/>
          <w:sz w:val="24"/>
        </w:rPr>
        <w:t>The Member dies;</w:t>
      </w:r>
    </w:p>
    <w:p>
      <w:pPr/>
      <w:r>
        <w:rPr>
          <w:rFonts w:ascii="Times New Roman" w:hAnsi="Times New Roman" w:eastAsia="Times New Roman" w:cs="Times New Roman"/>
          <w:sz w:val="24"/>
        </w:rPr>
        <w:t>The Member decides to give notice of withdrawal to the LLC thirty days (30) in advance of the withdrawal date. There is no breach of Agreement when a Member decides to withdraw in this fashion;</w:t>
      </w:r>
    </w:p>
    <w:p>
      <w:pPr/>
      <w:r>
        <w:rPr>
          <w:rFonts w:ascii="Times New Roman" w:hAnsi="Times New Roman" w:eastAsia="Times New Roman" w:cs="Times New Roman"/>
          <w:sz w:val="24"/>
        </w:rPr>
        <w:t>A Member assigns all of their interest to a qualified third party;</w:t>
      </w:r>
    </w:p>
    <w:p>
      <w:pPr/>
      <w:r>
        <w:rPr>
          <w:rFonts w:ascii="Times New Roman" w:hAnsi="Times New Roman" w:eastAsia="Times New Roman" w:cs="Times New Roman"/>
          <w:sz w:val="24"/>
        </w:rPr>
        <w:t>There is an entry of an order by a court of competent jurisdiction adjudicating the Member incompetent to manage their person or their estate;</w:t>
      </w:r>
    </w:p>
    <w:p>
      <w:pPr/>
      <w:r>
        <w:rPr>
          <w:rFonts w:ascii="Times New Roman" w:hAnsi="Times New Roman" w:eastAsia="Times New Roman" w:cs="Times New Roman"/>
          <w:sz w:val="24"/>
        </w:rPr>
        <w:t>In the case of an estate that is a Member, the distribution by the fiduciary of the estate’s entire interest in the LLC;</w:t>
      </w:r>
    </w:p>
    <w:p>
      <w:pPr/>
      <w:r>
        <w:rPr>
          <w:rFonts w:ascii="Times New Roman" w:hAnsi="Times New Roman" w:eastAsia="Times New Roman" w:cs="Times New Roman"/>
          <w:sz w:val="24"/>
        </w:rPr>
        <w:t>If within one hundred twenty (120) days after the commencement of any action against a Member seeking reorganization, readjustment, composition, readjustment, liquidation, arrangement, dissolution, or similar relief under any statue, law, or regulation, and the action has not been dismissed and/or has not been consented to by the Member;</w:t>
      </w:r>
    </w:p>
    <w:p>
      <w:pPr/>
      <w:r>
        <w:rPr>
          <w:rFonts w:ascii="Times New Roman" w:hAnsi="Times New Roman" w:eastAsia="Times New Roman" w:cs="Times New Roman"/>
          <w:sz w:val="24"/>
        </w:rPr>
        <w:t xml:space="preserve">If within ninety days (90) after the appointment, without the Member’s consent or acquiescence, of a trustee, receiver, or liquidator of the Member or of all or any substantial part of the Member’s properties, and said appointment is not vacated or within ninety days (90) after the expiration of any stay, the appointment is not vacated and/or has not been consented to by the Member; </w:t>
      </w:r>
    </w:p>
    <w:p>
      <w:pPr/>
      <w:r>
        <w:rPr>
          <w:rFonts w:ascii="Times New Roman" w:hAnsi="Times New Roman" w:eastAsia="Times New Roman" w:cs="Times New Roman"/>
          <w:sz w:val="24"/>
        </w:rPr>
        <w:t>The Member, without consent: (1) makes an assignment for the benefit of creditors; (2) files a voluntary petition in bankruptcy; (3) is adjudicated as bankrupt or insolvent; (4) files a petition or answer seeking for himself any reorganization, arrangement, composition, readjustment, liquidation, dissolution, or similar relief under any statute, law or regulation; (5) files an answer or other pleading admitting or failing to contest the material allegations of a petition filed against him in any proceeding of the nature described in this paragraph; (6) seeks, consents to, or acquiesces in the appointment of a trustee, receiver, or liquidator of the Member or of all or any substantial part of their properties; or (7) if any creditor permitted by law to do so should commence foreclosure or take any other action to seize or sell any Member’s interest in the LLC; and</w:t>
      </w:r>
    </w:p>
    <w:p>
      <w:pPr/>
      <w:r>
        <w:rPr>
          <w:rFonts w:ascii="Times New Roman" w:hAnsi="Times New Roman" w:eastAsia="Times New Roman" w:cs="Times New Roman"/>
          <w:sz w:val="24"/>
        </w:rPr>
        <w:t>Any of the events provided in applicable code provisions that are not inconsistent with the dissociation events identified above.</w:t>
      </w:r>
    </w:p>
    <w:p>
      <w:pPr/>
    </w:p>
    <w:p>
      <w:pPr/>
      <w:r>
        <w:rPr>
          <w:rFonts w:ascii="Times New Roman" w:hAnsi="Times New Roman" w:eastAsia="Times New Roman" w:cs="Times New Roman"/>
          <w:b/>
          <w:sz w:val="24"/>
        </w:rPr>
        <w:t>SALE OF INTEREST.</w:t>
      </w:r>
      <w:r>
        <w:rPr>
          <w:rFonts w:ascii="Times New Roman" w:hAnsi="Times New Roman" w:eastAsia="Times New Roman" w:cs="Times New Roman"/>
          <w:sz w:val="24"/>
        </w:rPr>
        <w:t xml:space="preserve"> The Member has the full right, at any point in time, to sell their LLC interest.</w:t>
      </w:r>
    </w:p>
    <w:p>
      <w:pPr/>
    </w:p>
    <w:p>
      <w:pPr/>
      <w:r>
        <w:rPr>
          <w:rFonts w:ascii="Times New Roman" w:hAnsi="Times New Roman" w:eastAsia="Times New Roman" w:cs="Times New Roman"/>
          <w:b/>
          <w:sz w:val="24"/>
        </w:rPr>
        <w:t>TERMINATION OF LLC.</w:t>
      </w:r>
      <w:r>
        <w:rPr>
          <w:rFonts w:ascii="Times New Roman" w:hAnsi="Times New Roman" w:eastAsia="Times New Roman" w:cs="Times New Roman"/>
          <w:sz w:val="24"/>
        </w:rPr>
        <w:t xml:space="preserve"> Only upon the consent of the Member can the LLC and its affairs be dissolved.</w:t>
      </w:r>
    </w:p>
    <w:p>
      <w:pPr/>
    </w:p>
    <w:p>
      <w:pPr/>
      <w:r>
        <w:rPr>
          <w:rFonts w:ascii="Times New Roman" w:hAnsi="Times New Roman" w:eastAsia="Times New Roman" w:cs="Times New Roman"/>
          <w:b/>
          <w:sz w:val="24"/>
        </w:rPr>
        <w:t>FINAL DISTRIBUTIONS.</w:t>
      </w:r>
      <w:r>
        <w:rPr>
          <w:rFonts w:ascii="Times New Roman" w:hAnsi="Times New Roman" w:eastAsia="Times New Roman" w:cs="Times New Roman"/>
          <w:sz w:val="24"/>
        </w:rPr>
        <w:t xml:space="preserve">  Upon the ending of the LLC, the assets must be distributed as follows: (a) to the LLC creditors; and (b) to the Member first for the return of their contributions and secondly respecting their LLC interest, in the proportions in which the Member shares in profits and losses.</w:t>
      </w:r>
    </w:p>
    <w:p>
      <w:pPr/>
    </w:p>
    <w:p>
      <w:pPr/>
      <w:r>
        <w:rPr>
          <w:rFonts w:ascii="Times New Roman" w:hAnsi="Times New Roman" w:eastAsia="Times New Roman" w:cs="Times New Roman"/>
          <w:b/>
          <w:sz w:val="24"/>
        </w:rPr>
        <w:t xml:space="preserve">RECORDS AND INSPECTION. </w:t>
      </w:r>
      <w:r>
        <w:rPr>
          <w:rFonts w:ascii="Times New Roman" w:hAnsi="Times New Roman" w:eastAsia="Times New Roman" w:cs="Times New Roman"/>
          <w:sz w:val="24"/>
        </w:rPr>
        <w:t>The LLC shall maintain at its place of business the Articles of Organization, any amendments thereto, this Agreement, and all other LLC records required to be kept by the Act, and the same shall be subject to inspection and copying at the reasonable request, and the expense, of any Member.</w:t>
      </w:r>
    </w:p>
    <w:p>
      <w:pPr/>
    </w:p>
    <w:p>
      <w:pPr/>
      <w:r>
        <w:rPr>
          <w:rFonts w:ascii="Times New Roman" w:hAnsi="Times New Roman" w:eastAsia="Times New Roman" w:cs="Times New Roman"/>
          <w:b/>
          <w:sz w:val="24"/>
        </w:rPr>
        <w:t>APPLICABLE LAW.</w:t>
      </w:r>
      <w:r>
        <w:rPr>
          <w:rFonts w:ascii="Times New Roman" w:hAnsi="Times New Roman" w:eastAsia="Times New Roman" w:cs="Times New Roman"/>
          <w:sz w:val="24"/>
        </w:rPr>
        <w:t xml:space="preserve"> Within the means of the law, this Agreement shall be constructed in accordance with and governed by the laws of the State of Formation.</w:t>
      </w:r>
    </w:p>
    <w:p>
      <w:pPr/>
    </w:p>
    <w:p>
      <w:pPr/>
      <w:r>
        <w:rPr>
          <w:rFonts w:ascii="Times New Roman" w:hAnsi="Times New Roman" w:eastAsia="Times New Roman" w:cs="Times New Roman"/>
          <w:b/>
          <w:sz w:val="24"/>
        </w:rPr>
        <w:t>AMENDMENT.</w:t>
      </w:r>
      <w:r>
        <w:rPr>
          <w:rFonts w:ascii="Times New Roman" w:hAnsi="Times New Roman" w:eastAsia="Times New Roman" w:cs="Times New Roman"/>
          <w:sz w:val="24"/>
        </w:rPr>
        <w:t xml:space="preserve"> If at any time the Member may wish to propose a new amendment, the Member shall submit it to be in effect. This Agreement may not be amended, nor may any rights hereunder be waived except by an instrument in writing signed by the party sought to be charged with such amendment or waiver, except as otherwise provided in this Agreement.</w:t>
      </w:r>
    </w:p>
    <w:p>
      <w:pPr/>
    </w:p>
    <w:p>
      <w:pPr/>
      <w:r>
        <w:rPr>
          <w:rFonts w:ascii="Times New Roman" w:hAnsi="Times New Roman" w:eastAsia="Times New Roman" w:cs="Times New Roman"/>
          <w:b/>
          <w:sz w:val="24"/>
        </w:rPr>
        <w:t>COUNTERPARTS.</w:t>
      </w:r>
      <w:r>
        <w:rPr>
          <w:rFonts w:ascii="Times New Roman" w:hAnsi="Times New Roman" w:eastAsia="Times New Roman" w:cs="Times New Roman"/>
          <w:sz w:val="24"/>
        </w:rPr>
        <w:t xml:space="preserve"> The instrument may be executed in any number of counterparts each of which shall be considered an original.</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 xml:space="preserve"> The undersigned hereby agree, acknowledge, and certify that the foregoing operating agreement is adopted and approved by each Member. Each Member agrees to be bound by the terms and conditions of this Agreement and the formation certificate or articles.</w:t>
      </w:r>
    </w:p>
    <w:p>
      <w:pPr/>
    </w:p>
    <w:p>
      <w:pPr/>
    </w:p>
    <w:p>
      <w:pPr/>
      <w:r>
        <w:rPr>
          <w:rFonts w:ascii="Times New Roman" w:hAnsi="Times New Roman" w:eastAsia="Times New Roman" w:cs="Times New Roman"/>
          <w:b/>
          <w:sz w:val="24"/>
        </w:rPr>
        <w:t>SIGNATURE OF MEMBER</w:t>
      </w:r>
    </w:p>
    <w:p>
      <w:pPr/>
    </w:p>
    <w:p>
      <w:pPr/>
    </w:p>
    <w:p>
      <w:pPr/>
      <w:r>
        <w:rPr>
          <w:rFonts w:ascii="Times New Roman" w:hAnsi="Times New Roman" w:eastAsia="Times New Roman" w:cs="Times New Roman"/>
          <w:sz w:val="24"/>
        </w:rPr>
        <w:t>______________________________________</w:t>
      </w:r>
    </w:p>
    <w:p>
      <w:pPr/>
      <w:r>
        <w:rPr>
          <w:rFonts w:ascii="Times New Roman" w:hAnsi="Times New Roman" w:eastAsia="Times New Roman" w:cs="Times New Roman"/>
          <w:sz w:val="24"/>
        </w:rPr>
        <w:t>Signature</w:t>
      </w:r>
    </w:p>
    <w:p>
      <w:pPr>
        <w:ind w:firstLine="720"/>
      </w:pPr>
    </w:p>
    <w:p>
      <w:pPr>
        <w:spacing w:line="360" w:lineRule="auto"/>
      </w:pPr>
      <w:r>
        <w:rPr>
          <w:rFonts w:ascii="Times New Roman" w:hAnsi="Times New Roman" w:eastAsia="Times New Roman" w:cs="Times New Roman"/>
          <w:sz w:val="24"/>
        </w:rPr>
        <w:t xml:space="preserve">Print Name of Member: </w:t>
      </w:r>
      <w:r>
        <w:rPr>
          <w:rFonts w:ascii="Times New Roman" w:hAnsi="Times New Roman" w:eastAsia="Times New Roman" w:cs="Times New Roman"/>
          <w:sz w:val="24"/>
        </w:rPr>
        <w:t>_____________________</w:t>
      </w:r>
    </w:p>
    <w:p>
      <w:pPr>
        <w:spacing w:line="360" w:lineRule="auto"/>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