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WASHINGTON D.C.</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Washington D.C.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Washington D.C.</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