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WASHINGTON DURABLE POWER OF ATTORNEY</w:t>
      </w:r>
    </w:p>
    <w:p>
      <w:pPr>
        <w:jc w:val="center"/>
      </w:pP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[HOME STATE OF PRINCIPAL]</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AGENT]</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 OF AGENT]</w:t>
      </w:r>
      <w:r>
        <w:rPr>
          <w:rFonts w:ascii="Times New Roman" w:hAnsi="Times New Roman" w:eastAsia="Times New Roman" w:cs="Times New Roman"/>
          <w:sz w:val="24"/>
        </w:rPr>
        <w:t xml:space="preserve">, my Agent (hereinafter my “Agent”), to act as initialed below, in my name, in my stead and for my benefit, hereby revoking any and all financial powers of attorney I may have executed in the past. </w:t>
      </w:r>
    </w:p>
    <w:p>
      <w:pPr/>
    </w:p>
    <w:p>
      <w:pPr>
        <w:jc w:val="center"/>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(Choose the applicable paragraph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A. I grant my Agent the powers set forth herein immediately upon the execution of this document. These powers shall not be affected by any subsequent disability or incapacity I may experience in the future.</w:t>
      </w:r>
    </w:p>
    <w:p>
      <w:pPr/>
    </w:p>
    <w:p>
      <w:pPr/>
      <w:r>
        <w:rPr>
          <w:rFonts w:ascii="Times New Roman" w:hAnsi="Times New Roman" w:eastAsia="Times New Roman" w:cs="Times New Roman"/>
          <w:sz w:val="24"/>
        </w:rPr>
        <w:t>or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B. I grant my Agent the powers set forth herein only when it has been determined in writing, by my attending physician, that I am unable to properly handle my financial affairs. </w:t>
      </w:r>
    </w:p>
    <w:p>
      <w:pPr/>
    </w:p>
    <w:p>
      <w:pPr>
        <w:jc w:val="center"/>
      </w:pPr>
      <w:r>
        <w:rPr>
          <w:rFonts w:ascii="Times New Roman" w:hAnsi="Times New Roman" w:eastAsia="Times New Roman" w:cs="Times New Roman"/>
          <w:b/>
          <w:sz w:val="24"/>
        </w:rPr>
        <w:t>POWERS OF AGENT</w:t>
      </w:r>
    </w:p>
    <w:p>
      <w:pPr/>
    </w:p>
    <w:p>
      <w:pPr/>
      <w:r>
        <w:rPr>
          <w:rFonts w:ascii="Times New Roman" w:hAnsi="Times New Roman" w:eastAsia="Times New Roman" w:cs="Times New Roman"/>
          <w:sz w:val="24"/>
        </w:rPr>
        <w:t>My Agent shall exercise powers in my best interests and for my welfare, as a fiduciary. My Agent shall have the following powers:</w:t>
      </w:r>
    </w:p>
    <w:p>
      <w:pPr/>
    </w:p>
    <w:p>
      <w:pPr/>
      <w:r>
        <w:rPr>
          <w:rFonts w:ascii="Times New Roman" w:hAnsi="Times New Roman" w:eastAsia="Times New Roman" w:cs="Times New Roman"/>
          <w:sz w:val="24"/>
        </w:rPr>
        <w:t>(Choose the applicable power(s) by placing your initials in the preceding space)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BANKING</w:t>
      </w:r>
      <w:r>
        <w:rPr>
          <w:rFonts w:ascii="Times New Roman" w:hAnsi="Times New Roman" w:eastAsia="Times New Roman" w:cs="Times New Roman"/>
          <w:sz w:val="24"/>
        </w:rPr>
        <w:t xml:space="preserve"> - To receive and deposit funds in any financial institution, and to withdraw funds by check or otherwise to pay for goods, services, and any other personal and business expenses for my benefit.  If necessary, to effect my Agent’s powers, my Agent is authorized to execute any document required to be signed by such banking institution.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sz w:val="24"/>
        </w:rPr>
        <w:t xml:space="preserve"> - To have access at any time or times to any safe-deposit box rented by me or to which I may have access, wheresoever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Agent to exercise this power.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LENDING OR BORROWING</w:t>
      </w:r>
      <w:r>
        <w:rPr>
          <w:rFonts w:ascii="Times New Roman" w:hAnsi="Times New Roman" w:eastAsia="Times New Roman" w:cs="Times New Roman"/>
          <w:sz w:val="24"/>
        </w:rPr>
        <w:t xml:space="preserve"> -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GOVERNMENT BENEFITS</w:t>
      </w:r>
      <w:r>
        <w:rPr>
          <w:rFonts w:ascii="Times New Roman" w:hAnsi="Times New Roman" w:eastAsia="Times New Roman" w:cs="Times New Roman"/>
          <w:sz w:val="24"/>
        </w:rPr>
        <w:t xml:space="preserve"> - To apply for and receive any government benefits for which I may be eligible or become eligible, including but not limited to, Social Security, Medicare and Medicaid.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w:t>
      </w:r>
      <w:r>
        <w:rPr>
          <w:rFonts w:ascii="Times New Roman" w:hAnsi="Times New Roman" w:eastAsia="Times New Roman" w:cs="Times New Roman"/>
          <w:sz w:val="24"/>
        </w:rPr>
        <w:t xml:space="preserve"> - To contribute to, select payment option of, roll-over, and receive benefits of any retirement plan or IRA I may own, except my Agent shall not have power to change the beneficiary of any of my retirement plans or IRAs.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r>
        <w:rPr>
          <w:rFonts w:ascii="Times New Roman" w:hAnsi="Times New Roman" w:eastAsia="Times New Roman" w:cs="Times New Roman"/>
          <w:sz w:val="24"/>
        </w:rPr>
        <w:t xml:space="preserve"> - To complete and sign any local, state and federal tax returns on my behalf, pay any taxes and assessments due and receive credits and refunds owed to me and to sign any tax agency documents necessary to effectuate these powers.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sz w:val="24"/>
        </w:rPr>
        <w:t xml:space="preserve"> - To purchase, pay premiums and make claims on life, health, automobile and homeowners' insurance on my behalf, except my Agent shall not have the power to cash in or change the beneficiary of any life insurance policy.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REAL ESTATE</w:t>
      </w:r>
      <w:r>
        <w:rPr>
          <w:rFonts w:ascii="Times New Roman" w:hAnsi="Times New Roman" w:eastAsia="Times New Roman" w:cs="Times New Roman"/>
          <w:sz w:val="24"/>
        </w:rPr>
        <w:t xml:space="preserve"> - To acquire, purchase, exchange, lease, grant options to sell, and sell and convey real property, or any interests therein, on such terms and conditions, including credit arrangements, as my Agent shall deem proper; to execute, acknowledge and deliver, under seal or otherwise, any and all assignments, transfers, deeds, papers, documents or instruments which my Agent shall deem necessary in connection therewith.</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sz w:val="24"/>
        </w:rPr>
        <w:t xml:space="preserve"> - To acquire, purchase, exchange, lease, grant options to sell, and sell and convey personal property, or any interests therein, on such terms and conditions, including credit arrangements, as my Agent shall deem proper; to execute, acknowledge and deliver, under seal or otherwise, any and all assignments, transfers, titles, papers, documents or instruments which my Agent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POWER TO MANAGE PROPERTY</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Agent shall deem proper.</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sz w:val="24"/>
        </w:rPr>
        <w:t xml:space="preserve"> -  To make gifts, grants, or other transfers (including the forgiveness of indebtedness and the completion of any charitable pledges I may have made) without consideration, either outright or in trust to such person(s) (including my Agent hereunder) or organizations as my Agent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LEGAL ADVICE AND PROCEEDINGS</w:t>
      </w:r>
      <w:r>
        <w:rPr>
          <w:rFonts w:ascii="Times New Roman" w:hAnsi="Times New Roman" w:eastAsia="Times New Roman" w:cs="Times New Roman"/>
          <w:sz w:val="24"/>
        </w:rPr>
        <w:t xml:space="preserve"> - To obtain and pay for legal advice, to initiate or defend legal and administrative proceedings on my behalf, including actions against third parties who refuse, without cause, to honor this instrument.</w:t>
      </w:r>
    </w:p>
    <w:p>
      <w:pPr/>
    </w:p>
    <w:p>
      <w:pPr/>
      <w:r>
        <w:rPr>
          <w:rFonts w:ascii="Times New Roman" w:hAnsi="Times New Roman" w:eastAsia="Times New Roman" w:cs="Times New Roman"/>
          <w:b/>
          <w:sz w:val="24"/>
        </w:rPr>
        <w:t xml:space="preserve">SPECIAL INSTRUCTIONS: </w:t>
      </w:r>
      <w:r>
        <w:rPr>
          <w:rFonts w:ascii="Times New Roman" w:hAnsi="Times New Roman" w:eastAsia="Times New Roman" w:cs="Times New Roman"/>
          <w:sz w:val="24"/>
        </w:rPr>
        <w:t>On the following lines are any special instructions limiting or extending the powers I give to my Agent (Write “None” if no additional instructions are given):</w:t>
      </w:r>
    </w:p>
    <w:p>
      <w:pPr>
        <w:jc w:val="center"/>
      </w:pPr>
      <w:r>
        <w:rPr>
          <w:rFonts w:ascii="Times New Roman" w:hAnsi="Times New Roman" w:eastAsia="Times New Roman" w:cs="Times New Roman"/>
          <w:sz w:val="24"/>
        </w:rPr>
        <w:t>[DESCRIBE SPECIAL INSTRUCTIONS IF ANY]</w:t>
      </w:r>
    </w:p>
    <w:p>
      <w:pPr/>
    </w:p>
    <w:p>
      <w:pPr/>
      <w:r>
        <w:rPr>
          <w:rFonts w:ascii="Times New Roman" w:hAnsi="Times New Roman" w:eastAsia="Times New Roman" w:cs="Times New Roman"/>
          <w:b/>
          <w:sz w:val="24"/>
        </w:rPr>
        <w:t>AUTHORITY OF AGENT:</w:t>
      </w:r>
      <w:r>
        <w:rPr>
          <w:rFonts w:ascii="Times New Roman" w:hAnsi="Times New Roman" w:eastAsia="Times New Roman" w:cs="Times New Roman"/>
          <w:sz w:val="24"/>
        </w:rPr>
        <w:t xml:space="preserve"> Any party dealing with my Agent hereunder may rely absolutely on the authority granted herein and need not look to the application of any proceeds nor the authority of my Agent as to any action taken hereunder. In this regard, no person who may in good faith act in reliance upon the representations of my Agent or the authority granted hereunder shall incur any liability to me or my estate as a result of such act. I hereby ratify and confirm whatever my Agent shall lawfully do under this instrument.  My Agent is authorized as he or she deems necessary to bring an action in court so that this instrument shall be given the full power and effect that I intend on by executing it.</w:t>
      </w:r>
    </w:p>
    <w:p>
      <w:pPr/>
    </w:p>
    <w:p>
      <w:pPr/>
      <w:r>
        <w:rPr>
          <w:rFonts w:ascii="Times New Roman" w:hAnsi="Times New Roman" w:eastAsia="Times New Roman" w:cs="Times New Roman"/>
          <w:b/>
          <w:sz w:val="24"/>
        </w:rPr>
        <w:t>LIABILITY OF AGENT</w:t>
      </w:r>
      <w:r>
        <w:rPr>
          <w:rFonts w:ascii="Times New Roman" w:hAnsi="Times New Roman" w:eastAsia="Times New Roman" w:cs="Times New Roman"/>
          <w:sz w:val="24"/>
        </w:rPr>
        <w:t>: My Agent shall not incur any liability to me under this power except for a breach of fiduciary duty.</w:t>
      </w:r>
    </w:p>
    <w:p>
      <w:pPr/>
    </w:p>
    <w:p>
      <w:pPr/>
      <w:r>
        <w:rPr>
          <w:rFonts w:ascii="Times New Roman" w:hAnsi="Times New Roman" w:eastAsia="Times New Roman" w:cs="Times New Roman"/>
          <w:b/>
          <w:sz w:val="24"/>
        </w:rPr>
        <w:t>REIMBURSEMENT OF AGENT</w:t>
      </w:r>
      <w:r>
        <w:rPr>
          <w:rFonts w:ascii="Times New Roman" w:hAnsi="Times New Roman" w:eastAsia="Times New Roman" w:cs="Times New Roman"/>
          <w:sz w:val="24"/>
        </w:rPr>
        <w:t>: My Agent is entitled to reimbursement for reasonable expenses incurred in exercising powers hereunder, and to reasonable compensation for services provided as Agent.</w:t>
      </w:r>
    </w:p>
    <w:p>
      <w:pPr/>
    </w:p>
    <w:p>
      <w:pPr/>
      <w:r>
        <w:rPr>
          <w:rFonts w:ascii="Times New Roman" w:hAnsi="Times New Roman" w:eastAsia="Times New Roman" w:cs="Times New Roman"/>
          <w:b/>
          <w:sz w:val="24"/>
        </w:rPr>
        <w:t>AMENDMENT AND REVOCATION</w:t>
      </w:r>
      <w:r>
        <w:rPr>
          <w:rFonts w:ascii="Times New Roman" w:hAnsi="Times New Roman" w:eastAsia="Times New Roman" w:cs="Times New Roman"/>
          <w:sz w:val="24"/>
        </w:rPr>
        <w:t>: I can amend or revoke this power of attorney through a writing delivered to my Agent. Any amendment or revocation is ineffective as to a third party until such third party has notice of such revocation or amendment.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This Power of Attorney is governed by the laws of the State of Washington.</w:t>
      </w:r>
    </w:p>
    <w:p>
      <w:pPr/>
    </w:p>
    <w:p>
      <w:pPr/>
      <w:r>
        <w:rPr>
          <w:rFonts w:ascii="Times New Roman" w:hAnsi="Times New Roman" w:eastAsia="Times New Roman" w:cs="Times New Roman"/>
          <w:b/>
          <w:sz w:val="24"/>
        </w:rPr>
        <w:t>PHOTOCOPIES</w:t>
      </w:r>
      <w:r>
        <w:rPr>
          <w:rFonts w:ascii="Times New Roman" w:hAnsi="Times New Roman" w:eastAsia="Times New Roman" w:cs="Times New Roman"/>
          <w:sz w:val="24"/>
        </w:rPr>
        <w:t>: Photocopies of this document can be relied upon as though they were originals.</w:t>
      </w:r>
    </w:p>
    <w:p>
      <w:pPr/>
    </w:p>
    <w:p>
      <w:pPr/>
    </w:p>
    <w:p>
      <w:pPr/>
      <w:r>
        <w:rPr>
          <w:rFonts w:ascii="Times New Roman" w:hAnsi="Times New Roman" w:eastAsia="Times New Roman" w:cs="Times New Roman"/>
          <w:sz w:val="24"/>
        </w:rPr>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Financial Power of Attorney.</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Principal’s Signature</w:t>
      </w:r>
    </w:p>
    <w:p>
      <w:pPr/>
    </w:p>
    <w:p>
      <w:pPr/>
      <w:r>
        <w:rPr>
          <w:rFonts w:ascii="Times New Roman" w:hAnsi="Times New Roman" w:eastAsia="Times New Roman" w:cs="Times New Roman"/>
          <w:b/>
          <w:sz w:val="24"/>
        </w:rPr>
        <w:t xml:space="preserve">NOTICE: THE PRINCIPAL’S SIGNATURE MUST </w:t>
      </w:r>
      <w:r>
        <w:rPr>
          <w:rFonts w:ascii="Times New Roman" w:hAnsi="Times New Roman" w:eastAsia="Times New Roman" w:cs="Times New Roman"/>
          <w:b/>
          <w:sz w:val="24"/>
        </w:rPr>
        <w:t>EITHER</w:t>
      </w:r>
      <w:r>
        <w:rPr>
          <w:rFonts w:ascii="Times New Roman" w:hAnsi="Times New Roman" w:eastAsia="Times New Roman" w:cs="Times New Roman"/>
          <w:b/>
          <w:sz w:val="24"/>
        </w:rPr>
        <w:t xml:space="preserve"> BE SIGNED WITH TWO (2) WITNESSES PRESENT </w:t>
      </w:r>
      <w:r>
        <w:rPr>
          <w:rFonts w:ascii="Times New Roman" w:hAnsi="Times New Roman" w:eastAsia="Times New Roman" w:cs="Times New Roman"/>
          <w:b/>
          <w:sz w:val="24"/>
        </w:rPr>
        <w:t>OR</w:t>
      </w:r>
      <w:r>
        <w:rPr>
          <w:rFonts w:ascii="Times New Roman" w:hAnsi="Times New Roman" w:eastAsia="Times New Roman" w:cs="Times New Roman"/>
          <w:b/>
          <w:sz w:val="24"/>
        </w:rPr>
        <w:t xml:space="preserve"> ACKNOWLEDGED BY A NOTARY PUBLIC.</w:t>
      </w:r>
    </w:p>
    <w:p>
      <w:pPr/>
    </w:p>
    <w:p>
      <w:pPr/>
      <w:r>
        <w:rPr>
          <w:rFonts w:ascii="Times New Roman" w:hAnsi="Times New Roman" w:eastAsia="Times New Roman" w:cs="Times New Roman"/>
          <w:sz w:val="24"/>
        </w:rPr>
        <w:t>We, the witnesses, each do hereby declare in the presence of the principal that the principal signed and executed this instrument in the presence of each of us, that the principal signed it willingly, that each of us hereby signs this Power of Attorney as witness at the request of the principal and in the principal’s presence, and that, to the best of our knowledge, the principal is eighteen years of age or over, of sound mind, and under no constraint or undue influence.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Witness’s Signature</w:t>
        <w:tab/>
        <w:tab/>
        <w:tab/>
        <w:tab/>
        <w:tab/>
      </w:r>
    </w:p>
    <w:p>
      <w:pPr/>
    </w:p>
    <w:p>
      <w:pPr/>
      <w:r>
        <w:rPr>
          <w:rFonts w:ascii="Times New Roman" w:hAnsi="Times New Roman" w:eastAsia="Times New Roman" w:cs="Times New Roman"/>
          <w:sz w:val="24"/>
        </w:rPr>
        <w:t>[ADDRESS OF WITNESS 1]</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________________________________________</w:t>
      </w:r>
      <w:r>
        <w:rPr>
          <w:rFonts w:ascii="Times New Roman" w:hAnsi="Times New Roman" w:eastAsia="Times New Roman" w:cs="Times New Roman"/>
          <w:sz w:val="24"/>
        </w:rPr>
        <w:tab/>
        <w:tab/>
      </w:r>
    </w:p>
    <w:p>
      <w:pPr/>
      <w:r>
        <w:rPr>
          <w:rFonts w:ascii="Times New Roman" w:hAnsi="Times New Roman" w:eastAsia="Times New Roman" w:cs="Times New Roman"/>
          <w:b/>
          <w:sz w:val="24"/>
        </w:rPr>
        <w:t>Witness’s Signature</w:t>
        <w:tab/>
        <w:tab/>
        <w:tab/>
        <w:tab/>
      </w:r>
    </w:p>
    <w:p>
      <w:pPr/>
    </w:p>
    <w:p>
      <w:pPr/>
      <w:r>
        <w:rPr>
          <w:rFonts w:ascii="Times New Roman" w:hAnsi="Times New Roman" w:eastAsia="Times New Roman" w:cs="Times New Roman"/>
          <w:sz w:val="24"/>
        </w:rPr>
        <w:t>[ADDRESS OF WITNESS 2]</w:t>
      </w:r>
    </w:p>
    <w:p>
      <w:pPr/>
      <w:r>
        <w:rPr>
          <w:rFonts w:ascii="Times New Roman" w:hAnsi="Times New Roman" w:eastAsia="Times New Roman" w:cs="Times New Roman"/>
          <w:sz w:val="24"/>
        </w:rPr>
        <w:t>Address</w:t>
        <w:tab/>
        <w:tab/>
        <w:tab/>
        <w:tab/>
      </w:r>
    </w:p>
    <w:p>
      <w:pPr/>
    </w:p>
    <w:p>
      <w:pPr/>
      <w:r>
        <w:rPr>
          <w:rFonts w:ascii="Times New Roman" w:hAnsi="Times New Roman" w:eastAsia="Times New Roman" w:cs="Times New Roman"/>
          <w:sz w:val="24"/>
        </w:rPr>
        <w:t>STATE OF WASHINGTON</w:t>
      </w:r>
    </w:p>
    <w:p>
      <w:pP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(s)he executed the same as his/her free act and deed.</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Notary Public</w:t>
        <w:tab/>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spacing w:before="0" w:after="0"/>
        <w:jc w:val="center"/>
      </w:pPr>
      <w:r>
        <w:rPr>
          <w:rFonts w:ascii="Times New Roman" w:hAnsi="Times New Roman" w:eastAsia="Times New Roman" w:cs="Times New Roman"/>
          <w:b/>
          <w:sz w:val="24"/>
        </w:rPr>
        <w:t>AGENT'S CERTIFICATION AS TO THE VALIDITY OF POWER OF ATTORNEY</w:t>
      </w:r>
    </w:p>
    <w:p>
      <w:pPr>
        <w:jc w:val="center"/>
      </w:pPr>
      <w:r>
        <w:rPr>
          <w:rFonts w:ascii="Times New Roman" w:hAnsi="Times New Roman" w:eastAsia="Times New Roman" w:cs="Times New Roman"/>
          <w:b/>
          <w:sz w:val="24"/>
        </w:rPr>
        <w:t>AND AGENT'S AUTHORITY</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 OF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 OF AGENT]</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I, (Name of Agent), [certify] under penalty of perjury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granted me authority as an agent or successor agent in a power of attorney 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further [certify] that to my knowledge:</w:t>
      </w:r>
    </w:p>
    <w:p>
      <w:pPr/>
      <w:r>
        <w:rPr>
          <w:rFonts w:ascii="Times New Roman" w:hAnsi="Times New Roman" w:eastAsia="Times New Roman" w:cs="Times New Roman"/>
          <w:sz w:val="24"/>
        </w:rPr>
        <w:t>I am acting in good faith pursuant to the authority given under the power of attorney;</w:t>
      </w:r>
    </w:p>
    <w:p>
      <w:pPr/>
      <w:r>
        <w:rPr>
          <w:rFonts w:ascii="Times New Roman" w:hAnsi="Times New Roman" w:eastAsia="Times New Roman" w:cs="Times New Roman"/>
          <w:sz w:val="24"/>
        </w:rPr>
        <w:t>The principal is alive and has not terminated, revoked, limited, or modified the power of attorney or my authority to act under the power of attorney; nor has the power of attorney or my authority to act under the power of attorney been terminated, revoked, limited, or modified by any other circumstances;</w:t>
      </w:r>
    </w:p>
    <w:p>
      <w:pPr/>
      <w:r>
        <w:rPr>
          <w:rFonts w:ascii="Times New Roman" w:hAnsi="Times New Roman" w:eastAsia="Times New Roman" w:cs="Times New Roman"/>
          <w:sz w:val="24"/>
        </w:rPr>
        <w:t>When the power of attorney was signed, the principal was competent to execute it and was not under undue influence to sign;</w:t>
      </w:r>
    </w:p>
    <w:p>
      <w:pPr/>
      <w:r>
        <w:rPr>
          <w:rFonts w:ascii="Times New Roman" w:hAnsi="Times New Roman" w:eastAsia="Times New Roman" w:cs="Times New Roman"/>
          <w:sz w:val="24"/>
        </w:rPr>
        <w:t>All events necessary to making the power of attorney effective have occurred;</w:t>
      </w:r>
    </w:p>
    <w:p>
      <w:pPr/>
      <w:r>
        <w:rPr>
          <w:rFonts w:ascii="Times New Roman" w:hAnsi="Times New Roman" w:eastAsia="Times New Roman" w:cs="Times New Roman"/>
          <w:sz w:val="24"/>
        </w:rPr>
        <w:t>If I was married or a registered domestic partner of the principal when the power of attorney was executed, there has been no subsequent dissolution, annulment, or legal separation, and no action is pending for the dissolution of the marriage or domestic partnership or for legal separation;</w:t>
      </w:r>
    </w:p>
    <w:p>
      <w:pPr/>
      <w:r>
        <w:rPr>
          <w:rFonts w:ascii="Times New Roman" w:hAnsi="Times New Roman" w:eastAsia="Times New Roman" w:cs="Times New Roman"/>
          <w:sz w:val="24"/>
        </w:rPr>
        <w:t>If the power of attorney was drafted to become effective upon the happening of an event or contingency, the event or contingency has occurred;</w:t>
      </w:r>
    </w:p>
    <w:p>
      <w:pPr/>
      <w:r>
        <w:rPr>
          <w:rFonts w:ascii="Times New Roman" w:hAnsi="Times New Roman" w:eastAsia="Times New Roman" w:cs="Times New Roman"/>
          <w:sz w:val="24"/>
        </w:rPr>
        <w:t>If I was named as a successor agent, the prior agent is no longer able or willing to serve, or the conditions stated in the power of attorney that cause me to become the acting agent have occurred; and</w:t>
      </w:r>
    </w:p>
    <w:p>
      <w:pPr>
        <w:ind w:firstLine="720"/>
      </w:pPr>
      <w:r>
        <w:rPr>
          <w:rFonts w:ascii="Times New Roman" w:hAnsi="Times New Roman" w:eastAsia="Times New Roman" w:cs="Times New Roman"/>
          <w:sz w:val="24"/>
        </w:rPr>
        <w:t>[OTHER RELEVANT STATEMENTS IF ANY]</w:t>
      </w:r>
    </w:p>
    <w:p>
      <w:pPr/>
    </w:p>
    <w:p>
      <w:pPr>
        <w:jc w:val="center"/>
      </w:pPr>
      <w:r>
        <w:rPr>
          <w:rFonts w:ascii="Times New Roman" w:hAnsi="Times New Roman" w:eastAsia="Times New Roman" w:cs="Times New Roman"/>
          <w:b/>
          <w:sz w:val="24"/>
        </w:rPr>
        <w:t>SIGNATURE AND ACKNOWLEDGMENT</w:t>
      </w:r>
    </w:p>
    <w:p>
      <w:pPr>
        <w:jc w:val="center"/>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b/>
          <w:sz w:val="24"/>
        </w:rPr>
        <w:t>Agent’s Signature</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Date</w:t>
      </w:r>
    </w:p>
    <w:p>
      <w:pPr/>
    </w:p>
    <w:p>
      <w:pPr/>
      <w:r>
        <w:rPr>
          <w:rFonts w:ascii="Times New Roman" w:hAnsi="Times New Roman" w:eastAsia="Times New Roman" w:cs="Times New Roman"/>
          <w:sz w:val="24"/>
        </w:rPr>
        <w:t>[NAME OF AGENT]</w:t>
      </w:r>
    </w:p>
    <w:p>
      <w:pPr/>
      <w:r>
        <w:rPr>
          <w:rFonts w:ascii="Times New Roman" w:hAnsi="Times New Roman" w:eastAsia="Times New Roman" w:cs="Times New Roman"/>
          <w:sz w:val="24"/>
        </w:rPr>
        <w:t>Agent's Name Printed</w:t>
      </w:r>
    </w:p>
    <w:p>
      <w:pPr/>
    </w:p>
    <w:p>
      <w:pPr/>
      <w:r>
        <w:rPr>
          <w:rFonts w:ascii="Times New Roman" w:hAnsi="Times New Roman" w:eastAsia="Times New Roman" w:cs="Times New Roman"/>
          <w:sz w:val="24"/>
        </w:rPr>
        <w:t>[ADDRESS OF AGENT]</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Agent's Address</w:t>
      </w:r>
    </w:p>
    <w:p>
      <w:pPr/>
    </w:p>
    <w:p>
      <w:pPr/>
      <w:r>
        <w:rPr>
          <w:rFonts w:ascii="Times New Roman" w:hAnsi="Times New Roman" w:eastAsia="Times New Roman" w:cs="Times New Roman"/>
          <w:sz w:val="24"/>
        </w:rPr>
        <w:t>[PHONE NUMBER OF AGENT]</w:t>
      </w:r>
    </w:p>
    <w:p>
      <w:pPr/>
      <w:r>
        <w:rPr>
          <w:rFonts w:ascii="Times New Roman" w:hAnsi="Times New Roman" w:eastAsia="Times New Roman" w:cs="Times New Roman"/>
          <w:sz w:val="24"/>
        </w:rPr>
        <w:t>Agent's Telephone Number</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________________________________________</w:t>
      </w:r>
    </w:p>
    <w:p>
      <w:pPr/>
      <w:r>
        <w:rPr>
          <w:rFonts w:ascii="Times New Roman" w:hAnsi="Times New Roman" w:eastAsia="Times New Roman" w:cs="Times New Roman"/>
          <w:sz w:val="24"/>
        </w:rPr>
        <w:t>Signature of Notary</w:t>
      </w:r>
    </w:p>
    <w:p>
      <w:pPr/>
      <w:r>
        <w:rPr>
          <w:rFonts w:ascii="Times New Roman" w:hAnsi="Times New Roman" w:eastAsia="Times New Roman" w:cs="Times New Roman"/>
          <w:sz w:val="24"/>
        </w:rPr>
        <w:t>(Seal, if any)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 OF PREPARER</w:t>
      </w:r>
      <w:r>
        <w:rPr>
          <w:rFonts w:ascii="Times New Roman" w:hAnsi="Times New Roman" w:eastAsia="Times New Roman" w:cs="Times New Roman"/>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