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200"/>
        <w:jc w:val="center"/>
      </w:pPr>
      <w:r>
        <w:rPr>
          <w:rFonts w:ascii="Times New Roman" w:hAnsi="Times New Roman" w:eastAsia="Times New Roman" w:cs="Times New Roman"/>
          <w:b/>
          <w:sz w:val="24"/>
        </w:rPr>
        <w:t>WASHINGTON</w:t>
      </w:r>
      <w:r>
        <w:rPr>
          <w:rFonts w:ascii="Times New Roman" w:hAnsi="Times New Roman" w:eastAsia="Times New Roman" w:cs="Times New Roman"/>
          <w:b/>
          <w:sz w:val="24"/>
        </w:rPr>
        <w:t xml:space="preserve"> ESTATE PLANNING CHECKLIST</w:t>
      </w:r>
    </w:p>
    <w:p>
      <w:pPr>
        <w:spacing w:before="200" w:after="200"/>
      </w:pPr>
      <w:r>
        <w:rPr>
          <w:rFonts w:ascii="Times New Roman" w:hAnsi="Times New Roman" w:eastAsia="Times New Roman" w:cs="Times New Roman"/>
          <w:sz w:val="24"/>
        </w:rPr>
        <w:t>Residents of Washington state can execute the below steps in accordance with the Washington Revised Code to prepare their estate for distribution and to elect attorneys-in-fact to represent their needs when a physician deems it necessary. It should be noted that due to the importance of the below-mentioned documents, an attorney who specializes in estate law should be consulted prior to their execution. The instructions on this page should not replace sufficient legal counsel.</w:t>
      </w:r>
    </w:p>
    <w:p>
      <w:pPr>
        <w:spacing w:before="200" w:after="200"/>
      </w:pPr>
      <w:r>
        <w:rPr>
          <w:rFonts w:ascii="Times New Roman" w:hAnsi="Times New Roman" w:eastAsia="Times New Roman" w:cs="Times New Roman"/>
          <w:b/>
          <w:sz w:val="24"/>
        </w:rPr>
        <w:t>Step 1 – Select a Health Care Agent</w:t>
      </w:r>
    </w:p>
    <w:p>
      <w:pPr>
        <w:spacing w:before="200" w:after="200"/>
      </w:pPr>
      <w:r>
        <w:rPr>
          <w:rFonts w:ascii="Times New Roman" w:hAnsi="Times New Roman" w:eastAsia="Times New Roman" w:cs="Times New Roman"/>
          <w:sz w:val="24"/>
        </w:rPr>
        <w:t xml:space="preserve">A </w:t>
      </w:r>
      <w:r>
        <w:rPr>
          <w:rFonts w:ascii="Times New Roman" w:hAnsi="Times New Roman" w:eastAsia="Times New Roman" w:cs="Times New Roman"/>
          <w:sz w:val="24"/>
        </w:rPr>
        <w:t>Health Care Agent</w:t>
      </w:r>
      <w:r>
        <w:rPr>
          <w:rFonts w:ascii="Times New Roman" w:hAnsi="Times New Roman" w:eastAsia="Times New Roman" w:cs="Times New Roman"/>
          <w:sz w:val="24"/>
        </w:rPr>
        <w:t>, frequently referred to as a health care proxy or a health care attorney-in-fact, is an individual selected through a Durable Power of Attorney document to make health care decisions on behalf of the patient when the patient has been diagnosed by their acting physician as incapable of making health care decisions on their own. The scope of the agent’s power can be defined with precision within the POA form. Generally, an agent will be a close family member or friend that can accurately represent the patient’s wishes after they become incapacitated.</w:t>
      </w:r>
    </w:p>
    <w:p>
      <w:pPr>
        <w:spacing w:before="200" w:after="200"/>
      </w:pPr>
      <w:r>
        <w:rPr>
          <w:rFonts w:ascii="Times New Roman" w:hAnsi="Times New Roman" w:eastAsia="Times New Roman" w:cs="Times New Roman"/>
          <w:sz w:val="24"/>
        </w:rPr>
        <w:t>Durable (Health Care) Power of Attorney</w:t>
      </w:r>
      <w:r>
        <w:rPr>
          <w:rFonts w:ascii="Times New Roman" w:hAnsi="Times New Roman" w:eastAsia="Times New Roman" w:cs="Times New Roman"/>
          <w:sz w:val="24"/>
        </w:rPr>
        <w:t xml:space="preserve"> – A Durable (Health Care) Power of Attorney provides a health care agent the authority to act on a patient’s behalf. It is created and signed while the grantor (principal) has decisional capacity, and is often drafted alongside an Advance Directive, a document used to communicate a patient’s wishes with regard to the consent or refusal of medical treatments following incapacitation. A Health Care POA document will contain a section wherein a grantor can relay special provisions regarding the power with which the agent is able to act.</w:t>
      </w:r>
    </w:p>
    <w:p>
      <w:pPr>
        <w:ind w:hanging="360"/>
      </w:pPr>
      <w:r>
        <w:rPr>
          <w:rFonts w:ascii="Times New Roman" w:hAnsi="Times New Roman" w:eastAsia="Times New Roman" w:cs="Times New Roman"/>
          <w:sz w:val="24"/>
        </w:rPr>
        <w:t xml:space="preserve">Signing Requirements </w:t>
      </w:r>
      <w:r>
        <w:rPr>
          <w:rFonts w:ascii="Times New Roman" w:hAnsi="Times New Roman" w:eastAsia="Times New Roman" w:cs="Times New Roman"/>
          <w:sz w:val="24"/>
        </w:rPr>
        <w:t>(</w:t>
      </w:r>
      <w:r>
        <w:rPr>
          <w:rFonts w:ascii="Times New Roman" w:hAnsi="Times New Roman" w:eastAsia="Times New Roman" w:cs="Times New Roman"/>
          <w:sz w:val="24"/>
        </w:rPr>
        <w:t>WA Rev Code § 11.125.050 (2017)</w:t>
      </w:r>
      <w:r>
        <w:rPr>
          <w:rFonts w:ascii="Times New Roman" w:hAnsi="Times New Roman" w:eastAsia="Times New Roman" w:cs="Times New Roman"/>
          <w:sz w:val="24"/>
        </w:rPr>
        <w:t>) – A power of attorney must be signed by the principal or an authorized representative, and the signature must be acknowledged before a notary public or two (2) witnesses.</w:t>
      </w:r>
    </w:p>
    <w:p>
      <w:pPr>
        <w:spacing w:before="200" w:after="200"/>
      </w:pPr>
      <w:r>
        <w:rPr>
          <w:rFonts w:ascii="Times New Roman" w:hAnsi="Times New Roman" w:eastAsia="Times New Roman" w:cs="Times New Roman"/>
          <w:b/>
          <w:sz w:val="24"/>
        </w:rPr>
        <w:t>Step 2 – Choose a Financial Agent</w:t>
      </w:r>
    </w:p>
    <w:p>
      <w:pPr>
        <w:spacing w:before="200" w:after="200"/>
      </w:pP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Financial Agent </w:t>
      </w:r>
      <w:r>
        <w:rPr>
          <w:rFonts w:ascii="Times New Roman" w:hAnsi="Times New Roman" w:eastAsia="Times New Roman" w:cs="Times New Roman"/>
          <w:sz w:val="24"/>
        </w:rPr>
        <w:t>is a person selected to manage an individual’s finances and estate following the signing of a Financial Power of Attorney. If the Power of Attorney is durable, meaning it remains effective following the creator’s incapacitation, the agent may be instructed to manage the individual’s finances only when said individual is mentally unfit to do so themselves. The agent’s ability to perform business transactions on the individual’s behalf will be determined by the type of financial powers they are granted within the power of attorney document.</w:t>
      </w:r>
    </w:p>
    <w:p>
      <w:pPr>
        <w:spacing w:before="200" w:after="200"/>
      </w:pPr>
      <w:r>
        <w:rPr>
          <w:rFonts w:ascii="Times New Roman" w:hAnsi="Times New Roman" w:eastAsia="Times New Roman" w:cs="Times New Roman"/>
          <w:sz w:val="24"/>
        </w:rPr>
        <w:t>Durable (Financial) Power of Attorney</w:t>
      </w:r>
      <w:r>
        <w:rPr>
          <w:rFonts w:ascii="Times New Roman" w:hAnsi="Times New Roman" w:eastAsia="Times New Roman" w:cs="Times New Roman"/>
          <w:sz w:val="24"/>
        </w:rPr>
        <w:t xml:space="preserve"> – This legal instrument is the one used to elect a financial agent, a trustworthy individual selected to manage finances for the principal. Within the document will be the option to make the power of attorney effective immediately following the execution of the power of attorney document. Alternatively, the power of attorney can become effective only when the principal has lost decisional capacity.</w:t>
      </w:r>
    </w:p>
    <w:p>
      <w:pPr>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WA Rev Code § 11.125.050 (2017)</w:t>
      </w:r>
      <w:r>
        <w:rPr>
          <w:rFonts w:ascii="Times New Roman" w:hAnsi="Times New Roman" w:eastAsia="Times New Roman" w:cs="Times New Roman"/>
          <w:sz w:val="24"/>
        </w:rPr>
        <w:t>) – A power of attorney must be signed by the principal or an authorized representative, and the signature must be acknowledged before a notary public or two witnesses.</w:t>
      </w:r>
    </w:p>
    <w:p>
      <w:pPr>
        <w:spacing w:before="200" w:after="200"/>
      </w:pPr>
      <w:r>
        <w:rPr>
          <w:rFonts w:ascii="Times New Roman" w:hAnsi="Times New Roman" w:eastAsia="Times New Roman" w:cs="Times New Roman"/>
          <w:sz w:val="24"/>
        </w:rPr>
        <w:t>Financial Powers Commonly Allowed</w:t>
      </w:r>
      <w:r>
        <w:rPr>
          <w:rFonts w:ascii="Times New Roman" w:hAnsi="Times New Roman" w:eastAsia="Times New Roman" w:cs="Times New Roman"/>
          <w:sz w:val="24"/>
        </w:rPr>
        <w:t>:</w:t>
      </w:r>
    </w:p>
    <w:p>
      <w:pPr>
        <w:spacing w:before="0" w:after="0"/>
        <w:ind w:hanging="357"/>
      </w:pPr>
      <w:r>
        <w:rPr>
          <w:rFonts w:ascii="Times New Roman" w:hAnsi="Times New Roman" w:eastAsia="Times New Roman" w:cs="Times New Roman"/>
          <w:sz w:val="24"/>
        </w:rPr>
        <w:t>Banking;</w:t>
      </w:r>
    </w:p>
    <w:p>
      <w:pPr>
        <w:spacing w:before="0" w:after="0"/>
        <w:ind w:hanging="357"/>
      </w:pPr>
      <w:r>
        <w:rPr>
          <w:rFonts w:ascii="Times New Roman" w:hAnsi="Times New Roman" w:eastAsia="Times New Roman" w:cs="Times New Roman"/>
          <w:sz w:val="24"/>
        </w:rPr>
        <w:t>Safe Deposit Box;</w:t>
      </w:r>
    </w:p>
    <w:p>
      <w:pPr>
        <w:spacing w:before="0" w:after="0"/>
        <w:ind w:hanging="357"/>
      </w:pPr>
      <w:r>
        <w:rPr>
          <w:rFonts w:ascii="Times New Roman" w:hAnsi="Times New Roman" w:eastAsia="Times New Roman" w:cs="Times New Roman"/>
          <w:sz w:val="24"/>
        </w:rPr>
        <w:t>Lending or Borrowing;</w:t>
      </w:r>
    </w:p>
    <w:p>
      <w:pPr>
        <w:spacing w:before="0" w:after="0"/>
        <w:ind w:hanging="357"/>
      </w:pPr>
      <w:r>
        <w:rPr>
          <w:rFonts w:ascii="Times New Roman" w:hAnsi="Times New Roman" w:eastAsia="Times New Roman" w:cs="Times New Roman"/>
          <w:sz w:val="24"/>
        </w:rPr>
        <w:t>Government Benefits;</w:t>
      </w:r>
    </w:p>
    <w:p>
      <w:pPr>
        <w:spacing w:before="0" w:after="0"/>
        <w:ind w:hanging="357"/>
      </w:pPr>
      <w:r>
        <w:rPr>
          <w:rFonts w:ascii="Times New Roman" w:hAnsi="Times New Roman" w:eastAsia="Times New Roman" w:cs="Times New Roman"/>
          <w:sz w:val="24"/>
        </w:rPr>
        <w:t>Retirement Plan;</w:t>
      </w:r>
    </w:p>
    <w:p>
      <w:pPr>
        <w:spacing w:before="0" w:after="0"/>
        <w:ind w:hanging="357"/>
      </w:pPr>
      <w:r>
        <w:rPr>
          <w:rFonts w:ascii="Times New Roman" w:hAnsi="Times New Roman" w:eastAsia="Times New Roman" w:cs="Times New Roman"/>
          <w:sz w:val="24"/>
        </w:rPr>
        <w:t>Taxes;</w:t>
      </w:r>
    </w:p>
    <w:p>
      <w:pPr>
        <w:spacing w:before="0" w:after="0"/>
        <w:ind w:hanging="357"/>
      </w:pPr>
      <w:r>
        <w:rPr>
          <w:rFonts w:ascii="Times New Roman" w:hAnsi="Times New Roman" w:eastAsia="Times New Roman" w:cs="Times New Roman"/>
          <w:sz w:val="24"/>
        </w:rPr>
        <w:t>Insurance;</w:t>
      </w:r>
    </w:p>
    <w:p>
      <w:pPr>
        <w:spacing w:before="0" w:after="0"/>
        <w:ind w:hanging="357"/>
      </w:pPr>
      <w:r>
        <w:rPr>
          <w:rFonts w:ascii="Times New Roman" w:hAnsi="Times New Roman" w:eastAsia="Times New Roman" w:cs="Times New Roman"/>
          <w:sz w:val="24"/>
        </w:rPr>
        <w:t>Real Estate;</w:t>
      </w:r>
    </w:p>
    <w:p>
      <w:pPr>
        <w:spacing w:before="0" w:after="0"/>
        <w:ind w:hanging="357"/>
      </w:pPr>
      <w:r>
        <w:rPr>
          <w:rFonts w:ascii="Times New Roman" w:hAnsi="Times New Roman" w:eastAsia="Times New Roman" w:cs="Times New Roman"/>
          <w:sz w:val="24"/>
        </w:rPr>
        <w:t>Personal Property;</w:t>
      </w:r>
    </w:p>
    <w:p>
      <w:pPr>
        <w:spacing w:before="0" w:after="0"/>
        <w:ind w:hanging="357"/>
      </w:pPr>
      <w:r>
        <w:rPr>
          <w:rFonts w:ascii="Times New Roman" w:hAnsi="Times New Roman" w:eastAsia="Times New Roman" w:cs="Times New Roman"/>
          <w:sz w:val="24"/>
        </w:rPr>
        <w:t>Power to Manage Property;</w:t>
      </w:r>
    </w:p>
    <w:p>
      <w:pPr>
        <w:spacing w:before="0" w:after="0"/>
        <w:ind w:hanging="357"/>
      </w:pPr>
      <w:r>
        <w:rPr>
          <w:rFonts w:ascii="Times New Roman" w:hAnsi="Times New Roman" w:eastAsia="Times New Roman" w:cs="Times New Roman"/>
          <w:sz w:val="24"/>
        </w:rPr>
        <w:t>Gifts;</w:t>
      </w:r>
    </w:p>
    <w:p>
      <w:pPr>
        <w:spacing w:before="0" w:after="0"/>
        <w:ind w:hanging="357"/>
      </w:pPr>
      <w:r>
        <w:rPr>
          <w:rFonts w:ascii="Times New Roman" w:hAnsi="Times New Roman" w:eastAsia="Times New Roman" w:cs="Times New Roman"/>
          <w:sz w:val="24"/>
        </w:rPr>
        <w:t>Legal Advice and Proceedings</w:t>
      </w:r>
    </w:p>
    <w:p>
      <w:pPr>
        <w:spacing w:before="200" w:after="200"/>
      </w:pPr>
      <w:r>
        <w:rPr>
          <w:rFonts w:ascii="Times New Roman" w:hAnsi="Times New Roman" w:eastAsia="Times New Roman" w:cs="Times New Roman"/>
          <w:b/>
          <w:sz w:val="24"/>
        </w:rPr>
        <w:t>Step 3 – Make a Current Assets List</w:t>
      </w:r>
    </w:p>
    <w:p>
      <w:pPr>
        <w:spacing w:before="200" w:after="200"/>
      </w:pPr>
      <w:r>
        <w:rPr>
          <w:rFonts w:ascii="Times New Roman" w:hAnsi="Times New Roman" w:eastAsia="Times New Roman" w:cs="Times New Roman"/>
          <w:sz w:val="24"/>
        </w:rPr>
        <w:t xml:space="preserve">The </w:t>
      </w:r>
      <w:r>
        <w:rPr>
          <w:rFonts w:ascii="Times New Roman" w:hAnsi="Times New Roman" w:eastAsia="Times New Roman" w:cs="Times New Roman"/>
          <w:sz w:val="24"/>
        </w:rPr>
        <w:t>Current Assets List</w:t>
      </w:r>
      <w:r>
        <w:rPr>
          <w:rFonts w:ascii="Times New Roman" w:hAnsi="Times New Roman" w:eastAsia="Times New Roman" w:cs="Times New Roman"/>
          <w:sz w:val="24"/>
        </w:rPr>
        <w:t xml:space="preserve"> provides estate owners with a practical way of organizing the contents of their estate. Prior to creating an estate planning document, individuals are encouraged to draft a comprehensive account of all assets, property, business ownership percentages, bank accounts, debts, liabilities and the like for a number of reasons. One is to ensure that no item remains unaccounted for following their death, another is to enable them to visualize the extent of their estate in order to accurately administer each item to the appropriate beneficiary.</w:t>
      </w:r>
    </w:p>
    <w:p>
      <w:pPr>
        <w:spacing w:before="200" w:after="200"/>
      </w:pPr>
    </w:p>
    <w:p>
      <w:pPr>
        <w:spacing w:before="200" w:after="200"/>
      </w:pPr>
      <w:r>
        <w:rPr>
          <w:rFonts w:ascii="Times New Roman" w:hAnsi="Times New Roman" w:eastAsia="Times New Roman" w:cs="Times New Roman"/>
          <w:b/>
          <w:sz w:val="24"/>
        </w:rPr>
        <w:t>Step 4 – Select and Contact Beneficiaries</w:t>
      </w:r>
    </w:p>
    <w:p>
      <w:pPr>
        <w:spacing w:before="200" w:after="200"/>
      </w:pPr>
      <w:r>
        <w:rPr>
          <w:rFonts w:ascii="Times New Roman" w:hAnsi="Times New Roman" w:eastAsia="Times New Roman" w:cs="Times New Roman"/>
          <w:sz w:val="24"/>
        </w:rPr>
        <w:t>A beneficiary is an individual chosen by an estate owner to receive all or a portion of their estate after death. It is most common that a spouse or child of the estate owner be chosen as a beneficiary; however, it can be anyone the individual wishes. Once the inheritors have been selected, and their portion of the estate accounted for, an estate owner will often contact their heirs to inform them of what they can expect to inherit, and what responsibilities they will adopt once an estate planning document becomes effective.</w:t>
      </w:r>
    </w:p>
    <w:p>
      <w:pPr>
        <w:spacing w:before="200" w:after="200"/>
      </w:pPr>
      <w:r>
        <w:rPr>
          <w:rFonts w:ascii="Times New Roman" w:hAnsi="Times New Roman" w:eastAsia="Times New Roman" w:cs="Times New Roman"/>
          <w:b/>
          <w:sz w:val="24"/>
        </w:rPr>
        <w:t>Step 5 – Draft Will or Living Trust</w:t>
      </w:r>
    </w:p>
    <w:p>
      <w:pPr>
        <w:spacing w:before="200" w:after="200"/>
      </w:pPr>
      <w:r>
        <w:rPr>
          <w:rFonts w:ascii="Times New Roman" w:hAnsi="Times New Roman" w:eastAsia="Times New Roman" w:cs="Times New Roman"/>
          <w:sz w:val="24"/>
        </w:rPr>
        <w:t>A Last Will and Testament, and a Living Trust are two documents which fundamentally perform the same function (with a few significant differences) which is to divide one’s estate following their death. It is not uncommon for those creating a Living Trust to also employ a pour-over will; however, they can be used independently. Which one is chosen is often dependent on the size of the estate in question.</w:t>
      </w:r>
    </w:p>
    <w:p>
      <w:pPr>
        <w:spacing w:before="200" w:after="200"/>
      </w:pPr>
      <w:r>
        <w:rPr>
          <w:rFonts w:ascii="Times New Roman" w:hAnsi="Times New Roman" w:eastAsia="Times New Roman" w:cs="Times New Roman"/>
          <w:sz w:val="24"/>
        </w:rPr>
        <w:t>Last Will and Testament (‘Will’)</w:t>
      </w:r>
      <w:r>
        <w:rPr>
          <w:rFonts w:ascii="Times New Roman" w:hAnsi="Times New Roman" w:eastAsia="Times New Roman" w:cs="Times New Roman"/>
          <w:sz w:val="24"/>
        </w:rPr>
        <w:t xml:space="preserve"> – A Last Will and Testament is the most common estate planning document, one which becomes effective following the estate owner’s death. Its primary purpose is to declare all beneficiaries and provide instructions for an estate manager, referred to as a Will executor, on how to divide the estate. A Will will also provide instructions concerning the handling of debt and more importantly the selection of a guardian should the testator (Will creator) leave behind any children. Before beneficiaries can receive their due inheritance, the Will must pass through probate court to ensure its validity.</w:t>
      </w:r>
    </w:p>
    <w:p>
      <w:pPr>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WA Rev Code § 11.12.020 (2017)</w:t>
      </w:r>
      <w:r>
        <w:rPr>
          <w:rFonts w:ascii="Times New Roman" w:hAnsi="Times New Roman" w:eastAsia="Times New Roman" w:cs="Times New Roman"/>
          <w:sz w:val="24"/>
        </w:rPr>
        <w:t>)  Must be signed by the principal and attested before two (2) or more witnesses.</w:t>
      </w:r>
    </w:p>
    <w:p>
      <w:pPr>
        <w:spacing w:before="200" w:after="200"/>
      </w:pPr>
      <w:r>
        <w:rPr>
          <w:rFonts w:ascii="Times New Roman" w:hAnsi="Times New Roman" w:eastAsia="Times New Roman" w:cs="Times New Roman"/>
          <w:sz w:val="24"/>
        </w:rPr>
        <w:t>Living Trust (Revocable)</w:t>
      </w:r>
      <w:r>
        <w:rPr>
          <w:rFonts w:ascii="Times New Roman" w:hAnsi="Times New Roman" w:eastAsia="Times New Roman" w:cs="Times New Roman"/>
          <w:sz w:val="24"/>
        </w:rPr>
        <w:t xml:space="preserve"> – A Revocable Living Trust document is also used to divide an estate, only this legal instrument becomes effective immediately after it has been signed. The document creates an entity into which the grantor (Trust creator) can transfer assets from which they can benefit throughout their lifetime. Following the grantor’s death, the trustee or successor trustee will be responsible for dividing the Trust contents to beneficiaries. The distribution process occurs outside of probate court, thus out of the public eye, and can take considerably less time than that associated with a Last Will and Testament.</w:t>
      </w:r>
    </w:p>
    <w:p>
      <w:pPr>
        <w:ind w:hanging="360"/>
      </w:pPr>
      <w:r>
        <w:rPr>
          <w:rFonts w:ascii="Times New Roman" w:hAnsi="Times New Roman" w:eastAsia="Times New Roman" w:cs="Times New Roman"/>
          <w:sz w:val="24"/>
        </w:rPr>
        <w:t xml:space="preserve">Signing Requirements </w:t>
      </w:r>
      <w:r>
        <w:rPr>
          <w:rFonts w:ascii="Times New Roman" w:hAnsi="Times New Roman" w:eastAsia="Times New Roman" w:cs="Times New Roman"/>
          <w:sz w:val="24"/>
        </w:rPr>
        <w:t>– There are no signing requirements for a trust document as defined in the State statutes. However, it is recommended that the grantor sign and that the signature be acknowledged.</w:t>
      </w:r>
    </w:p>
    <w:p>
      <w:pPr>
        <w:spacing w:before="200" w:after="200"/>
      </w:pPr>
      <w:r>
        <w:rPr>
          <w:rFonts w:ascii="Times New Roman" w:hAnsi="Times New Roman" w:eastAsia="Times New Roman" w:cs="Times New Roman"/>
          <w:b/>
          <w:sz w:val="24"/>
        </w:rPr>
        <w:t>Step 6 – Secure All Documents</w:t>
      </w:r>
    </w:p>
    <w:p>
      <w:pPr>
        <w:spacing w:before="200" w:after="200"/>
      </w:pPr>
      <w:r>
        <w:rPr>
          <w:rFonts w:ascii="Times New Roman" w:hAnsi="Times New Roman" w:eastAsia="Times New Roman" w:cs="Times New Roman"/>
          <w:sz w:val="24"/>
        </w:rPr>
        <w:t>Each of the above-mentioned documents is incredibly sensitive in nature and should be kept in a secure location accessible only by those who have been made aware of their whereabouts (e.g. a waterproof and fireproof safe, attorney’s office). Often, individuals will create copies and give them to their financial/health care agents, trustees, executor, agents, or beneficiaries.</w:t>
      </w:r>
    </w:p>
    <w:p>
      <w:pPr>
        <w:spacing w:before="200" w:after="200"/>
      </w:pPr>
      <w:r>
        <w:rPr>
          <w:rFonts w:ascii="Times New Roman" w:hAnsi="Times New Roman" w:eastAsia="Times New Roman" w:cs="Times New Roman"/>
          <w:sz w:val="24"/>
        </w:rPr>
        <w:t>Washington Estate Planning Laws</w:t>
      </w:r>
    </w:p>
    <w:p>
      <w:pPr>
        <w:spacing w:before="0" w:after="0"/>
        <w:ind w:hanging="357"/>
      </w:pPr>
      <w:r>
        <w:rPr>
          <w:rFonts w:ascii="Times New Roman" w:hAnsi="Times New Roman" w:eastAsia="Times New Roman" w:cs="Times New Roman"/>
          <w:sz w:val="24"/>
        </w:rPr>
        <w:t>Advance Directive</w:t>
      </w:r>
      <w:r>
        <w:rPr>
          <w:rFonts w:ascii="Times New Roman" w:hAnsi="Times New Roman" w:eastAsia="Times New Roman" w:cs="Times New Roman"/>
          <w:sz w:val="24"/>
        </w:rPr>
        <w:t xml:space="preserve"> – </w:t>
      </w:r>
      <w:r>
        <w:rPr>
          <w:rFonts w:ascii="Times New Roman" w:hAnsi="Times New Roman" w:eastAsia="Times New Roman" w:cs="Times New Roman"/>
          <w:sz w:val="24"/>
        </w:rPr>
        <w:t>WA Rev Code § 11.125 Uniform power of attorney act.</w:t>
      </w:r>
    </w:p>
    <w:p>
      <w:pPr>
        <w:spacing w:before="0" w:after="0"/>
        <w:ind w:hanging="357"/>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 </w:t>
      </w:r>
      <w:r>
        <w:rPr>
          <w:rFonts w:ascii="Times New Roman" w:hAnsi="Times New Roman" w:eastAsia="Times New Roman" w:cs="Times New Roman"/>
          <w:sz w:val="24"/>
        </w:rPr>
        <w:t>WA Rev Code § 11.125 Uniform power of attorney act.</w:t>
      </w:r>
    </w:p>
    <w:p>
      <w:pPr>
        <w:spacing w:before="0" w:after="0"/>
        <w:ind w:hanging="357"/>
      </w:pPr>
      <w:r>
        <w:rPr>
          <w:rFonts w:ascii="Times New Roman" w:hAnsi="Times New Roman" w:eastAsia="Times New Roman" w:cs="Times New Roman"/>
          <w:sz w:val="24"/>
        </w:rPr>
        <w:t>Last Will and Testament</w:t>
      </w:r>
      <w:r>
        <w:rPr>
          <w:rFonts w:ascii="Times New Roman" w:hAnsi="Times New Roman" w:eastAsia="Times New Roman" w:cs="Times New Roman"/>
          <w:sz w:val="24"/>
        </w:rPr>
        <w:t xml:space="preserve"> – </w:t>
      </w:r>
      <w:r>
        <w:rPr>
          <w:rFonts w:ascii="Times New Roman" w:hAnsi="Times New Roman" w:eastAsia="Times New Roman" w:cs="Times New Roman"/>
          <w:sz w:val="24"/>
        </w:rPr>
        <w:t>WA Rev Code § 11.12 Wills</w:t>
      </w:r>
    </w:p>
    <w:p>
      <w:pPr>
        <w:spacing w:before="0" w:after="0"/>
        <w:ind w:hanging="357"/>
      </w:pPr>
      <w:r>
        <w:rPr>
          <w:rFonts w:ascii="Times New Roman" w:hAnsi="Times New Roman" w:eastAsia="Times New Roman" w:cs="Times New Roman"/>
          <w:sz w:val="24"/>
        </w:rPr>
        <w:t>Living Trust (Revocable)</w:t>
      </w:r>
      <w:r>
        <w:rPr>
          <w:rFonts w:ascii="Times New Roman" w:hAnsi="Times New Roman" w:eastAsia="Times New Roman" w:cs="Times New Roman"/>
          <w:sz w:val="24"/>
        </w:rPr>
        <w:t xml:space="preserve"> –</w:t>
      </w:r>
      <w:r>
        <w:rPr>
          <w:rFonts w:ascii="Times New Roman" w:hAnsi="Times New Roman" w:eastAsia="Times New Roman" w:cs="Times New Roman"/>
          <w:sz w:val="24"/>
        </w:rPr>
        <w:t>WA Rev Code § 11.98 Trusts</w:t>
      </w:r>
    </w:p>
    <w:p>
      <w:pPr>
        <w:spacing w:before="200" w:after="20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