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NOTICE TO PERSONS</w:t>
      </w:r>
    </w:p>
    <w:p>
      <w:pPr>
        <w:jc w:val="center"/>
      </w:pPr>
      <w:r>
        <w:rPr>
          <w:rFonts w:ascii="Times New Roman" w:hAnsi="Times New Roman" w:eastAsia="Times New Roman" w:cs="Times New Roman"/>
          <w:b/>
          <w:sz w:val="24"/>
        </w:rPr>
        <w:t>CREATING A MENTAL HEALTH ADVANCE DIRECTIVE</w:t>
      </w:r>
    </w:p>
    <w:p>
      <w:pPr/>
    </w:p>
    <w:p>
      <w:pPr/>
      <w:r>
        <w:rPr>
          <w:rFonts w:ascii="Times New Roman" w:hAnsi="Times New Roman" w:eastAsia="Times New Roman" w:cs="Times New Roman"/>
          <w:sz w:val="24"/>
        </w:rPr>
        <w:t>This is an important legal document.  It creates an advance directive for mental health treatment.  Before signing this document you should know these important facts:</w:t>
      </w:r>
    </w:p>
    <w:p>
      <w:pPr/>
    </w:p>
    <w:p>
      <w:pPr/>
      <w:r>
        <w:rPr>
          <w:rFonts w:ascii="Times New Roman" w:hAnsi="Times New Roman" w:eastAsia="Times New Roman" w:cs="Times New Roman"/>
          <w:sz w:val="24"/>
        </w:rPr>
        <w:t>(1) This document is called an advance directive and allows you to make decisions in advance about your mental health treatment, including medications, short-term admission to inpatient treatment and electroconvulsive therapy.</w:t>
      </w:r>
    </w:p>
    <w:p>
      <w:pPr>
        <w:jc w:val="center"/>
      </w:pPr>
    </w:p>
    <w:p>
      <w:pPr>
        <w:jc w:val="center"/>
      </w:pPr>
      <w:r>
        <w:rPr>
          <w:rFonts w:ascii="Times New Roman" w:hAnsi="Times New Roman" w:eastAsia="Times New Roman" w:cs="Times New Roman"/>
          <w:b/>
          <w:sz w:val="24"/>
        </w:rPr>
        <w:t>YOU DO NOT HAVE TO FILL OUT OR SIGN THIS FORM.</w:t>
      </w:r>
    </w:p>
    <w:p>
      <w:pPr>
        <w:jc w:val="center"/>
      </w:pPr>
      <w:r>
        <w:rPr>
          <w:rFonts w:ascii="Times New Roman" w:hAnsi="Times New Roman" w:eastAsia="Times New Roman" w:cs="Times New Roman"/>
          <w:b/>
          <w:sz w:val="24"/>
        </w:rPr>
        <w:t>IF YOU DO NOT SIGN THIS FORM, IT WILL NOT TAKE EFFECT.</w:t>
      </w:r>
    </w:p>
    <w:p>
      <w:pPr/>
    </w:p>
    <w:p>
      <w:pPr/>
      <w:r>
        <w:rPr>
          <w:rFonts w:ascii="Times New Roman" w:hAnsi="Times New Roman" w:eastAsia="Times New Roman" w:cs="Times New Roman"/>
          <w:sz w:val="24"/>
        </w:rPr>
        <w:t>If you choose to complete and sign this document, you may still decide to leave some items blank.</w:t>
      </w:r>
    </w:p>
    <w:p>
      <w:pPr/>
    </w:p>
    <w:p>
      <w:pPr/>
      <w:r>
        <w:rPr>
          <w:rFonts w:ascii="Times New Roman" w:hAnsi="Times New Roman" w:eastAsia="Times New Roman" w:cs="Times New Roman"/>
          <w:sz w:val="24"/>
        </w:rPr>
        <w:t xml:space="preserve">(2) You have the right to appoint a person as your agent to make treatment decisions for you.  You must notify your agent that you have appointed him or her as an agent.  The person you appoint has a duty to act consistently with your wishes made known by you.  If your agent does not know what your wishes are, he or she has a duty to act in your best interest.  Your agent has the right to withdraw from the appointment at any time. </w:t>
      </w:r>
    </w:p>
    <w:p>
      <w:pPr/>
    </w:p>
    <w:p>
      <w:pPr/>
      <w:r>
        <w:rPr>
          <w:rFonts w:ascii="Times New Roman" w:hAnsi="Times New Roman" w:eastAsia="Times New Roman" w:cs="Times New Roman"/>
          <w:sz w:val="24"/>
        </w:rPr>
        <w:t>(3) The instructions you include with this advance directive and the authority you give your agent to act will only become effective under the conditions you select in this document.  You may choose to limit this directive and your agent's authority to times when you are incapacitated or to times when you are exhibiting symptoms or behavior that you specify. You may also make this directive effective immediately.  No matter when you choose to make this directive effective, your treatment providers must still seek your informed consent at all times that you have capacity to give informed consent.</w:t>
      </w:r>
    </w:p>
    <w:p>
      <w:pPr/>
    </w:p>
    <w:p>
      <w:pPr/>
      <w:r>
        <w:rPr>
          <w:rFonts w:ascii="Times New Roman" w:hAnsi="Times New Roman" w:eastAsia="Times New Roman" w:cs="Times New Roman"/>
          <w:sz w:val="24"/>
        </w:rPr>
        <w:t xml:space="preserve">(4) You have the right to revoke this document in writing at any time you have capacity. </w:t>
      </w:r>
    </w:p>
    <w:p>
      <w:pPr/>
    </w:p>
    <w:p>
      <w:pPr/>
      <w:r>
        <w:rPr>
          <w:rFonts w:ascii="Times New Roman" w:hAnsi="Times New Roman" w:eastAsia="Times New Roman" w:cs="Times New Roman"/>
          <w:b/>
          <w:sz w:val="24"/>
        </w:rPr>
        <w:t>YOU MAY NOT REVOKE THIS DIRECTIVE WHEN YOU HAVE BEEN FOUND TO BE INCAPACITATED UNLESS YOU HAVE SPECIFICALLY STATED IN THIS DIRECTIVE THAT YOU WANT IT TO BE REVOCABLE WHEN YOU ARE INCAPACITATED.</w:t>
      </w:r>
    </w:p>
    <w:p>
      <w:pPr/>
    </w:p>
    <w:p>
      <w:pPr/>
      <w:r>
        <w:rPr>
          <w:rFonts w:ascii="Times New Roman" w:hAnsi="Times New Roman" w:eastAsia="Times New Roman" w:cs="Times New Roman"/>
          <w:sz w:val="24"/>
        </w:rPr>
        <w:t>(5) This directive will stay in effect until you revoke it unless you specify an expiration date.  If you specify an expiration date and you are incapacitated at the time it expires, it will remain in effect until you have capacity to make treatment decisions again unless you chose to be able to revoke it while you are incapacitated and you revoke the directive.</w:t>
      </w:r>
    </w:p>
    <w:p>
      <w:pPr/>
    </w:p>
    <w:p>
      <w:pPr/>
      <w:r>
        <w:rPr>
          <w:rFonts w:ascii="Times New Roman" w:hAnsi="Times New Roman" w:eastAsia="Times New Roman" w:cs="Times New Roman"/>
          <w:sz w:val="24"/>
        </w:rPr>
        <w:t xml:space="preserve">(6) You cannot use your advance directive to consent to civil commitment.  The procedures that apply to your advance directive are different than those provided for in the Involuntary Treatment Act.  Involuntary treatment is a different process. </w:t>
      </w:r>
    </w:p>
    <w:p>
      <w:pPr/>
    </w:p>
    <w:p>
      <w:pPr/>
      <w:r>
        <w:rPr>
          <w:rFonts w:ascii="Times New Roman" w:hAnsi="Times New Roman" w:eastAsia="Times New Roman" w:cs="Times New Roman"/>
          <w:sz w:val="24"/>
        </w:rPr>
        <w:t>(7) If there is anything in this directive that you do not understand, you should ask a lawyer to explain it to you.</w:t>
      </w:r>
    </w:p>
    <w:p>
      <w:pPr/>
    </w:p>
    <w:p>
      <w:pPr/>
      <w:r>
        <w:rPr>
          <w:rFonts w:ascii="Times New Roman" w:hAnsi="Times New Roman" w:eastAsia="Times New Roman" w:cs="Times New Roman"/>
          <w:sz w:val="24"/>
        </w:rPr>
        <w:t xml:space="preserve">(8) You should be aware that there are some circumstances where your provider may not have to follow your directive. </w:t>
      </w:r>
    </w:p>
    <w:p>
      <w:pPr/>
    </w:p>
    <w:p>
      <w:pPr/>
      <w:r>
        <w:rPr>
          <w:rFonts w:ascii="Times New Roman" w:hAnsi="Times New Roman" w:eastAsia="Times New Roman" w:cs="Times New Roman"/>
          <w:sz w:val="24"/>
        </w:rPr>
        <w:t>(9) You should discuss any treatment decisions in your directive with your provider.</w:t>
      </w:r>
    </w:p>
    <w:p>
      <w:pPr/>
    </w:p>
    <w:p>
      <w:pPr/>
      <w:r>
        <w:rPr>
          <w:rFonts w:ascii="Times New Roman" w:hAnsi="Times New Roman" w:eastAsia="Times New Roman" w:cs="Times New Roman"/>
          <w:sz w:val="24"/>
        </w:rPr>
        <w:t>(10) You may ask the court to rule on the validity of your directive.</w:t>
      </w:r>
    </w:p>
    <w:p>
      <w:pPr/>
    </w:p>
    <w:p>
      <w:pPr>
        <w:jc w:val="center"/>
      </w:pPr>
    </w:p>
    <w:p>
      <w:pPr>
        <w:spacing w:before="0" w:after="0"/>
        <w:jc w:val="center"/>
      </w:pPr>
      <w:r>
        <w:rPr>
          <w:rFonts w:ascii="Times New Roman" w:hAnsi="Times New Roman" w:eastAsia="Times New Roman" w:cs="Times New Roman"/>
          <w:b/>
          <w:sz w:val="24"/>
        </w:rPr>
        <w:t>PART I.</w:t>
      </w:r>
    </w:p>
    <w:p>
      <w:pPr>
        <w:jc w:val="center"/>
      </w:pPr>
    </w:p>
    <w:p>
      <w:pPr>
        <w:jc w:val="center"/>
      </w:pPr>
      <w:r>
        <w:rPr>
          <w:rFonts w:ascii="Times New Roman" w:hAnsi="Times New Roman" w:eastAsia="Times New Roman" w:cs="Times New Roman"/>
          <w:b/>
          <w:sz w:val="24"/>
        </w:rPr>
        <w:t>STATEMENT OF INTENT TO CREATE A</w:t>
      </w:r>
    </w:p>
    <w:p>
      <w:pPr>
        <w:jc w:val="center"/>
      </w:pPr>
      <w:r>
        <w:rPr>
          <w:rFonts w:ascii="Times New Roman" w:hAnsi="Times New Roman" w:eastAsia="Times New Roman" w:cs="Times New Roman"/>
          <w:b/>
          <w:sz w:val="24"/>
        </w:rPr>
        <w:t>MENTAL HEALTH ADVANCE DIRECTIVE</w:t>
      </w:r>
    </w:p>
    <w:p>
      <w:pPr>
        <w:jc w:val="center"/>
      </w:pPr>
    </w:p>
    <w:p>
      <w:pPr>
        <w:jc w:val="center"/>
      </w:pPr>
    </w:p>
    <w:p>
      <w:pPr/>
      <w:r>
        <w:rPr>
          <w:rFonts w:ascii="Times New Roman" w:hAnsi="Times New Roman" w:eastAsia="Times New Roman" w:cs="Times New Roman"/>
          <w:sz w:val="24"/>
        </w:rPr>
        <w:t xml:space="preserve">I, ____________________________being a person with capacity, willfully and voluntarily execute this mental health advance directive so that my choices regarding my mental health care will be carried out in circumstances when I am unable to express my instructions and preferences regarding my mental health care.  If a guardian is appointed by a court to make mental health decisions for me, I intend this document to take precedence over all other means of ascertaining my intent. </w:t>
      </w:r>
    </w:p>
    <w:p>
      <w:pPr/>
    </w:p>
    <w:p>
      <w:pPr/>
      <w:r>
        <w:rPr>
          <w:rFonts w:ascii="Times New Roman" w:hAnsi="Times New Roman" w:eastAsia="Times New Roman" w:cs="Times New Roman"/>
          <w:sz w:val="24"/>
        </w:rPr>
        <w:t xml:space="preserve">The fact that I may have left blanks in this directive does not affect its validity in any way.  I intend that all completed sections be followed.  If I have not expressed a choice, my agent should make the decision that he or she determines is in my best interest.  I intend this directive to take precedence over any other directives I have previously executed, to the extent that they are inconsistent with this document, or unless I expressly state otherwise in either document. </w:t>
      </w:r>
    </w:p>
    <w:p>
      <w:pPr/>
    </w:p>
    <w:p>
      <w:pPr/>
      <w:r>
        <w:rPr>
          <w:rFonts w:ascii="Times New Roman" w:hAnsi="Times New Roman" w:eastAsia="Times New Roman" w:cs="Times New Roman"/>
          <w:sz w:val="24"/>
        </w:rPr>
        <w:t>I understand that I may revoke this directive in whole or in part if I am a person with capacity.  I understand that I cannot revoke this directive if a court, two health care providers, or one mental health professional and one health care provider find that I am an incapacitated person, unless, when I executed this directive, I chose to be able to revoke this directive while incapacitated.</w:t>
      </w:r>
    </w:p>
    <w:p>
      <w:pPr/>
    </w:p>
    <w:p>
      <w:pPr/>
      <w:r>
        <w:rPr>
          <w:rFonts w:ascii="Times New Roman" w:hAnsi="Times New Roman" w:eastAsia="Times New Roman" w:cs="Times New Roman"/>
          <w:sz w:val="24"/>
        </w:rPr>
        <w:t xml:space="preserve">I understand that, except as otherwise provided in law, revocation must be in writing.  I understand that nothing in this directive, or in my refusal of treatment to which I consent in this directive, authorizes any health care provider, professional person, health care facility, or agent appointed in this directive to use or threaten to use abuse, neglect, financial exploitation, or abandonment to carry out my directive. </w:t>
      </w:r>
    </w:p>
    <w:p>
      <w:pPr/>
    </w:p>
    <w:p>
      <w:pPr/>
      <w:r>
        <w:rPr>
          <w:rFonts w:ascii="Times New Roman" w:hAnsi="Times New Roman" w:eastAsia="Times New Roman" w:cs="Times New Roman"/>
          <w:sz w:val="24"/>
        </w:rPr>
        <w:t xml:space="preserve">I understand that there are some circumstances where my provider may not have to follow my directive. </w:t>
      </w:r>
    </w:p>
    <w:p>
      <w:pPr/>
    </w:p>
    <w:p>
      <w:pPr>
        <w:jc w:val="center"/>
      </w:pPr>
    </w:p>
    <w:p>
      <w:pPr>
        <w:spacing w:before="0" w:after="0"/>
        <w:jc w:val="center"/>
      </w:pPr>
      <w:r>
        <w:rPr>
          <w:rFonts w:ascii="Times New Roman" w:hAnsi="Times New Roman" w:eastAsia="Times New Roman" w:cs="Times New Roman"/>
          <w:b/>
          <w:sz w:val="24"/>
        </w:rPr>
        <w:t>PART II.</w:t>
      </w:r>
    </w:p>
    <w:p>
      <w:pPr>
        <w:jc w:val="center"/>
      </w:pPr>
    </w:p>
    <w:p>
      <w:pPr>
        <w:jc w:val="center"/>
      </w:pPr>
      <w:r>
        <w:rPr>
          <w:rFonts w:ascii="Times New Roman" w:hAnsi="Times New Roman" w:eastAsia="Times New Roman" w:cs="Times New Roman"/>
          <w:b/>
          <w:sz w:val="24"/>
        </w:rPr>
        <w:t>WHEN THIS DIRECTIVE IS EFFECTIVE</w:t>
      </w:r>
    </w:p>
    <w:p>
      <w:pPr>
        <w:jc w:val="center"/>
      </w:pPr>
    </w:p>
    <w:p>
      <w:pPr>
        <w:jc w:val="center"/>
      </w:pPr>
      <w:r>
        <w:rPr>
          <w:rFonts w:ascii="Times New Roman" w:hAnsi="Times New Roman" w:eastAsia="Times New Roman" w:cs="Times New Roman"/>
          <w:sz w:val="24"/>
        </w:rPr>
        <w:t>YOU MUST COMPLETE THIS PART FOR YOUR DIRECTIVE TO BE VALID.</w:t>
      </w:r>
    </w:p>
    <w:p>
      <w:pPr>
        <w:jc w:val="center"/>
      </w:pPr>
    </w:p>
    <w:p>
      <w:pPr>
        <w:spacing w:line="480" w:lineRule="auto"/>
      </w:pPr>
      <w:r>
        <w:rPr>
          <w:rFonts w:ascii="Times New Roman" w:hAnsi="Times New Roman" w:eastAsia="Times New Roman" w:cs="Times New Roman"/>
          <w:sz w:val="24"/>
        </w:rPr>
        <w:t xml:space="preserve">I intend that this directive become effective </w:t>
      </w:r>
      <w:r>
        <w:rPr>
          <w:rFonts w:ascii="Times New Roman" w:hAnsi="Times New Roman" w:eastAsia="Times New Roman" w:cs="Times New Roman"/>
          <w:sz w:val="24"/>
        </w:rPr>
        <w:t>(YOU MUST CHOOSE ONLY ONE)</w:t>
      </w:r>
      <w:r>
        <w:rPr>
          <w:rFonts w:ascii="Times New Roman" w:hAnsi="Times New Roman" w:eastAsia="Times New Roman" w:cs="Times New Roman"/>
          <w:sz w:val="24"/>
        </w:rPr>
        <w:t xml:space="preserve">: _______Immediately upon my signing of this directive. </w:t>
      </w:r>
    </w:p>
    <w:p>
      <w:pPr>
        <w:spacing w:line="480" w:lineRule="auto"/>
      </w:pPr>
      <w:r>
        <w:rPr>
          <w:rFonts w:ascii="Times New Roman" w:hAnsi="Times New Roman" w:eastAsia="Times New Roman" w:cs="Times New Roman"/>
          <w:sz w:val="24"/>
        </w:rPr>
        <w:t xml:space="preserve">_______If I become incapacitated. </w:t>
      </w:r>
    </w:p>
    <w:p>
      <w:pPr>
        <w:spacing w:line="480" w:lineRule="auto"/>
      </w:pPr>
      <w:r>
        <w:rPr>
          <w:rFonts w:ascii="Times New Roman" w:hAnsi="Times New Roman" w:eastAsia="Times New Roman" w:cs="Times New Roman"/>
          <w:sz w:val="24"/>
        </w:rPr>
        <w:t>_______When the following circumstances, symptoms, or behaviors occur: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
    <w:p>
      <w:pPr/>
    </w:p>
    <w:p>
      <w:pPr/>
    </w:p>
    <w:p>
      <w:pPr/>
    </w:p>
    <w:p>
      <w:pPr/>
    </w:p>
    <w:p>
      <w:pPr>
        <w:jc w:val="center"/>
      </w:pPr>
      <w:r>
        <w:rPr>
          <w:rFonts w:ascii="Times New Roman" w:hAnsi="Times New Roman" w:eastAsia="Times New Roman" w:cs="Times New Roman"/>
          <w:b/>
          <w:sz w:val="24"/>
        </w:rPr>
        <w:t>PART III.</w:t>
      </w:r>
    </w:p>
    <w:p>
      <w:pPr>
        <w:jc w:val="center"/>
      </w:pPr>
    </w:p>
    <w:p>
      <w:pPr>
        <w:jc w:val="center"/>
      </w:pPr>
      <w:r>
        <w:rPr>
          <w:rFonts w:ascii="Times New Roman" w:hAnsi="Times New Roman" w:eastAsia="Times New Roman" w:cs="Times New Roman"/>
          <w:b/>
          <w:sz w:val="24"/>
        </w:rPr>
        <w:t>DURATION OF THIS DIRECTIVE</w:t>
      </w:r>
    </w:p>
    <w:p>
      <w:pPr>
        <w:jc w:val="center"/>
      </w:pPr>
    </w:p>
    <w:p>
      <w:pPr>
        <w:jc w:val="center"/>
      </w:pPr>
      <w:r>
        <w:rPr>
          <w:rFonts w:ascii="Times New Roman" w:hAnsi="Times New Roman" w:eastAsia="Times New Roman" w:cs="Times New Roman"/>
          <w:sz w:val="24"/>
        </w:rPr>
        <w:t>YOU MUST COMPLETE THIS PART FOR YOUR DIRECTIVE TO BE VALID.</w:t>
      </w:r>
    </w:p>
    <w:p>
      <w:pPr>
        <w:jc w:val="center"/>
      </w:pPr>
    </w:p>
    <w:p>
      <w:pPr>
        <w:spacing w:line="480" w:lineRule="auto"/>
      </w:pPr>
      <w:r>
        <w:rPr>
          <w:rFonts w:ascii="Times New Roman" w:hAnsi="Times New Roman" w:eastAsia="Times New Roman" w:cs="Times New Roman"/>
          <w:sz w:val="24"/>
        </w:rPr>
        <w:t xml:space="preserve">I want this directive to </w:t>
      </w:r>
      <w:r>
        <w:rPr>
          <w:rFonts w:ascii="Times New Roman" w:hAnsi="Times New Roman" w:eastAsia="Times New Roman" w:cs="Times New Roman"/>
          <w:sz w:val="24"/>
        </w:rPr>
        <w:t>(YOU MUST CHOOSE ONLY ONE</w:t>
      </w:r>
      <w:r>
        <w:rPr>
          <w:rFonts w:ascii="Times New Roman" w:hAnsi="Times New Roman" w:eastAsia="Times New Roman" w:cs="Times New Roman"/>
          <w:sz w:val="24"/>
        </w:rPr>
        <w:t>):</w:t>
      </w:r>
    </w:p>
    <w:p>
      <w:pPr>
        <w:spacing w:line="480" w:lineRule="auto"/>
      </w:pPr>
      <w:r>
        <w:rPr>
          <w:rFonts w:ascii="Times New Roman" w:hAnsi="Times New Roman" w:eastAsia="Times New Roman" w:cs="Times New Roman"/>
          <w:sz w:val="24"/>
        </w:rPr>
        <w:t>_______Remain valid and in effect for an indefinite period of time.</w:t>
      </w:r>
    </w:p>
    <w:p>
      <w:pPr>
        <w:spacing w:line="480" w:lineRule="auto"/>
      </w:pPr>
      <w:r>
        <w:rPr>
          <w:rFonts w:ascii="Times New Roman" w:hAnsi="Times New Roman" w:eastAsia="Times New Roman" w:cs="Times New Roman"/>
          <w:sz w:val="24"/>
        </w:rPr>
        <w:t>_______Automatically expire _____ years from the date it was created.</w:t>
      </w:r>
    </w:p>
    <w:p>
      <w:pPr/>
    </w:p>
    <w:p>
      <w:pPr>
        <w:spacing w:before="0" w:after="0"/>
        <w:jc w:val="center"/>
      </w:pPr>
      <w:r>
        <w:rPr>
          <w:rFonts w:ascii="Times New Roman" w:hAnsi="Times New Roman" w:eastAsia="Times New Roman" w:cs="Times New Roman"/>
          <w:b/>
          <w:sz w:val="24"/>
        </w:rPr>
        <w:t>PART IV.</w:t>
      </w:r>
    </w:p>
    <w:p>
      <w:pPr>
        <w:jc w:val="center"/>
      </w:pPr>
    </w:p>
    <w:p>
      <w:pPr>
        <w:jc w:val="center"/>
      </w:pPr>
      <w:r>
        <w:rPr>
          <w:rFonts w:ascii="Times New Roman" w:hAnsi="Times New Roman" w:eastAsia="Times New Roman" w:cs="Times New Roman"/>
          <w:b/>
          <w:sz w:val="24"/>
        </w:rPr>
        <w:t>WHEN I MAY REVOKE THIS DIRECTIVE</w:t>
      </w:r>
    </w:p>
    <w:p>
      <w:pPr>
        <w:jc w:val="center"/>
      </w:pPr>
    </w:p>
    <w:p>
      <w:pPr>
        <w:jc w:val="center"/>
      </w:pPr>
      <w:r>
        <w:rPr>
          <w:rFonts w:ascii="Times New Roman" w:hAnsi="Times New Roman" w:eastAsia="Times New Roman" w:cs="Times New Roman"/>
          <w:sz w:val="24"/>
        </w:rPr>
        <w:t>YOU MUST COMPLETE THIS PART FOR THIS DIRECTIVE TO BE VALID.</w:t>
      </w:r>
    </w:p>
    <w:p>
      <w:pPr>
        <w:jc w:val="center"/>
      </w:pPr>
    </w:p>
    <w:p>
      <w:pPr>
        <w:spacing w:line="480" w:lineRule="auto"/>
      </w:pPr>
      <w:r>
        <w:rPr>
          <w:rFonts w:ascii="Times New Roman" w:hAnsi="Times New Roman" w:eastAsia="Times New Roman" w:cs="Times New Roman"/>
          <w:sz w:val="24"/>
        </w:rPr>
        <w:t xml:space="preserve">I intend that I be able to revoke this directive </w:t>
      </w:r>
      <w:r>
        <w:rPr>
          <w:rFonts w:ascii="Times New Roman" w:hAnsi="Times New Roman" w:eastAsia="Times New Roman" w:cs="Times New Roman"/>
          <w:sz w:val="24"/>
        </w:rPr>
        <w:t>(YOU MUST CHOOSE ONLY ONE):</w:t>
      </w:r>
    </w:p>
    <w:p>
      <w:pPr>
        <w:spacing w:line="480" w:lineRule="auto"/>
      </w:pPr>
      <w:r>
        <w:rPr>
          <w:rFonts w:ascii="Times New Roman" w:hAnsi="Times New Roman" w:eastAsia="Times New Roman" w:cs="Times New Roman"/>
          <w:sz w:val="24"/>
        </w:rPr>
        <w:t>_______Only when I have capacity.</w:t>
      </w:r>
    </w:p>
    <w:p>
      <w:pPr/>
      <w:r>
        <w:rPr>
          <w:rFonts w:ascii="Times New Roman" w:hAnsi="Times New Roman" w:eastAsia="Times New Roman" w:cs="Times New Roman"/>
          <w:sz w:val="24"/>
        </w:rPr>
        <w:t>I understand that choosing this option means I may only revoke this directive if I have capacity.  I further understand that if I choose this option and become incapacitated while this directive is in effect, I may receive treatment that I specify in this directive, even if I object at the time.</w:t>
      </w:r>
    </w:p>
    <w:p>
      <w:pPr/>
    </w:p>
    <w:p>
      <w:pPr>
        <w:spacing w:line="480" w:lineRule="auto"/>
      </w:pPr>
      <w:r>
        <w:rPr>
          <w:rFonts w:ascii="Times New Roman" w:hAnsi="Times New Roman" w:eastAsia="Times New Roman" w:cs="Times New Roman"/>
          <w:sz w:val="24"/>
        </w:rPr>
        <w:t>_______Even if I am incapacitated.</w:t>
      </w:r>
    </w:p>
    <w:p>
      <w:pPr/>
      <w:r>
        <w:rPr>
          <w:rFonts w:ascii="Times New Roman" w:hAnsi="Times New Roman" w:eastAsia="Times New Roman" w:cs="Times New Roman"/>
          <w:sz w:val="24"/>
        </w:rPr>
        <w:t>I understand that choosing this option means that I may revoke this directive even if I am incapacitated. I further understand that if I choose this option and revoke this directive while I am incapacitated I may not receive treatment that I specify in this directive, even if I want the treatment.</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Times New Roman" w:hAnsi="Times New Roman" w:eastAsia="Times New Roman" w:cs="Times New Roman"/>
          <w:b/>
          <w:sz w:val="24"/>
        </w:rPr>
        <w:t>PART V.</w:t>
      </w:r>
    </w:p>
    <w:p>
      <w:pPr>
        <w:jc w:val="center"/>
      </w:pPr>
    </w:p>
    <w:p>
      <w:pPr>
        <w:jc w:val="center"/>
      </w:pPr>
      <w:r>
        <w:rPr>
          <w:rFonts w:ascii="Times New Roman" w:hAnsi="Times New Roman" w:eastAsia="Times New Roman" w:cs="Times New Roman"/>
          <w:b/>
          <w:sz w:val="24"/>
        </w:rPr>
        <w:t>PREFERENCES AND INSTRUCTIONS ABOUT TREATMENT, FACILITIES, AND PHYSICIANS</w:t>
      </w:r>
    </w:p>
    <w:p>
      <w:pPr/>
    </w:p>
    <w:p>
      <w:pPr/>
      <w:r>
        <w:rPr>
          <w:rFonts w:ascii="Times New Roman" w:hAnsi="Times New Roman" w:eastAsia="Times New Roman" w:cs="Times New Roman"/>
          <w:b/>
          <w:sz w:val="24"/>
        </w:rPr>
        <w:t>Preferences and Instructions About Physician(s) to be Involved in My Treatment</w:t>
      </w:r>
    </w:p>
    <w:p>
      <w:pPr/>
    </w:p>
    <w:p>
      <w:pPr>
        <w:spacing w:line="480" w:lineRule="auto"/>
      </w:pPr>
      <w:r>
        <w:rPr>
          <w:rFonts w:ascii="Times New Roman" w:hAnsi="Times New Roman" w:eastAsia="Times New Roman" w:cs="Times New Roman"/>
          <w:sz w:val="24"/>
        </w:rPr>
        <w:t>I would like the physician(s) named below to be involved in my treatment decisions:</w:t>
      </w:r>
    </w:p>
    <w:p>
      <w:pPr>
        <w:spacing w:line="480" w:lineRule="auto"/>
      </w:pPr>
      <w:r>
        <w:rPr>
          <w:rFonts w:ascii="Times New Roman" w:hAnsi="Times New Roman" w:eastAsia="Times New Roman" w:cs="Times New Roman"/>
          <w:sz w:val="24"/>
        </w:rPr>
        <w:t xml:space="preserve">Dr. ___________________  Contact information:_______________________________ </w:t>
      </w:r>
    </w:p>
    <w:p>
      <w:pPr>
        <w:spacing w:line="480" w:lineRule="auto"/>
      </w:pPr>
      <w:r>
        <w:rPr>
          <w:rFonts w:ascii="Times New Roman" w:hAnsi="Times New Roman" w:eastAsia="Times New Roman" w:cs="Times New Roman"/>
          <w:sz w:val="24"/>
        </w:rPr>
        <w:t xml:space="preserve">Dr. ___________________  Contact information:_______________________________ </w:t>
      </w:r>
    </w:p>
    <w:p>
      <w:pPr>
        <w:spacing w:line="480" w:lineRule="auto"/>
      </w:pPr>
      <w:r>
        <w:rPr>
          <w:rFonts w:ascii="Times New Roman" w:hAnsi="Times New Roman" w:eastAsia="Times New Roman" w:cs="Times New Roman"/>
          <w:sz w:val="24"/>
        </w:rPr>
        <w:t>I do not wish to be treated by Dr.____________________________________________</w:t>
      </w:r>
    </w:p>
    <w:p>
      <w:pPr/>
    </w:p>
    <w:p>
      <w:pPr/>
      <w:r>
        <w:rPr>
          <w:rFonts w:ascii="Times New Roman" w:hAnsi="Times New Roman" w:eastAsia="Times New Roman" w:cs="Times New Roman"/>
          <w:b/>
          <w:sz w:val="24"/>
        </w:rPr>
        <w:t>B.  Preferences and Instructions About Other Providers</w:t>
      </w:r>
    </w:p>
    <w:p>
      <w:pPr/>
    </w:p>
    <w:p>
      <w:pPr/>
      <w:r>
        <w:rPr>
          <w:rFonts w:ascii="Times New Roman" w:hAnsi="Times New Roman" w:eastAsia="Times New Roman" w:cs="Times New Roman"/>
          <w:sz w:val="24"/>
        </w:rPr>
        <w:t>I am receiving other treatment or care from providers who I feel have an impact on my mental health care.  I would like the following treatment provider(s) to be contacted when this directive is effective:</w:t>
      </w:r>
    </w:p>
    <w:p>
      <w:pPr>
        <w:spacing w:before="240" w:after="0" w:line="480" w:lineRule="auto"/>
      </w:pPr>
      <w:r>
        <w:rPr>
          <w:rFonts w:ascii="Times New Roman" w:hAnsi="Times New Roman" w:eastAsia="Times New Roman" w:cs="Times New Roman"/>
          <w:sz w:val="24"/>
        </w:rPr>
        <w:t>Name ________________________________ Profession _______________________ Contact information ______________________________________________________</w:t>
      </w:r>
    </w:p>
    <w:p>
      <w:pPr>
        <w:spacing w:line="480" w:lineRule="auto"/>
      </w:pPr>
      <w:r>
        <w:rPr>
          <w:rFonts w:ascii="Times New Roman" w:hAnsi="Times New Roman" w:eastAsia="Times New Roman" w:cs="Times New Roman"/>
          <w:sz w:val="24"/>
        </w:rPr>
        <w:t>Name ________________________________ Profession _______________________ Contact information ______________________________________________________</w:t>
      </w:r>
    </w:p>
    <w:p>
      <w:pPr/>
    </w:p>
    <w:p>
      <w:pPr/>
      <w:r>
        <w:rPr>
          <w:rFonts w:ascii="Times New Roman" w:hAnsi="Times New Roman" w:eastAsia="Times New Roman" w:cs="Times New Roman"/>
          <w:b/>
          <w:sz w:val="24"/>
        </w:rPr>
        <w:t>C. Preferences and Instructions About Medications for Psychiatric Treatment</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 and complete all that apply)</w:t>
      </w:r>
    </w:p>
    <w:p>
      <w:pPr/>
    </w:p>
    <w:p>
      <w:pPr>
        <w:spacing w:line="480" w:lineRule="auto"/>
      </w:pPr>
      <w:r>
        <w:rPr>
          <w:rFonts w:ascii="Times New Roman" w:hAnsi="Times New Roman" w:eastAsia="Times New Roman" w:cs="Times New Roman"/>
          <w:sz w:val="24"/>
        </w:rPr>
        <w:t>_______I consent, and authorize my agent (if appointed) to consent, to the following medications: ___________________________________________________________</w:t>
      </w:r>
    </w:p>
    <w:p>
      <w:pPr>
        <w:spacing w:line="480" w:lineRule="auto"/>
      </w:pPr>
      <w:r>
        <w:rPr>
          <w:rFonts w:ascii="Times New Roman" w:hAnsi="Times New Roman" w:eastAsia="Times New Roman" w:cs="Times New Roman"/>
          <w:sz w:val="24"/>
        </w:rPr>
        <w:t>______________________________________________________________________</w:t>
      </w:r>
    </w:p>
    <w:p>
      <w:pPr>
        <w:spacing w:line="480" w:lineRule="auto"/>
      </w:pPr>
    </w:p>
    <w:p>
      <w:pPr>
        <w:spacing w:line="480" w:lineRule="auto"/>
      </w:pPr>
      <w:r>
        <w:rPr>
          <w:rFonts w:ascii="Times New Roman" w:hAnsi="Times New Roman" w:eastAsia="Times New Roman" w:cs="Times New Roman"/>
          <w:sz w:val="24"/>
        </w:rPr>
        <w:t>_______I do not consent, and I do not authorize my agent (if appointed) to consent, to the administration of the following medications: ________________________________</w:t>
      </w:r>
    </w:p>
    <w:p>
      <w:pPr>
        <w:spacing w:line="480" w:lineRule="auto"/>
      </w:pPr>
      <w:r>
        <w:rPr>
          <w:rFonts w:ascii="Times New Roman" w:hAnsi="Times New Roman" w:eastAsia="Times New Roman" w:cs="Times New Roman"/>
          <w:sz w:val="24"/>
        </w:rPr>
        <w:t>______________________________________________________________________</w:t>
      </w:r>
    </w:p>
    <w:p>
      <w:pPr>
        <w:spacing w:line="480" w:lineRule="auto"/>
      </w:pPr>
    </w:p>
    <w:p>
      <w:pPr>
        <w:spacing w:line="480" w:lineRule="auto"/>
      </w:pPr>
      <w:r>
        <w:rPr>
          <w:rFonts w:ascii="Times New Roman" w:hAnsi="Times New Roman" w:eastAsia="Times New Roman" w:cs="Times New Roman"/>
          <w:sz w:val="24"/>
        </w:rPr>
        <w:t>_______I am willing to take the medications excluded above if my only reason for excluding them is the side effects which include _______________________________</w:t>
      </w:r>
    </w:p>
    <w:p>
      <w:pPr>
        <w:spacing w:line="480" w:lineRule="auto"/>
      </w:pPr>
      <w:r>
        <w:rPr>
          <w:rFonts w:ascii="Times New Roman" w:hAnsi="Times New Roman" w:eastAsia="Times New Roman" w:cs="Times New Roman"/>
          <w:sz w:val="24"/>
        </w:rPr>
        <w:t xml:space="preserve">______________________________________________________________________ </w:t>
      </w:r>
    </w:p>
    <w:p>
      <w:pPr>
        <w:spacing w:line="480" w:lineRule="auto"/>
      </w:pPr>
      <w:r>
        <w:rPr>
          <w:rFonts w:ascii="Times New Roman" w:hAnsi="Times New Roman" w:eastAsia="Times New Roman" w:cs="Times New Roman"/>
          <w:sz w:val="24"/>
        </w:rPr>
        <w:t>and these side effects can be eliminated by dosage adjustment or other means.</w:t>
      </w:r>
    </w:p>
    <w:p>
      <w:pPr>
        <w:spacing w:line="480" w:lineRule="auto"/>
      </w:pPr>
    </w:p>
    <w:p>
      <w:pPr>
        <w:spacing w:line="480" w:lineRule="auto"/>
      </w:pPr>
      <w:r>
        <w:rPr>
          <w:rFonts w:ascii="Times New Roman" w:hAnsi="Times New Roman" w:eastAsia="Times New Roman" w:cs="Times New Roman"/>
          <w:sz w:val="24"/>
        </w:rPr>
        <w:t>_______I am willing to try any other medication the hospital doctor recommends.</w:t>
      </w:r>
    </w:p>
    <w:p>
      <w:pPr>
        <w:spacing w:line="480" w:lineRule="auto"/>
      </w:pPr>
    </w:p>
    <w:p>
      <w:pPr>
        <w:spacing w:line="480" w:lineRule="auto"/>
      </w:pPr>
      <w:r>
        <w:rPr>
          <w:rFonts w:ascii="Times New Roman" w:hAnsi="Times New Roman" w:eastAsia="Times New Roman" w:cs="Times New Roman"/>
          <w:sz w:val="24"/>
        </w:rPr>
        <w:t>_______I am willing to try any other medications my outpatient doctor recommends.</w:t>
      </w:r>
    </w:p>
    <w:p>
      <w:pPr>
        <w:spacing w:line="480" w:lineRule="auto"/>
      </w:pPr>
    </w:p>
    <w:p>
      <w:pPr>
        <w:spacing w:line="480" w:lineRule="auto"/>
      </w:pPr>
      <w:r>
        <w:rPr>
          <w:rFonts w:ascii="Times New Roman" w:hAnsi="Times New Roman" w:eastAsia="Times New Roman" w:cs="Times New Roman"/>
          <w:sz w:val="24"/>
        </w:rPr>
        <w:t>_______I do not want to try any other medications.</w:t>
      </w:r>
    </w:p>
    <w:p>
      <w:pPr>
        <w:jc w:val="center"/>
      </w:pPr>
    </w:p>
    <w:p>
      <w:pPr>
        <w:jc w:val="center"/>
      </w:pPr>
      <w:r>
        <w:rPr>
          <w:rFonts w:ascii="Times New Roman" w:hAnsi="Times New Roman" w:eastAsia="Times New Roman" w:cs="Times New Roman"/>
          <w:b/>
          <w:sz w:val="24"/>
        </w:rPr>
        <w:t>Medication Allergies</w:t>
      </w:r>
    </w:p>
    <w:p>
      <w:pPr/>
    </w:p>
    <w:p>
      <w:pPr>
        <w:spacing w:line="480" w:lineRule="auto"/>
      </w:pPr>
      <w:r>
        <w:rPr>
          <w:rFonts w:ascii="Times New Roman" w:hAnsi="Times New Roman" w:eastAsia="Times New Roman" w:cs="Times New Roman"/>
          <w:sz w:val="24"/>
        </w:rPr>
        <w:t>I have allergies to, or severe side effects from, the following:</w:t>
      </w:r>
    </w:p>
    <w:p>
      <w:pPr>
        <w:spacing w:line="480" w:lineRule="auto"/>
      </w:pPr>
      <w:r>
        <w:rPr>
          <w:rFonts w:ascii="Times New Roman" w:hAnsi="Times New Roman" w:eastAsia="Times New Roman" w:cs="Times New Roman"/>
          <w:sz w:val="24"/>
        </w:rPr>
        <w:t>______________________________________________________________________</w:t>
      </w:r>
    </w:p>
    <w:p>
      <w:pPr>
        <w:jc w:val="center"/>
      </w:pPr>
      <w:r>
        <w:rPr>
          <w:rFonts w:ascii="Times New Roman" w:hAnsi="Times New Roman" w:eastAsia="Times New Roman" w:cs="Times New Roman"/>
          <w:b/>
          <w:sz w:val="24"/>
        </w:rPr>
        <w:t>Other Medication Preferences or Instructions</w:t>
      </w:r>
    </w:p>
    <w:p>
      <w:pPr>
        <w:jc w:val="center"/>
      </w:pPr>
    </w:p>
    <w:p>
      <w:pPr>
        <w:spacing w:line="480" w:lineRule="auto"/>
      </w:pPr>
      <w:r>
        <w:rPr>
          <w:rFonts w:ascii="Times New Roman" w:hAnsi="Times New Roman" w:eastAsia="Times New Roman" w:cs="Times New Roman"/>
          <w:sz w:val="24"/>
        </w:rPr>
        <w:t>I have the following other preferences or instructions about medications</w:t>
      </w:r>
    </w:p>
    <w:p>
      <w:pPr>
        <w:spacing w:line="480" w:lineRule="auto"/>
      </w:pPr>
      <w:r>
        <w:rPr>
          <w:rFonts w:ascii="Times New Roman" w:hAnsi="Times New Roman" w:eastAsia="Times New Roman" w:cs="Times New Roman"/>
          <w:sz w:val="24"/>
        </w:rPr>
        <w:t>______________________________________________________________________</w:t>
      </w:r>
    </w:p>
    <w:p>
      <w:pPr>
        <w:jc w:val="center"/>
      </w:pPr>
      <w:r>
        <w:rPr>
          <w:rFonts w:ascii="Times New Roman" w:hAnsi="Times New Roman" w:eastAsia="Times New Roman" w:cs="Times New Roman"/>
          <w:b/>
          <w:sz w:val="24"/>
        </w:rPr>
        <w:t>Preferences and Instructions About Hospitalization and Alternatives</w:t>
      </w:r>
    </w:p>
    <w:p>
      <w:pPr/>
      <w:r>
        <w:rPr>
          <w:rFonts w:ascii="Times New Roman" w:hAnsi="Times New Roman" w:eastAsia="Times New Roman" w:cs="Times New Roman"/>
          <w:sz w:val="24"/>
        </w:rPr>
        <w:t>(initial all that apply and, if desired, rank "1" for first choice, "2" for second choice, and so on)</w:t>
      </w:r>
    </w:p>
    <w:p>
      <w:pPr/>
    </w:p>
    <w:p>
      <w:pPr/>
      <w:r>
        <w:rPr>
          <w:rFonts w:ascii="Times New Roman" w:hAnsi="Times New Roman" w:eastAsia="Times New Roman" w:cs="Times New Roman"/>
          <w:sz w:val="24"/>
        </w:rPr>
        <w:t>_______In the event my psychiatric condition is serious enough to require 24-hour care and I have no physical conditions that require immediate access to emergency medical care, I prefer to receive this care in programs/facilities designed as alternatives to psychiatric hospitalizations.</w:t>
      </w:r>
    </w:p>
    <w:p>
      <w:pPr/>
    </w:p>
    <w:p>
      <w:pPr/>
      <w:r>
        <w:rPr>
          <w:rFonts w:ascii="Times New Roman" w:hAnsi="Times New Roman" w:eastAsia="Times New Roman" w:cs="Times New Roman"/>
          <w:sz w:val="24"/>
        </w:rPr>
        <w:t>_______I would also like the interventions below to be tried before hospitalization is considered:</w:t>
      </w:r>
    </w:p>
    <w:p>
      <w:pPr/>
    </w:p>
    <w:p>
      <w:pPr>
        <w:spacing w:line="480" w:lineRule="auto"/>
      </w:pPr>
      <w:r>
        <w:rPr>
          <w:rFonts w:ascii="Times New Roman" w:hAnsi="Times New Roman" w:eastAsia="Times New Roman" w:cs="Times New Roman"/>
          <w:sz w:val="24"/>
        </w:rPr>
        <w:t xml:space="preserve">_______Calling someone or having someone call me when needed. Name:________________________________ Telephone:_______________________ </w:t>
      </w:r>
    </w:p>
    <w:p>
      <w:pPr>
        <w:spacing w:line="480" w:lineRule="auto"/>
      </w:pPr>
      <w:r>
        <w:rPr>
          <w:rFonts w:ascii="Times New Roman" w:hAnsi="Times New Roman" w:eastAsia="Times New Roman" w:cs="Times New Roman"/>
          <w:sz w:val="24"/>
        </w:rPr>
        <w:t>_______Staying overnight with someone.</w:t>
      </w:r>
    </w:p>
    <w:p>
      <w:pPr>
        <w:spacing w:line="480" w:lineRule="auto"/>
      </w:pPr>
      <w:r>
        <w:rPr>
          <w:rFonts w:ascii="Times New Roman" w:hAnsi="Times New Roman" w:eastAsia="Times New Roman" w:cs="Times New Roman"/>
          <w:sz w:val="24"/>
        </w:rPr>
        <w:t xml:space="preserve">Name:________________________________ Telephone:_______________________ </w:t>
      </w:r>
    </w:p>
    <w:p>
      <w:pPr>
        <w:spacing w:line="480" w:lineRule="auto"/>
      </w:pPr>
      <w:r>
        <w:rPr>
          <w:rFonts w:ascii="Times New Roman" w:hAnsi="Times New Roman" w:eastAsia="Times New Roman" w:cs="Times New Roman"/>
          <w:sz w:val="24"/>
        </w:rPr>
        <w:t>_______Having a mental health service provider come to see me.</w:t>
      </w:r>
    </w:p>
    <w:p>
      <w:pPr>
        <w:spacing w:line="480" w:lineRule="auto"/>
      </w:pPr>
      <w:r>
        <w:rPr>
          <w:rFonts w:ascii="Times New Roman" w:hAnsi="Times New Roman" w:eastAsia="Times New Roman" w:cs="Times New Roman"/>
          <w:sz w:val="24"/>
        </w:rPr>
        <w:t>_______Going to a crisis triage center or emergency room.</w:t>
      </w:r>
    </w:p>
    <w:p>
      <w:pPr>
        <w:spacing w:line="480" w:lineRule="auto"/>
      </w:pPr>
      <w:r>
        <w:rPr>
          <w:rFonts w:ascii="Times New Roman" w:hAnsi="Times New Roman" w:eastAsia="Times New Roman" w:cs="Times New Roman"/>
          <w:sz w:val="24"/>
        </w:rPr>
        <w:t>_______Staying overnight at a crisis respite (temporary) bed.</w:t>
      </w:r>
    </w:p>
    <w:p>
      <w:pPr>
        <w:spacing w:line="480" w:lineRule="auto"/>
      </w:pPr>
      <w:r>
        <w:rPr>
          <w:rFonts w:ascii="Times New Roman" w:hAnsi="Times New Roman" w:eastAsia="Times New Roman" w:cs="Times New Roman"/>
          <w:sz w:val="24"/>
        </w:rPr>
        <w:t>_______Seeing a service provider for help with psychiatric medications.</w:t>
      </w:r>
    </w:p>
    <w:p>
      <w:pPr>
        <w:spacing w:line="480" w:lineRule="auto"/>
      </w:pPr>
      <w:r>
        <w:rPr>
          <w:rFonts w:ascii="Times New Roman" w:hAnsi="Times New Roman" w:eastAsia="Times New Roman" w:cs="Times New Roman"/>
          <w:sz w:val="24"/>
        </w:rPr>
        <w:t>_______Other, specify:___________________________________________________</w:t>
      </w:r>
    </w:p>
    <w:p>
      <w:pPr/>
    </w:p>
    <w:p>
      <w:pPr>
        <w:spacing w:before="0" w:after="0"/>
        <w:jc w:val="center"/>
      </w:pPr>
      <w:r>
        <w:rPr>
          <w:rFonts w:ascii="Times New Roman" w:hAnsi="Times New Roman" w:eastAsia="Times New Roman" w:cs="Times New Roman"/>
          <w:b/>
          <w:sz w:val="24"/>
        </w:rPr>
        <w:t>Authority to Consent to Inpatient Treatment</w:t>
      </w:r>
    </w:p>
    <w:p>
      <w:pPr>
        <w:jc w:val="center"/>
      </w:pPr>
    </w:p>
    <w:p>
      <w:pPr/>
      <w:r>
        <w:rPr>
          <w:rFonts w:ascii="Times New Roman" w:hAnsi="Times New Roman" w:eastAsia="Times New Roman" w:cs="Times New Roman"/>
          <w:sz w:val="24"/>
        </w:rPr>
        <w:t xml:space="preserve">I consent, and authorize my agent (if appointed) to consent, to voluntary admission to inpatient mental health treatment for _______ days </w:t>
      </w:r>
      <w:r>
        <w:rPr>
          <w:rFonts w:ascii="Times New Roman" w:hAnsi="Times New Roman" w:eastAsia="Times New Roman" w:cs="Times New Roman"/>
          <w:sz w:val="24"/>
        </w:rPr>
        <w:t>(not to exceed 14 days)</w:t>
      </w:r>
    </w:p>
    <w:p>
      <w:pPr/>
      <w:r>
        <w:rPr>
          <w:rFonts w:ascii="Times New Roman" w:hAnsi="Times New Roman" w:eastAsia="Times New Roman" w:cs="Times New Roman"/>
          <w:sz w:val="24"/>
        </w:rPr>
        <w:t>(Sign one)</w:t>
      </w:r>
      <w:r>
        <w:rPr>
          <w:rFonts w:ascii="Times New Roman" w:hAnsi="Times New Roman" w:eastAsia="Times New Roman" w:cs="Times New Roman"/>
          <w:sz w:val="24"/>
        </w:rPr>
        <w:t>:</w:t>
      </w:r>
    </w:p>
    <w:p>
      <w:pPr/>
    </w:p>
    <w:p>
      <w:pPr/>
    </w:p>
    <w:p>
      <w:pPr>
        <w:spacing w:line="480" w:lineRule="auto"/>
      </w:pPr>
      <w:r>
        <w:rPr>
          <w:rFonts w:ascii="Times New Roman" w:hAnsi="Times New Roman" w:eastAsia="Times New Roman" w:cs="Times New Roman"/>
          <w:sz w:val="24"/>
        </w:rPr>
        <w:t>_______If deemed appropriate by my agent (if appointed) and treating physician.</w:t>
      </w:r>
    </w:p>
    <w:p>
      <w:pPr/>
      <w:r>
        <w:rPr>
          <w:rFonts w:ascii="Times New Roman" w:hAnsi="Times New Roman" w:eastAsia="Times New Roman" w:cs="Times New Roman"/>
          <w:sz w:val="24"/>
        </w:rPr>
        <w:t xml:space="preserve">______________________________________________________________________   </w:t>
      </w:r>
    </w:p>
    <w:p>
      <w:pPr>
        <w:spacing w:line="480" w:lineRule="auto"/>
      </w:pPr>
      <w:r>
        <w:rPr>
          <w:rFonts w:ascii="Times New Roman" w:hAnsi="Times New Roman" w:eastAsia="Times New Roman" w:cs="Times New Roman"/>
          <w:sz w:val="24"/>
        </w:rPr>
        <w:t>(Signature)</w:t>
      </w:r>
    </w:p>
    <w:p>
      <w:pPr>
        <w:spacing w:line="480" w:lineRule="auto"/>
      </w:pPr>
      <w:r>
        <w:rPr>
          <w:rFonts w:ascii="Times New Roman" w:hAnsi="Times New Roman" w:eastAsia="Times New Roman" w:cs="Times New Roman"/>
          <w:sz w:val="24"/>
        </w:rPr>
        <w:t>or</w:t>
      </w:r>
    </w:p>
    <w:p>
      <w:pPr>
        <w:spacing w:line="480" w:lineRule="auto"/>
      </w:pPr>
      <w:r>
        <w:rPr>
          <w:rFonts w:ascii="Times New Roman" w:hAnsi="Times New Roman" w:eastAsia="Times New Roman" w:cs="Times New Roman"/>
          <w:sz w:val="24"/>
        </w:rPr>
        <w:t>_______Under the following circumstances (specify symptoms, behaviors, or circumstances that indicate the need for hospitalization) _________________________</w:t>
      </w:r>
    </w:p>
    <w:p>
      <w:pPr>
        <w:spacing w:line="480" w:lineRule="auto"/>
      </w:pPr>
      <w:r>
        <w:rPr>
          <w:rFonts w:ascii="Times New Roman" w:hAnsi="Times New Roman" w:eastAsia="Times New Roman" w:cs="Times New Roman"/>
          <w:sz w:val="24"/>
        </w:rPr>
        <w:t>_____________________________________________________________________.</w:t>
      </w:r>
    </w:p>
    <w:p>
      <w:pPr/>
      <w:r>
        <w:rPr>
          <w:rFonts w:ascii="Times New Roman" w:hAnsi="Times New Roman" w:eastAsia="Times New Roman" w:cs="Times New Roman"/>
          <w:sz w:val="24"/>
        </w:rPr>
        <w:t>__________________________________________</w:t>
      </w:r>
    </w:p>
    <w:p>
      <w:pPr>
        <w:spacing w:line="480" w:lineRule="auto"/>
      </w:pPr>
      <w:r>
        <w:rPr>
          <w:rFonts w:ascii="Times New Roman" w:hAnsi="Times New Roman" w:eastAsia="Times New Roman" w:cs="Times New Roman"/>
          <w:sz w:val="24"/>
        </w:rPr>
        <w:t>(Signature)</w:t>
      </w:r>
    </w:p>
    <w:p>
      <w:pPr>
        <w:spacing w:line="480" w:lineRule="auto"/>
      </w:pPr>
      <w:r>
        <w:rPr>
          <w:rFonts w:ascii="Times New Roman" w:hAnsi="Times New Roman" w:eastAsia="Times New Roman" w:cs="Times New Roman"/>
          <w:sz w:val="24"/>
        </w:rPr>
        <w:t>or</w:t>
      </w:r>
    </w:p>
    <w:p>
      <w:pPr>
        <w:spacing w:line="480" w:lineRule="auto"/>
      </w:pPr>
      <w:r>
        <w:rPr>
          <w:rFonts w:ascii="Times New Roman" w:hAnsi="Times New Roman" w:eastAsia="Times New Roman" w:cs="Times New Roman"/>
          <w:sz w:val="24"/>
        </w:rPr>
        <w:t>_______I do not consent, or authorize my agent (if appointed) to consent, to inpatient treatment.</w:t>
      </w:r>
    </w:p>
    <w:p>
      <w:pPr/>
      <w:r>
        <w:rPr>
          <w:rFonts w:ascii="Times New Roman" w:hAnsi="Times New Roman" w:eastAsia="Times New Roman" w:cs="Times New Roman"/>
          <w:sz w:val="24"/>
        </w:rPr>
        <w:t>__________________________________________</w:t>
      </w:r>
    </w:p>
    <w:p>
      <w:pPr>
        <w:spacing w:line="480" w:lineRule="auto"/>
      </w:pPr>
      <w:r>
        <w:rPr>
          <w:rFonts w:ascii="Times New Roman" w:hAnsi="Times New Roman" w:eastAsia="Times New Roman" w:cs="Times New Roman"/>
          <w:sz w:val="24"/>
        </w:rPr>
        <w:t>(Signature)</w:t>
      </w:r>
    </w:p>
    <w:p>
      <w:pPr>
        <w:spacing w:line="480" w:lineRule="auto"/>
      </w:pPr>
    </w:p>
    <w:p>
      <w:pPr>
        <w:spacing w:line="480" w:lineRule="auto"/>
        <w:jc w:val="center"/>
      </w:pPr>
      <w:r>
        <w:rPr>
          <w:rFonts w:ascii="Times New Roman" w:hAnsi="Times New Roman" w:eastAsia="Times New Roman" w:cs="Times New Roman"/>
          <w:b/>
          <w:sz w:val="24"/>
        </w:rPr>
        <w:t>Hospital Preferences and Instructions</w:t>
      </w:r>
    </w:p>
    <w:p>
      <w:pPr>
        <w:spacing w:line="480" w:lineRule="auto"/>
      </w:pPr>
      <w:r>
        <w:rPr>
          <w:rFonts w:ascii="Times New Roman" w:hAnsi="Times New Roman" w:eastAsia="Times New Roman" w:cs="Times New Roman"/>
          <w:sz w:val="24"/>
        </w:rPr>
        <w:t>If hospitalization is required, I prefer the following hospitals:</w:t>
      </w:r>
    </w:p>
    <w:p>
      <w:pPr>
        <w:spacing w:line="480" w:lineRule="auto"/>
      </w:pPr>
      <w:r>
        <w:rPr>
          <w:rFonts w:ascii="Times New Roman" w:hAnsi="Times New Roman" w:eastAsia="Times New Roman" w:cs="Times New Roman"/>
          <w:sz w:val="24"/>
        </w:rPr>
        <w:t>________________________________________________________________</w:t>
      </w:r>
    </w:p>
    <w:p>
      <w:pPr>
        <w:spacing w:line="480" w:lineRule="auto"/>
      </w:pPr>
    </w:p>
    <w:p>
      <w:pPr>
        <w:spacing w:line="480" w:lineRule="auto"/>
      </w:pPr>
      <w:r>
        <w:rPr>
          <w:rFonts w:ascii="Times New Roman" w:hAnsi="Times New Roman" w:eastAsia="Times New Roman" w:cs="Times New Roman"/>
          <w:sz w:val="24"/>
        </w:rPr>
        <w:t>I do not consent to be admitted to the following hospitals:</w:t>
      </w:r>
    </w:p>
    <w:p>
      <w:pPr>
        <w:spacing w:line="480" w:lineRule="auto"/>
      </w:pPr>
      <w:r>
        <w:rPr>
          <w:rFonts w:ascii="Times New Roman" w:hAnsi="Times New Roman" w:eastAsia="Times New Roman" w:cs="Times New Roman"/>
          <w:sz w:val="24"/>
        </w:rPr>
        <w:t>________________________________________________________________</w:t>
      </w:r>
    </w:p>
    <w:p>
      <w:pPr/>
    </w:p>
    <w:p>
      <w:pPr/>
      <w:r>
        <w:rPr>
          <w:rFonts w:ascii="Times New Roman" w:hAnsi="Times New Roman" w:eastAsia="Times New Roman" w:cs="Times New Roman"/>
          <w:b/>
          <w:sz w:val="24"/>
        </w:rPr>
        <w:t>Preferences and Instructions About Pre-emergency</w:t>
      </w:r>
    </w:p>
    <w:p>
      <w:pPr/>
    </w:p>
    <w:p>
      <w:pPr/>
      <w:r>
        <w:rPr>
          <w:rFonts w:ascii="Times New Roman" w:hAnsi="Times New Roman" w:eastAsia="Times New Roman" w:cs="Times New Roman"/>
          <w:sz w:val="24"/>
        </w:rPr>
        <w:t xml:space="preserve">I would like the interventions below to be tried before use of seclusion or restraint is considered </w:t>
      </w:r>
      <w:r>
        <w:rPr>
          <w:rFonts w:ascii="Times New Roman" w:hAnsi="Times New Roman" w:eastAsia="Times New Roman" w:cs="Times New Roman"/>
          <w:sz w:val="24"/>
        </w:rPr>
        <w:t>(initial all that apply)</w:t>
      </w:r>
      <w:r>
        <w:rPr>
          <w:rFonts w:ascii="Times New Roman" w:hAnsi="Times New Roman" w:eastAsia="Times New Roman" w:cs="Times New Roman"/>
          <w:sz w:val="24"/>
        </w:rPr>
        <w:t>:</w:t>
      </w:r>
    </w:p>
    <w:p>
      <w:pPr>
        <w:spacing w:before="240" w:after="0" w:line="360" w:lineRule="auto"/>
      </w:pPr>
      <w:r>
        <w:rPr>
          <w:rFonts w:ascii="Times New Roman" w:hAnsi="Times New Roman" w:eastAsia="Times New Roman" w:cs="Times New Roman"/>
          <w:sz w:val="24"/>
        </w:rPr>
        <w:t>_______"Talk me down" one-on-one</w:t>
      </w:r>
    </w:p>
    <w:p>
      <w:pPr>
        <w:spacing w:line="360" w:lineRule="auto"/>
      </w:pPr>
      <w:r>
        <w:rPr>
          <w:rFonts w:ascii="Times New Roman" w:hAnsi="Times New Roman" w:eastAsia="Times New Roman" w:cs="Times New Roman"/>
          <w:sz w:val="24"/>
        </w:rPr>
        <w:t>_______ More medication</w:t>
      </w:r>
    </w:p>
    <w:p>
      <w:pPr>
        <w:spacing w:line="360" w:lineRule="auto"/>
      </w:pPr>
      <w:r>
        <w:rPr>
          <w:rFonts w:ascii="Times New Roman" w:hAnsi="Times New Roman" w:eastAsia="Times New Roman" w:cs="Times New Roman"/>
          <w:sz w:val="24"/>
        </w:rPr>
        <w:t>_______ Time out/privacy</w:t>
      </w:r>
    </w:p>
    <w:p>
      <w:pPr>
        <w:spacing w:line="360" w:lineRule="auto"/>
      </w:pPr>
      <w:r>
        <w:rPr>
          <w:rFonts w:ascii="Times New Roman" w:hAnsi="Times New Roman" w:eastAsia="Times New Roman" w:cs="Times New Roman"/>
          <w:sz w:val="24"/>
        </w:rPr>
        <w:t>_______ Show of authority/force</w:t>
      </w:r>
    </w:p>
    <w:p>
      <w:pPr>
        <w:spacing w:line="360" w:lineRule="auto"/>
      </w:pPr>
      <w:r>
        <w:rPr>
          <w:rFonts w:ascii="Times New Roman" w:hAnsi="Times New Roman" w:eastAsia="Times New Roman" w:cs="Times New Roman"/>
          <w:sz w:val="24"/>
        </w:rPr>
        <w:t>_______ Shift my attention to something else</w:t>
      </w:r>
    </w:p>
    <w:p>
      <w:pPr>
        <w:spacing w:line="360" w:lineRule="auto"/>
      </w:pPr>
      <w:r>
        <w:rPr>
          <w:rFonts w:ascii="Times New Roman" w:hAnsi="Times New Roman" w:eastAsia="Times New Roman" w:cs="Times New Roman"/>
          <w:sz w:val="24"/>
        </w:rPr>
        <w:t>_______ Set firm limits on my behavior</w:t>
      </w:r>
    </w:p>
    <w:p>
      <w:pPr>
        <w:spacing w:line="360" w:lineRule="auto"/>
      </w:pPr>
      <w:r>
        <w:rPr>
          <w:rFonts w:ascii="Times New Roman" w:hAnsi="Times New Roman" w:eastAsia="Times New Roman" w:cs="Times New Roman"/>
          <w:sz w:val="24"/>
        </w:rPr>
        <w:t>_______ Help me to discuss/vent feelings</w:t>
      </w:r>
    </w:p>
    <w:p>
      <w:pPr>
        <w:spacing w:line="360" w:lineRule="auto"/>
      </w:pPr>
      <w:r>
        <w:rPr>
          <w:rFonts w:ascii="Times New Roman" w:hAnsi="Times New Roman" w:eastAsia="Times New Roman" w:cs="Times New Roman"/>
          <w:sz w:val="24"/>
        </w:rPr>
        <w:t>_______ Decrease stimulation</w:t>
      </w:r>
    </w:p>
    <w:p>
      <w:pPr>
        <w:spacing w:line="360" w:lineRule="auto"/>
      </w:pPr>
      <w:r>
        <w:rPr>
          <w:rFonts w:ascii="Times New Roman" w:hAnsi="Times New Roman" w:eastAsia="Times New Roman" w:cs="Times New Roman"/>
          <w:sz w:val="24"/>
        </w:rPr>
        <w:t>_______ Offer to have neutral person settle dispute</w:t>
      </w:r>
    </w:p>
    <w:p>
      <w:pPr>
        <w:spacing w:line="360" w:lineRule="auto"/>
      </w:pPr>
      <w:r>
        <w:rPr>
          <w:rFonts w:ascii="Times New Roman" w:hAnsi="Times New Roman" w:eastAsia="Times New Roman" w:cs="Times New Roman"/>
          <w:sz w:val="24"/>
        </w:rPr>
        <w:t>_______ Other, specify _____________________________________________</w:t>
      </w:r>
    </w:p>
    <w:p>
      <w:pPr/>
    </w:p>
    <w:p>
      <w:pPr/>
    </w:p>
    <w:p>
      <w:pPr/>
      <w:r>
        <w:rPr>
          <w:rFonts w:ascii="Times New Roman" w:hAnsi="Times New Roman" w:eastAsia="Times New Roman" w:cs="Times New Roman"/>
          <w:b/>
          <w:sz w:val="24"/>
        </w:rPr>
        <w:t>F.  Preferences and Instructions About Seclusion, Restraint, and Emergency Medications</w:t>
      </w:r>
    </w:p>
    <w:p>
      <w:pPr/>
    </w:p>
    <w:p>
      <w:pPr/>
      <w:r>
        <w:rPr>
          <w:rFonts w:ascii="Times New Roman" w:hAnsi="Times New Roman" w:eastAsia="Times New Roman" w:cs="Times New Roman"/>
          <w:sz w:val="24"/>
        </w:rPr>
        <w:t xml:space="preserve">If it is determined that I am engaging in behavior that requires seclusion, physical restraint, and/or emergency use of medication, I prefer these interventions in the order I have chosen </w:t>
      </w:r>
      <w:r>
        <w:rPr>
          <w:rFonts w:ascii="Times New Roman" w:hAnsi="Times New Roman" w:eastAsia="Times New Roman" w:cs="Times New Roman"/>
          <w:sz w:val="24"/>
        </w:rPr>
        <w:t>(choose "1" for first choice, "2" for second choice, and so on)</w:t>
      </w:r>
      <w:r>
        <w:rPr>
          <w:rFonts w:ascii="Times New Roman" w:hAnsi="Times New Roman" w:eastAsia="Times New Roman" w:cs="Times New Roman"/>
          <w:sz w:val="24"/>
        </w:rPr>
        <w:t>:</w:t>
      </w:r>
    </w:p>
    <w:p>
      <w:pPr>
        <w:spacing w:line="360" w:lineRule="auto"/>
      </w:pPr>
      <w:r>
        <w:rPr>
          <w:rFonts w:ascii="Times New Roman" w:hAnsi="Times New Roman" w:eastAsia="Times New Roman" w:cs="Times New Roman"/>
          <w:sz w:val="24"/>
        </w:rPr>
        <w:t>_______Seclusion</w:t>
      </w:r>
    </w:p>
    <w:p>
      <w:pPr>
        <w:spacing w:line="360" w:lineRule="auto"/>
      </w:pPr>
      <w:r>
        <w:rPr>
          <w:rFonts w:ascii="Times New Roman" w:hAnsi="Times New Roman" w:eastAsia="Times New Roman" w:cs="Times New Roman"/>
          <w:sz w:val="24"/>
        </w:rPr>
        <w:t>_______Seclusion and physical restraint (combined)</w:t>
      </w:r>
    </w:p>
    <w:p>
      <w:pPr>
        <w:spacing w:line="360" w:lineRule="auto"/>
      </w:pPr>
      <w:r>
        <w:rPr>
          <w:rFonts w:ascii="Times New Roman" w:hAnsi="Times New Roman" w:eastAsia="Times New Roman" w:cs="Times New Roman"/>
          <w:sz w:val="24"/>
        </w:rPr>
        <w:t>_______Medication by injection</w:t>
      </w:r>
    </w:p>
    <w:p>
      <w:pPr>
        <w:spacing w:line="360" w:lineRule="auto"/>
      </w:pPr>
      <w:r>
        <w:rPr>
          <w:rFonts w:ascii="Times New Roman" w:hAnsi="Times New Roman" w:eastAsia="Times New Roman" w:cs="Times New Roman"/>
          <w:sz w:val="24"/>
        </w:rPr>
        <w:t>_______Medication in pill or liquid form</w:t>
      </w:r>
    </w:p>
    <w:p>
      <w:pPr/>
    </w:p>
    <w:p>
      <w:pPr/>
      <w:r>
        <w:rPr>
          <w:rFonts w:ascii="Times New Roman" w:hAnsi="Times New Roman" w:eastAsia="Times New Roman" w:cs="Times New Roman"/>
          <w:sz w:val="24"/>
        </w:rPr>
        <w:t>In the event that my attending physician decides to use medication in response to an emergency situation after due consideration of my preferences and instructions for emergency treatments stated above, I expect the choice of medication to reflect any preferences and instructions I have expressed in Part III C of this form.  The preferences and instructions I express in this section regarding medication in emergency situations do not constitute consent to use of the medication for non-emergency treatment.</w:t>
      </w:r>
    </w:p>
    <w:p>
      <w:pPr/>
    </w:p>
    <w:p>
      <w:pPr>
        <w:spacing w:before="0" w:after="0"/>
      </w:pPr>
      <w:r>
        <w:rPr>
          <w:rFonts w:ascii="Times New Roman" w:hAnsi="Times New Roman" w:eastAsia="Times New Roman" w:cs="Times New Roman"/>
          <w:b/>
          <w:sz w:val="24"/>
        </w:rPr>
        <w:t>G.  Preferences and Instructions About Electroconvulsive Therapy (ECT or Shock Therapy)</w:t>
      </w:r>
    </w:p>
    <w:p>
      <w:pPr/>
    </w:p>
    <w:p>
      <w:pPr/>
      <w:r>
        <w:rPr>
          <w:rFonts w:ascii="Times New Roman" w:hAnsi="Times New Roman" w:eastAsia="Times New Roman" w:cs="Times New Roman"/>
          <w:sz w:val="24"/>
        </w:rPr>
        <w:t xml:space="preserve">My wishes regarding electroconvulsive therapy are </w:t>
      </w:r>
      <w:r>
        <w:rPr>
          <w:rFonts w:ascii="Times New Roman" w:hAnsi="Times New Roman" w:eastAsia="Times New Roman" w:cs="Times New Roman"/>
          <w:sz w:val="24"/>
        </w:rPr>
        <w:t>(sign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_______I do not consent, nor authorize my agent (if appointed) to consent, to the administration of electroconvulsive therapy.</w:t>
      </w:r>
    </w:p>
    <w:p>
      <w:pPr/>
      <w:r>
        <w:rPr>
          <w:rFonts w:ascii="Times New Roman" w:hAnsi="Times New Roman" w:eastAsia="Times New Roman" w:cs="Times New Roman"/>
          <w:sz w:val="24"/>
        </w:rPr>
        <w:t>___________________________________________________</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_______I consent, and authorize my agent (if appointed) to consent, to the administration of electroconvulsive therapy</w:t>
      </w:r>
    </w:p>
    <w:p>
      <w:pPr/>
      <w:r>
        <w:rPr>
          <w:rFonts w:ascii="Times New Roman" w:hAnsi="Times New Roman" w:eastAsia="Times New Roman" w:cs="Times New Roman"/>
          <w:sz w:val="24"/>
        </w:rPr>
        <w:t>___________________________________________________</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_______I consent, and authorize my agent (if appointed) to consent, to the administration of electroconvulsive therapy, but only under the following conditions: ___ ______________________________________________________________________ </w:t>
      </w:r>
    </w:p>
    <w:p>
      <w:pPr/>
      <w:r>
        <w:rPr>
          <w:rFonts w:ascii="Times New Roman" w:hAnsi="Times New Roman" w:eastAsia="Times New Roman" w:cs="Times New Roman"/>
          <w:sz w:val="24"/>
        </w:rPr>
        <w:t xml:space="preserve">___________________________________________________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b/>
          <w:sz w:val="24"/>
        </w:rPr>
        <w:t>Preferences and Instructions About Who is Permitted to Visit</w:t>
      </w:r>
    </w:p>
    <w:p>
      <w:pPr/>
    </w:p>
    <w:p>
      <w:pPr/>
      <w:r>
        <w:rPr>
          <w:rFonts w:ascii="Times New Roman" w:hAnsi="Times New Roman" w:eastAsia="Times New Roman" w:cs="Times New Roman"/>
          <w:sz w:val="24"/>
        </w:rPr>
        <w:t>If I have been admitted to a mental health treatment facility, the following people are not permitted to visit me there:</w:t>
      </w:r>
    </w:p>
    <w:p>
      <w:pPr>
        <w:spacing w:before="120" w:after="120"/>
      </w:pPr>
      <w:r>
        <w:rPr>
          <w:rFonts w:ascii="Times New Roman" w:hAnsi="Times New Roman" w:eastAsia="Times New Roman" w:cs="Times New Roman"/>
          <w:sz w:val="24"/>
        </w:rPr>
        <w:t>Name: ______________________________________________</w:t>
      </w:r>
    </w:p>
    <w:p>
      <w:pPr>
        <w:spacing w:before="120" w:after="120"/>
      </w:pPr>
      <w:r>
        <w:rPr>
          <w:rFonts w:ascii="Times New Roman" w:hAnsi="Times New Roman" w:eastAsia="Times New Roman" w:cs="Times New Roman"/>
          <w:sz w:val="24"/>
        </w:rPr>
        <w:t>Name: ______________________________________________</w:t>
      </w:r>
    </w:p>
    <w:p>
      <w:pPr>
        <w:spacing w:before="120" w:after="120"/>
      </w:pPr>
      <w:r>
        <w:rPr>
          <w:rFonts w:ascii="Times New Roman" w:hAnsi="Times New Roman" w:eastAsia="Times New Roman" w:cs="Times New Roman"/>
          <w:sz w:val="24"/>
        </w:rPr>
        <w:t>Name: ______________________________________________</w:t>
      </w:r>
    </w:p>
    <w:p>
      <w:pPr/>
    </w:p>
    <w:p>
      <w:pPr/>
      <w:r>
        <w:rPr>
          <w:rFonts w:ascii="Times New Roman" w:hAnsi="Times New Roman" w:eastAsia="Times New Roman" w:cs="Times New Roman"/>
          <w:sz w:val="24"/>
        </w:rPr>
        <w:t>I understand that persons not listed above may be permitted to visit me.</w:t>
      </w:r>
    </w:p>
    <w:p>
      <w:pPr/>
    </w:p>
    <w:p>
      <w:pPr/>
      <w:r>
        <w:rPr>
          <w:rFonts w:ascii="Times New Roman" w:hAnsi="Times New Roman" w:eastAsia="Times New Roman" w:cs="Times New Roman"/>
          <w:b/>
          <w:sz w:val="24"/>
        </w:rPr>
        <w:t>I. Additional Instructions About My Mental Health Care</w:t>
      </w:r>
    </w:p>
    <w:p>
      <w:pPr/>
    </w:p>
    <w:p>
      <w:pPr>
        <w:spacing w:line="480" w:lineRule="auto"/>
      </w:pPr>
      <w:r>
        <w:rPr>
          <w:rFonts w:ascii="Times New Roman" w:hAnsi="Times New Roman" w:eastAsia="Times New Roman" w:cs="Times New Roman"/>
          <w:sz w:val="24"/>
        </w:rPr>
        <w:t>Other instructions about my mental health care: ____________________________________________________________________________________________________________________________________________</w:t>
      </w:r>
    </w:p>
    <w:p>
      <w:pPr/>
      <w:r>
        <w:rPr>
          <w:rFonts w:ascii="Times New Roman" w:hAnsi="Times New Roman" w:eastAsia="Times New Roman" w:cs="Times New Roman"/>
          <w:sz w:val="24"/>
        </w:rPr>
        <w:t>In case of emergency, please contact:</w:t>
      </w:r>
    </w:p>
    <w:p>
      <w:pPr/>
    </w:p>
    <w:p>
      <w:pPr>
        <w:spacing w:line="480" w:lineRule="auto"/>
      </w:pPr>
      <w:r>
        <w:rPr>
          <w:rFonts w:ascii="Times New Roman" w:hAnsi="Times New Roman" w:eastAsia="Times New Roman" w:cs="Times New Roman"/>
          <w:sz w:val="24"/>
        </w:rPr>
        <w:t>Name:_____________________Address:____________________________________ Work telephone:___________________ Home telephone: _______________________</w:t>
      </w:r>
    </w:p>
    <w:p>
      <w:pPr>
        <w:spacing w:line="480" w:lineRule="auto"/>
      </w:pPr>
      <w:r>
        <w:rPr>
          <w:rFonts w:ascii="Times New Roman" w:hAnsi="Times New Roman" w:eastAsia="Times New Roman" w:cs="Times New Roman"/>
          <w:sz w:val="24"/>
        </w:rPr>
        <w:t>Physician: ________________________ Address: _____________________________</w:t>
      </w:r>
    </w:p>
    <w:p>
      <w:pPr>
        <w:spacing w:line="480" w:lineRule="auto"/>
      </w:pPr>
      <w:r>
        <w:rPr>
          <w:rFonts w:ascii="Times New Roman" w:hAnsi="Times New Roman" w:eastAsia="Times New Roman" w:cs="Times New Roman"/>
          <w:sz w:val="24"/>
        </w:rPr>
        <w:t>Telephone: _____________________________</w:t>
      </w:r>
    </w:p>
    <w:p>
      <w:pPr>
        <w:spacing w:line="360" w:lineRule="auto"/>
      </w:pPr>
      <w:r>
        <w:rPr>
          <w:rFonts w:ascii="Times New Roman" w:hAnsi="Times New Roman" w:eastAsia="Times New Roman" w:cs="Times New Roman"/>
          <w:sz w:val="24"/>
        </w:rPr>
        <w:t>The following may help me to avoid a hospitalization:</w:t>
      </w:r>
    </w:p>
    <w:p>
      <w:pPr>
        <w:spacing w:line="360" w:lineRule="auto"/>
      </w:pPr>
      <w:r>
        <w:rPr>
          <w:rFonts w:ascii="Times New Roman" w:hAnsi="Times New Roman" w:eastAsia="Times New Roman" w:cs="Times New Roman"/>
          <w:sz w:val="24"/>
        </w:rPr>
        <w:t>______________________________________________________________________</w:t>
      </w:r>
    </w:p>
    <w:p>
      <w:pPr>
        <w:spacing w:line="360" w:lineRule="auto"/>
      </w:pPr>
      <w:r>
        <w:rPr>
          <w:rFonts w:ascii="Times New Roman" w:hAnsi="Times New Roman" w:eastAsia="Times New Roman" w:cs="Times New Roman"/>
          <w:sz w:val="24"/>
        </w:rPr>
        <w:t>I generally react to being hospitalized as follows:</w:t>
      </w:r>
    </w:p>
    <w:p>
      <w:pPr>
        <w:spacing w:line="360" w:lineRule="auto"/>
      </w:pPr>
      <w:r>
        <w:rPr>
          <w:rFonts w:ascii="Times New Roman" w:hAnsi="Times New Roman" w:eastAsia="Times New Roman" w:cs="Times New Roman"/>
          <w:sz w:val="24"/>
        </w:rPr>
        <w:t>______________________________________________________________________</w:t>
      </w:r>
    </w:p>
    <w:p>
      <w:pPr>
        <w:spacing w:line="360" w:lineRule="auto"/>
      </w:pPr>
      <w:r>
        <w:rPr>
          <w:rFonts w:ascii="Times New Roman" w:hAnsi="Times New Roman" w:eastAsia="Times New Roman" w:cs="Times New Roman"/>
          <w:sz w:val="24"/>
        </w:rPr>
        <w:t>Staff of the hospital or crisis unit can help me by doing the following:</w:t>
      </w:r>
    </w:p>
    <w:p>
      <w:pPr>
        <w:spacing w:line="360" w:lineRule="auto"/>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Refusal of Treatment</w:t>
      </w:r>
    </w:p>
    <w:p>
      <w:pPr/>
    </w:p>
    <w:p>
      <w:pPr>
        <w:spacing w:line="360" w:lineRule="auto"/>
      </w:pPr>
      <w:r>
        <w:rPr>
          <w:rFonts w:ascii="Times New Roman" w:hAnsi="Times New Roman" w:eastAsia="Times New Roman" w:cs="Times New Roman"/>
          <w:sz w:val="24"/>
        </w:rPr>
        <w:t>I do not consent to any mental health treatment.</w:t>
      </w:r>
    </w:p>
    <w:p>
      <w:pPr/>
      <w:r>
        <w:rPr>
          <w:rFonts w:ascii="Times New Roman" w:hAnsi="Times New Roman" w:eastAsia="Times New Roman" w:cs="Times New Roman"/>
          <w:sz w:val="24"/>
        </w:rPr>
        <w:t>_____________________________________________</w:t>
      </w:r>
    </w:p>
    <w:p>
      <w:pPr/>
      <w:r>
        <w:rPr>
          <w:rFonts w:ascii="Times New Roman" w:hAnsi="Times New Roman" w:eastAsia="Times New Roman" w:cs="Times New Roman"/>
          <w:sz w:val="24"/>
        </w:rPr>
        <w:t>(Signature)</w:t>
      </w:r>
    </w:p>
    <w:p>
      <w:pPr/>
    </w:p>
    <w:p>
      <w:pPr>
        <w:jc w:val="center"/>
      </w:pPr>
      <w:r>
        <w:rPr>
          <w:rFonts w:ascii="Times New Roman" w:hAnsi="Times New Roman" w:eastAsia="Times New Roman" w:cs="Times New Roman"/>
          <w:b/>
          <w:sz w:val="24"/>
        </w:rPr>
        <w:t>PART VI.</w:t>
      </w:r>
    </w:p>
    <w:p>
      <w:pPr>
        <w:jc w:val="center"/>
      </w:pPr>
    </w:p>
    <w:p>
      <w:pPr>
        <w:jc w:val="center"/>
      </w:pPr>
      <w:r>
        <w:rPr>
          <w:rFonts w:ascii="Times New Roman" w:hAnsi="Times New Roman" w:eastAsia="Times New Roman" w:cs="Times New Roman"/>
          <w:b/>
          <w:sz w:val="24"/>
        </w:rPr>
        <w:t>DURABLE POWER OF ATTORNEY (APPOINTMENT OF MY AGENT)</w:t>
      </w:r>
    </w:p>
    <w:p>
      <w:pPr>
        <w:jc w:val="center"/>
      </w:pPr>
      <w:r>
        <w:rPr>
          <w:rFonts w:ascii="Times New Roman" w:hAnsi="Times New Roman" w:eastAsia="Times New Roman" w:cs="Times New Roman"/>
          <w:sz w:val="24"/>
        </w:rPr>
        <w:t>(Fill out this part only if you wish to appoint an agent or nominate a guardian.)</w:t>
      </w:r>
    </w:p>
    <w:p>
      <w:pPr/>
    </w:p>
    <w:p>
      <w:pPr/>
      <w:r>
        <w:rPr>
          <w:rFonts w:ascii="Times New Roman" w:hAnsi="Times New Roman" w:eastAsia="Times New Roman" w:cs="Times New Roman"/>
          <w:sz w:val="24"/>
        </w:rPr>
        <w:t>I authorize an agent to make mental health treatment decisions on my behalf.  The authority granted to my agent includes the right to consent, refuse consent, or withdraw consent to any mental health care, treatment, service, or procedure, consistent with any instructions and/or limitations I have set forth in this directive.  I intend that those decisions should be made in accordance with my expressed wishes as set forth in this document.  If I have not expressed a choice in this document and my agent does not otherwise know my wishes, I authorize my agent to make the decision that my agent determines is in my best interest.  This agency shall not be affected by my incapacity.  Unless I state otherwise in this durable power of attorney, I may revoke it unless prohibited by other state law.</w:t>
      </w:r>
    </w:p>
    <w:p>
      <w:pPr/>
    </w:p>
    <w:p>
      <w:pPr/>
      <w:r>
        <w:rPr>
          <w:rFonts w:ascii="Times New Roman" w:hAnsi="Times New Roman" w:eastAsia="Times New Roman" w:cs="Times New Roman"/>
          <w:b/>
          <w:sz w:val="24"/>
        </w:rPr>
        <w:t>Designation of an Agent</w:t>
      </w:r>
    </w:p>
    <w:p>
      <w:pPr/>
    </w:p>
    <w:p>
      <w:pPr/>
      <w:r>
        <w:rPr>
          <w:rFonts w:ascii="Times New Roman" w:hAnsi="Times New Roman" w:eastAsia="Times New Roman" w:cs="Times New Roman"/>
          <w:sz w:val="24"/>
        </w:rPr>
        <w:t>I appoint the following person as my agent to make mental health treatment decisions for me as authorized in this document and request that this person be notified immediately when this directive becomes effective:</w:t>
      </w:r>
    </w:p>
    <w:p>
      <w:pPr>
        <w:spacing w:before="240" w:after="0" w:line="360" w:lineRule="auto"/>
      </w:pPr>
      <w:r>
        <w:rPr>
          <w:rFonts w:ascii="Times New Roman" w:hAnsi="Times New Roman" w:eastAsia="Times New Roman" w:cs="Times New Roman"/>
          <w:sz w:val="24"/>
        </w:rPr>
        <w:t>Name:_____________________Address:____________________________________ Work telephone:___________________ Home telephone: _______________________</w:t>
      </w:r>
    </w:p>
    <w:p>
      <w:pPr>
        <w:spacing w:line="360" w:lineRule="auto"/>
      </w:pPr>
      <w:r>
        <w:rPr>
          <w:rFonts w:ascii="Times New Roman" w:hAnsi="Times New Roman" w:eastAsia="Times New Roman" w:cs="Times New Roman"/>
          <w:sz w:val="24"/>
        </w:rPr>
        <w:t>Relationship: _________________________</w:t>
      </w:r>
    </w:p>
    <w:p>
      <w:pPr/>
    </w:p>
    <w:p>
      <w:pPr/>
      <w:r>
        <w:rPr>
          <w:rFonts w:ascii="Times New Roman" w:hAnsi="Times New Roman" w:eastAsia="Times New Roman" w:cs="Times New Roman"/>
          <w:b/>
          <w:sz w:val="24"/>
        </w:rPr>
        <w:t>Designation of Alternate Agent</w:t>
      </w:r>
    </w:p>
    <w:p>
      <w:pPr/>
    </w:p>
    <w:p>
      <w:pPr/>
      <w:r>
        <w:rPr>
          <w:rFonts w:ascii="Times New Roman" w:hAnsi="Times New Roman" w:eastAsia="Times New Roman" w:cs="Times New Roman"/>
          <w:sz w:val="24"/>
        </w:rPr>
        <w:t>If the person named above is unavailable, unable, or refuses to serve as my agent, or I revoke that person's authority to serve as my agent, I hereby appoint the following person as my alternate agent and request that this person be notified immediately when this directive becomes effective or when my original agent is no longer my agent:</w:t>
      </w:r>
    </w:p>
    <w:p>
      <w:pPr>
        <w:spacing w:before="240" w:after="0" w:line="480" w:lineRule="auto"/>
      </w:pPr>
      <w:r>
        <w:rPr>
          <w:rFonts w:ascii="Times New Roman" w:hAnsi="Times New Roman" w:eastAsia="Times New Roman" w:cs="Times New Roman"/>
          <w:sz w:val="24"/>
        </w:rPr>
        <w:t>Name:_____________________Address:____________________________________ Work telephone:___________________ Home telephone: _______________________</w:t>
      </w:r>
    </w:p>
    <w:p>
      <w:pPr>
        <w:spacing w:line="480" w:lineRule="auto"/>
      </w:pPr>
      <w:r>
        <w:rPr>
          <w:rFonts w:ascii="Times New Roman" w:hAnsi="Times New Roman" w:eastAsia="Times New Roman" w:cs="Times New Roman"/>
          <w:sz w:val="24"/>
        </w:rPr>
        <w:t>Relationship: _________________________</w:t>
      </w:r>
    </w:p>
    <w:p>
      <w:pPr/>
    </w:p>
    <w:p>
      <w:pPr/>
      <w:r>
        <w:rPr>
          <w:rFonts w:ascii="Times New Roman" w:hAnsi="Times New Roman" w:eastAsia="Times New Roman" w:cs="Times New Roman"/>
          <w:b/>
          <w:sz w:val="24"/>
        </w:rPr>
        <w:t xml:space="preserve">When My Spouse is My Agent </w:t>
      </w:r>
      <w:r>
        <w:rPr>
          <w:rFonts w:ascii="Times New Roman" w:hAnsi="Times New Roman" w:eastAsia="Times New Roman" w:cs="Times New Roman"/>
          <w:b/>
          <w:sz w:val="24"/>
        </w:rPr>
        <w:t>(initial if desired)</w:t>
      </w:r>
      <w:r>
        <w:rPr>
          <w:rFonts w:ascii="Times New Roman" w:hAnsi="Times New Roman" w:eastAsia="Times New Roman" w:cs="Times New Roman"/>
          <w:b/>
          <w:sz w:val="24"/>
        </w:rPr>
        <w:t>:</w:t>
      </w:r>
    </w:p>
    <w:p>
      <w:pPr/>
    </w:p>
    <w:p>
      <w:pPr/>
      <w:r>
        <w:rPr>
          <w:rFonts w:ascii="Times New Roman" w:hAnsi="Times New Roman" w:eastAsia="Times New Roman" w:cs="Times New Roman"/>
          <w:sz w:val="24"/>
        </w:rPr>
        <w:t>_______If my spouse is my agent, that person shall remain my agent even if we become legally separated or our marriage is dissolved, unless there is a court order to the contrary or I have remarried.</w:t>
      </w:r>
    </w:p>
    <w:p>
      <w:pPr/>
    </w:p>
    <w:p>
      <w:pPr/>
      <w:r>
        <w:rPr>
          <w:rFonts w:ascii="Times New Roman" w:hAnsi="Times New Roman" w:eastAsia="Times New Roman" w:cs="Times New Roman"/>
          <w:b/>
          <w:sz w:val="24"/>
        </w:rPr>
        <w:t>Limitations on My Agent's Authority</w:t>
      </w:r>
    </w:p>
    <w:p>
      <w:pPr/>
    </w:p>
    <w:p>
      <w:pPr>
        <w:spacing w:line="480" w:lineRule="auto"/>
      </w:pPr>
      <w:r>
        <w:rPr>
          <w:rFonts w:ascii="Times New Roman" w:hAnsi="Times New Roman" w:eastAsia="Times New Roman" w:cs="Times New Roman"/>
          <w:sz w:val="24"/>
        </w:rPr>
        <w:t>I do not grant my agent the authority to consent on my behalf to the following:</w:t>
      </w:r>
    </w:p>
    <w:p>
      <w:pPr>
        <w:spacing w:line="48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w:t>
      </w:r>
    </w:p>
    <w:p>
      <w:pPr>
        <w:spacing w:line="480" w:lineRule="auto"/>
      </w:pPr>
      <w:r>
        <w:rPr>
          <w:rFonts w:ascii="Times New Roman" w:hAnsi="Times New Roman" w:eastAsia="Times New Roman" w:cs="Times New Roman"/>
          <w:b/>
          <w:sz w:val="24"/>
        </w:rPr>
        <w:t>Limitations on My Ability to Revoke this Durable Power of Attorney</w:t>
      </w:r>
    </w:p>
    <w:p>
      <w:pPr>
        <w:spacing w:line="480" w:lineRule="auto"/>
      </w:pPr>
      <w:r>
        <w:rPr>
          <w:rFonts w:ascii="Times New Roman" w:hAnsi="Times New Roman" w:eastAsia="Times New Roman" w:cs="Times New Roman"/>
          <w:sz w:val="24"/>
        </w:rPr>
        <w:t>I choose to limit my ability to revoke this durable power of attorney as follows:</w:t>
      </w:r>
    </w:p>
    <w:p>
      <w:pPr>
        <w:spacing w:line="48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w:t>
      </w:r>
    </w:p>
    <w:p>
      <w:pPr/>
      <w:r>
        <w:rPr>
          <w:rFonts w:ascii="Times New Roman" w:hAnsi="Times New Roman" w:eastAsia="Times New Roman" w:cs="Times New Roman"/>
          <w:b/>
          <w:sz w:val="24"/>
        </w:rPr>
        <w:t>Preference as to Court-Appointed Guardian</w:t>
      </w:r>
    </w:p>
    <w:p>
      <w:pPr/>
    </w:p>
    <w:p>
      <w:pPr/>
      <w:r>
        <w:rPr>
          <w:rFonts w:ascii="Times New Roman" w:hAnsi="Times New Roman" w:eastAsia="Times New Roman" w:cs="Times New Roman"/>
          <w:sz w:val="24"/>
        </w:rPr>
        <w:t>In the event a court appoints a guardian who will make decisions regarding my mental health treatment, I nominate the following person as my guardian:</w:t>
      </w:r>
    </w:p>
    <w:p>
      <w:pPr>
        <w:spacing w:before="240" w:after="0" w:line="480" w:lineRule="auto"/>
      </w:pPr>
      <w:r>
        <w:rPr>
          <w:rFonts w:ascii="Times New Roman" w:hAnsi="Times New Roman" w:eastAsia="Times New Roman" w:cs="Times New Roman"/>
          <w:sz w:val="24"/>
        </w:rPr>
        <w:t>Name:_____________________Address:____________________________________ Work telephone:___________________ Home telephone: _______________________</w:t>
      </w:r>
    </w:p>
    <w:p>
      <w:pPr>
        <w:spacing w:line="480" w:lineRule="auto"/>
      </w:pPr>
      <w:r>
        <w:rPr>
          <w:rFonts w:ascii="Times New Roman" w:hAnsi="Times New Roman" w:eastAsia="Times New Roman" w:cs="Times New Roman"/>
          <w:sz w:val="24"/>
        </w:rPr>
        <w:t>Relationship: _________________________</w:t>
      </w:r>
    </w:p>
    <w:p>
      <w:pPr/>
    </w:p>
    <w:p>
      <w:pPr/>
      <w:r>
        <w:rPr>
          <w:rFonts w:ascii="Times New Roman" w:hAnsi="Times New Roman" w:eastAsia="Times New Roman" w:cs="Times New Roman"/>
          <w:sz w:val="24"/>
        </w:rPr>
        <w:t>The appointment of a guardian of my estate or my person or any other decision maker shall not give the guardian or decision maker the power to revoke, suspend, or terminate this directive or the powers of my agent, except as authorized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____________________________________________________</w:t>
      </w:r>
    </w:p>
    <w:p>
      <w:pPr/>
      <w:r>
        <w:rPr>
          <w:rFonts w:ascii="Times New Roman" w:hAnsi="Times New Roman" w:eastAsia="Times New Roman" w:cs="Times New Roman"/>
          <w:sz w:val="24"/>
        </w:rPr>
        <w:t>(Signature required if nomination is made)</w:t>
      </w:r>
    </w:p>
    <w:p>
      <w:pPr/>
    </w:p>
    <w:p>
      <w:pPr/>
    </w:p>
    <w:p>
      <w:pPr>
        <w:jc w:val="center"/>
      </w:pPr>
      <w:r>
        <w:rPr>
          <w:rFonts w:ascii="Times New Roman" w:hAnsi="Times New Roman" w:eastAsia="Times New Roman" w:cs="Times New Roman"/>
          <w:b/>
          <w:sz w:val="24"/>
        </w:rPr>
        <w:t>PART VII.</w:t>
      </w:r>
    </w:p>
    <w:p>
      <w:pPr>
        <w:jc w:val="center"/>
      </w:pPr>
    </w:p>
    <w:p>
      <w:pPr>
        <w:jc w:val="center"/>
      </w:pPr>
      <w:r>
        <w:rPr>
          <w:rFonts w:ascii="Times New Roman" w:hAnsi="Times New Roman" w:eastAsia="Times New Roman" w:cs="Times New Roman"/>
          <w:b/>
          <w:sz w:val="24"/>
        </w:rPr>
        <w:t>OTHER DOCUMENTS</w:t>
      </w:r>
    </w:p>
    <w:p>
      <w:pPr/>
    </w:p>
    <w:p>
      <w:pPr/>
      <w:r>
        <w:rPr>
          <w:rFonts w:ascii="Times New Roman" w:hAnsi="Times New Roman" w:eastAsia="Times New Roman" w:cs="Times New Roman"/>
          <w:sz w:val="24"/>
        </w:rPr>
        <w:t>(Initial all that apply)</w:t>
      </w:r>
    </w:p>
    <w:p>
      <w:pPr/>
      <w:r>
        <w:rPr>
          <w:rFonts w:ascii="Times New Roman" w:hAnsi="Times New Roman" w:eastAsia="Times New Roman" w:cs="Times New Roman"/>
          <w:sz w:val="24"/>
        </w:rPr>
        <w:t>I have executed the following documents that include the power to make decisions regarding health care services for myself:</w:t>
      </w:r>
    </w:p>
    <w:p>
      <w:pPr>
        <w:spacing w:before="240" w:after="0" w:line="480" w:lineRule="auto"/>
      </w:pPr>
      <w:r>
        <w:rPr>
          <w:rFonts w:ascii="Times New Roman" w:hAnsi="Times New Roman" w:eastAsia="Times New Roman" w:cs="Times New Roman"/>
          <w:sz w:val="24"/>
        </w:rPr>
        <w:t>_______ Health care power of attorney (chapter 11.94 RCW)</w:t>
      </w:r>
    </w:p>
    <w:p>
      <w:pPr>
        <w:spacing w:line="480" w:lineRule="auto"/>
      </w:pPr>
      <w:r>
        <w:rPr>
          <w:rFonts w:ascii="Times New Roman" w:hAnsi="Times New Roman" w:eastAsia="Times New Roman" w:cs="Times New Roman"/>
          <w:sz w:val="24"/>
        </w:rPr>
        <w:t>_______ "Living will" (Health care directive; chapter 70.122 RCW)</w:t>
      </w:r>
    </w:p>
    <w:p>
      <w:pPr/>
      <w:r>
        <w:rPr>
          <w:rFonts w:ascii="Times New Roman" w:hAnsi="Times New Roman" w:eastAsia="Times New Roman" w:cs="Times New Roman"/>
          <w:sz w:val="24"/>
        </w:rPr>
        <w:t>_______ I have appointed more than one agent.  I understand that the most recently appointed agent controls except as stated below:</w:t>
      </w:r>
    </w:p>
    <w:p>
      <w:pPr/>
    </w:p>
    <w:p>
      <w:pPr/>
    </w:p>
    <w:p>
      <w:pPr>
        <w:jc w:val="center"/>
      </w:pPr>
      <w:r>
        <w:rPr>
          <w:rFonts w:ascii="Times New Roman" w:hAnsi="Times New Roman" w:eastAsia="Times New Roman" w:cs="Times New Roman"/>
          <w:b/>
          <w:sz w:val="24"/>
        </w:rPr>
        <w:t>PART VIII.</w:t>
      </w:r>
    </w:p>
    <w:p>
      <w:pPr>
        <w:jc w:val="center"/>
      </w:pPr>
    </w:p>
    <w:p>
      <w:pPr>
        <w:jc w:val="center"/>
      </w:pPr>
      <w:r>
        <w:rPr>
          <w:rFonts w:ascii="Times New Roman" w:hAnsi="Times New Roman" w:eastAsia="Times New Roman" w:cs="Times New Roman"/>
          <w:b/>
          <w:sz w:val="24"/>
        </w:rPr>
        <w:t>NOTIFICATION OF OTHERS AND CARE OF PERSONAL AFFAIRS</w:t>
      </w:r>
    </w:p>
    <w:p>
      <w:pPr>
        <w:jc w:val="center"/>
      </w:pPr>
      <w:r>
        <w:rPr>
          <w:rFonts w:ascii="Times New Roman" w:hAnsi="Times New Roman" w:eastAsia="Times New Roman" w:cs="Times New Roman"/>
          <w:sz w:val="24"/>
        </w:rPr>
        <w:t>(Fill out this part only if you wish to provide nontreatment instructions.)</w:t>
      </w:r>
    </w:p>
    <w:p>
      <w:pPr/>
    </w:p>
    <w:p>
      <w:pPr/>
      <w:r>
        <w:rPr>
          <w:rFonts w:ascii="Times New Roman" w:hAnsi="Times New Roman" w:eastAsia="Times New Roman" w:cs="Times New Roman"/>
          <w:sz w:val="24"/>
        </w:rPr>
        <w:t xml:space="preserve">I understand the preferences and instructions in this part are </w:t>
      </w:r>
      <w:r>
        <w:rPr>
          <w:rFonts w:ascii="Times New Roman" w:hAnsi="Times New Roman" w:eastAsia="Times New Roman" w:cs="Times New Roman"/>
          <w:b/>
          <w:sz w:val="24"/>
        </w:rPr>
        <w:t>NOT</w:t>
      </w:r>
      <w:r>
        <w:rPr>
          <w:rFonts w:ascii="Times New Roman" w:hAnsi="Times New Roman" w:eastAsia="Times New Roman" w:cs="Times New Roman"/>
          <w:sz w:val="24"/>
        </w:rPr>
        <w:t xml:space="preserve"> the responsibility of my treatment provider and that no treatment provider is required to act on them.</w:t>
      </w:r>
    </w:p>
    <w:p>
      <w:pPr/>
    </w:p>
    <w:p>
      <w:pPr/>
      <w:r>
        <w:rPr>
          <w:rFonts w:ascii="Times New Roman" w:hAnsi="Times New Roman" w:eastAsia="Times New Roman" w:cs="Times New Roman"/>
          <w:b/>
          <w:sz w:val="24"/>
        </w:rPr>
        <w:t>Who Should Be Notified</w:t>
      </w:r>
    </w:p>
    <w:p>
      <w:pPr/>
    </w:p>
    <w:p>
      <w:pPr/>
      <w:r>
        <w:rPr>
          <w:rFonts w:ascii="Times New Roman" w:hAnsi="Times New Roman" w:eastAsia="Times New Roman" w:cs="Times New Roman"/>
          <w:sz w:val="24"/>
        </w:rPr>
        <w:t>I desire my agent to notify the following individuals as soon as possible when this directive becomes effective:</w:t>
      </w:r>
    </w:p>
    <w:p>
      <w:pPr>
        <w:spacing w:before="240" w:after="0" w:line="480" w:lineRule="auto"/>
      </w:pPr>
      <w:r>
        <w:rPr>
          <w:rFonts w:ascii="Times New Roman" w:hAnsi="Times New Roman" w:eastAsia="Times New Roman" w:cs="Times New Roman"/>
          <w:sz w:val="24"/>
        </w:rPr>
        <w:t>Name:_____________________Address:____________________________________ Day telephone:___________________ Evening telephone: ______________________</w:t>
      </w:r>
    </w:p>
    <w:p>
      <w:pPr>
        <w:spacing w:line="480" w:lineRule="auto"/>
      </w:pPr>
      <w:r>
        <w:rPr>
          <w:rFonts w:ascii="Times New Roman" w:hAnsi="Times New Roman" w:eastAsia="Times New Roman" w:cs="Times New Roman"/>
          <w:sz w:val="24"/>
        </w:rPr>
        <w:t>Name:_____________________Address:____________________________________ Day telephone:___________________ Evening telephone: ______________________</w:t>
      </w:r>
    </w:p>
    <w:p>
      <w:pPr/>
    </w:p>
    <w:p>
      <w:pPr/>
      <w:r>
        <w:rPr>
          <w:rFonts w:ascii="Times New Roman" w:hAnsi="Times New Roman" w:eastAsia="Times New Roman" w:cs="Times New Roman"/>
          <w:b/>
          <w:sz w:val="24"/>
        </w:rPr>
        <w:t>Preferences or Instructions About Personal Affairs</w:t>
      </w:r>
    </w:p>
    <w:p>
      <w:pPr/>
    </w:p>
    <w:p>
      <w:pPr>
        <w:spacing w:line="480" w:lineRule="auto"/>
      </w:pPr>
      <w:r>
        <w:rPr>
          <w:rFonts w:ascii="Times New Roman" w:hAnsi="Times New Roman" w:eastAsia="Times New Roman" w:cs="Times New Roman"/>
          <w:sz w:val="24"/>
        </w:rPr>
        <w:t xml:space="preserve">I have the following preferences or instructions about my personal affairs (e.g., care of dependents, pets, household) if I am admitted to a mental health treatment facility: ____________________________________________________________________________________________________________________________________________ </w:t>
      </w:r>
    </w:p>
    <w:p>
      <w:pPr>
        <w:spacing w:line="480" w:lineRule="auto"/>
      </w:pPr>
    </w:p>
    <w:p>
      <w:pPr>
        <w:spacing w:line="480" w:lineRule="auto"/>
      </w:pPr>
      <w:r>
        <w:rPr>
          <w:rFonts w:ascii="Times New Roman" w:hAnsi="Times New Roman" w:eastAsia="Times New Roman" w:cs="Times New Roman"/>
          <w:sz w:val="24"/>
        </w:rPr>
        <w:t>Additional Preferences and Instructions:</w:t>
      </w:r>
    </w:p>
    <w:p>
      <w:pPr>
        <w:spacing w:line="48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w:t>
      </w:r>
    </w:p>
    <w:p>
      <w:pPr/>
    </w:p>
    <w:p>
      <w:pPr>
        <w:jc w:val="center"/>
      </w:pPr>
      <w:r>
        <w:rPr>
          <w:rFonts w:ascii="Times New Roman" w:hAnsi="Times New Roman" w:eastAsia="Times New Roman" w:cs="Times New Roman"/>
          <w:b/>
          <w:sz w:val="24"/>
        </w:rPr>
        <w:t>PART IX.</w:t>
      </w:r>
    </w:p>
    <w:p>
      <w:pPr>
        <w:jc w:val="center"/>
      </w:pPr>
    </w:p>
    <w:p>
      <w:pPr>
        <w:jc w:val="center"/>
      </w:pPr>
      <w:r>
        <w:rPr>
          <w:rFonts w:ascii="Times New Roman" w:hAnsi="Times New Roman" w:eastAsia="Times New Roman" w:cs="Times New Roman"/>
          <w:b/>
          <w:sz w:val="24"/>
        </w:rPr>
        <w:t>SIGNATURE</w:t>
      </w:r>
    </w:p>
    <w:p>
      <w:pPr/>
    </w:p>
    <w:p>
      <w:pPr/>
      <w:r>
        <w:rPr>
          <w:rFonts w:ascii="Times New Roman" w:hAnsi="Times New Roman" w:eastAsia="Times New Roman" w:cs="Times New Roman"/>
          <w:sz w:val="24"/>
        </w:rPr>
        <w:t>By signing here, I indicate that I understand the purpose and effect of this document and that I am giving my informed consent to the treatments and/or admission to which I have consented or authorized my agent to consent in this directive.  I intend that my consent in this directive be construed as being consistent with the elements of informed consent under chapter 7.70 RCW.</w:t>
      </w:r>
    </w:p>
    <w:p>
      <w:pPr/>
    </w:p>
    <w:p>
      <w:pPr>
        <w:spacing w:line="480" w:lineRule="auto"/>
      </w:pPr>
      <w:r>
        <w:rPr>
          <w:rFonts w:ascii="Times New Roman" w:hAnsi="Times New Roman" w:eastAsia="Times New Roman" w:cs="Times New Roman"/>
          <w:sz w:val="24"/>
        </w:rPr>
        <w:t xml:space="preserve">Signature: _________________________________ Date: _______________________ </w:t>
      </w:r>
    </w:p>
    <w:p>
      <w:pPr>
        <w:spacing w:line="480" w:lineRule="auto"/>
      </w:pPr>
      <w:r>
        <w:rPr>
          <w:rFonts w:ascii="Times New Roman" w:hAnsi="Times New Roman" w:eastAsia="Times New Roman" w:cs="Times New Roman"/>
          <w:sz w:val="24"/>
        </w:rPr>
        <w:t>Printed Name:__________________________________________________________</w:t>
      </w:r>
    </w:p>
    <w:p>
      <w:pPr/>
      <w:r>
        <w:rPr>
          <w:rFonts w:ascii="Times New Roman" w:hAnsi="Times New Roman" w:eastAsia="Times New Roman" w:cs="Times New Roman"/>
          <w:sz w:val="24"/>
        </w:rPr>
        <w:t>This directive was signed and declared by the "Principal," to be his or her directive, in our presence who, at his or her request, have signed our names below as witnesses.  We declare that, at the time of the creation of this instrument, the Principal is personally known to us, and, according to our best knowledge and belief, has capacity at this time and does not appear to be acting under duress, undue influence, or fraud.  We further declare that none of us is:</w:t>
      </w:r>
    </w:p>
    <w:p>
      <w:pPr/>
      <w:r>
        <w:rPr>
          <w:rFonts w:ascii="Times New Roman" w:hAnsi="Times New Roman" w:eastAsia="Times New Roman" w:cs="Times New Roman"/>
          <w:sz w:val="24"/>
        </w:rPr>
        <w:t>A person designated to make medical decisions on the principal's behalf;</w:t>
      </w:r>
    </w:p>
    <w:p>
      <w:pPr/>
      <w:r>
        <w:rPr>
          <w:rFonts w:ascii="Times New Roman" w:hAnsi="Times New Roman" w:eastAsia="Times New Roman" w:cs="Times New Roman"/>
          <w:sz w:val="24"/>
        </w:rPr>
        <w:t>A health care provider or professional person directly involved with the provision of care to the principal at the time thedirective is executed;</w:t>
      </w:r>
    </w:p>
    <w:p>
      <w:pPr/>
      <w:r>
        <w:rPr>
          <w:rFonts w:ascii="Times New Roman" w:hAnsi="Times New Roman" w:eastAsia="Times New Roman" w:cs="Times New Roman"/>
          <w:sz w:val="24"/>
        </w:rPr>
        <w:t>An owner, operator, employee, or relative of an owner or operator of a health care facility or long-term care facility in which the principal is a patient or resident;</w:t>
      </w:r>
    </w:p>
    <w:p>
      <w:pPr/>
      <w:r>
        <w:rPr>
          <w:rFonts w:ascii="Times New Roman" w:hAnsi="Times New Roman" w:eastAsia="Times New Roman" w:cs="Times New Roman"/>
          <w:sz w:val="24"/>
        </w:rPr>
        <w:t>A person who is related by blood, marriage, or adoption to the person, or with whom the principal has a dating relationship as defined in RCW 26.50.010;</w:t>
      </w:r>
    </w:p>
    <w:p>
      <w:pPr/>
      <w:r>
        <w:rPr>
          <w:rFonts w:ascii="Times New Roman" w:hAnsi="Times New Roman" w:eastAsia="Times New Roman" w:cs="Times New Roman"/>
          <w:sz w:val="24"/>
        </w:rPr>
        <w:t>An incapacitated person;</w:t>
      </w:r>
    </w:p>
    <w:p>
      <w:pPr/>
      <w:r>
        <w:rPr>
          <w:rFonts w:ascii="Times New Roman" w:hAnsi="Times New Roman" w:eastAsia="Times New Roman" w:cs="Times New Roman"/>
          <w:sz w:val="24"/>
        </w:rPr>
        <w:t>A person who would benefit financially if the principal undergoes mental health treatment; or</w:t>
      </w:r>
    </w:p>
    <w:p>
      <w:pPr/>
      <w:r>
        <w:rPr>
          <w:rFonts w:ascii="Times New Roman" w:hAnsi="Times New Roman" w:eastAsia="Times New Roman" w:cs="Times New Roman"/>
          <w:sz w:val="24"/>
        </w:rPr>
        <w:t>A minor.</w:t>
      </w:r>
    </w:p>
    <w:p>
      <w:pPr/>
    </w:p>
    <w:p>
      <w:pPr>
        <w:spacing w:line="480" w:lineRule="auto"/>
      </w:pPr>
      <w:r>
        <w:rPr>
          <w:rFonts w:ascii="Times New Roman" w:hAnsi="Times New Roman" w:eastAsia="Times New Roman" w:cs="Times New Roman"/>
          <w:sz w:val="24"/>
        </w:rPr>
        <w:t xml:space="preserve">Witness 1: Signature: ________________________________Date: _______________ </w:t>
      </w:r>
    </w:p>
    <w:p>
      <w:pPr>
        <w:spacing w:line="480" w:lineRule="auto"/>
      </w:pPr>
      <w:r>
        <w:rPr>
          <w:rFonts w:ascii="Times New Roman" w:hAnsi="Times New Roman" w:eastAsia="Times New Roman" w:cs="Times New Roman"/>
          <w:sz w:val="24"/>
        </w:rPr>
        <w:t>Printed Name:__________________________________________________________</w:t>
      </w:r>
    </w:p>
    <w:p>
      <w:pPr>
        <w:spacing w:line="480" w:lineRule="auto"/>
      </w:pPr>
      <w:r>
        <w:rPr>
          <w:rFonts w:ascii="Times New Roman" w:hAnsi="Times New Roman" w:eastAsia="Times New Roman" w:cs="Times New Roman"/>
          <w:sz w:val="24"/>
        </w:rPr>
        <w:t>Telephone _________________ Address_____________________________________</w:t>
      </w:r>
    </w:p>
    <w:p>
      <w:pPr>
        <w:spacing w:line="480" w:lineRule="auto"/>
      </w:pPr>
    </w:p>
    <w:p>
      <w:pPr>
        <w:spacing w:line="480" w:lineRule="auto"/>
      </w:pPr>
      <w:r>
        <w:rPr>
          <w:rFonts w:ascii="Times New Roman" w:hAnsi="Times New Roman" w:eastAsia="Times New Roman" w:cs="Times New Roman"/>
          <w:sz w:val="24"/>
        </w:rPr>
        <w:t xml:space="preserve">Witness 2: Signature: ________________________________Date: _______________ </w:t>
      </w:r>
    </w:p>
    <w:p>
      <w:pPr>
        <w:spacing w:line="480" w:lineRule="auto"/>
      </w:pPr>
      <w:r>
        <w:rPr>
          <w:rFonts w:ascii="Times New Roman" w:hAnsi="Times New Roman" w:eastAsia="Times New Roman" w:cs="Times New Roman"/>
          <w:sz w:val="24"/>
        </w:rPr>
        <w:t>Printed Name:__________________________________________________________</w:t>
      </w:r>
    </w:p>
    <w:p>
      <w:pPr>
        <w:spacing w:line="480" w:lineRule="auto"/>
      </w:pPr>
      <w:r>
        <w:rPr>
          <w:rFonts w:ascii="Times New Roman" w:hAnsi="Times New Roman" w:eastAsia="Times New Roman" w:cs="Times New Roman"/>
          <w:sz w:val="24"/>
        </w:rPr>
        <w:t>Telephone _________________ Address_____________________________________</w:t>
      </w:r>
    </w:p>
    <w:p>
      <w:pPr/>
    </w:p>
    <w:p>
      <w:pPr/>
    </w:p>
    <w:p>
      <w:pPr>
        <w:jc w:val="center"/>
      </w:pPr>
      <w:r>
        <w:rPr>
          <w:rFonts w:ascii="Times New Roman" w:hAnsi="Times New Roman" w:eastAsia="Times New Roman" w:cs="Times New Roman"/>
          <w:b/>
          <w:sz w:val="24"/>
        </w:rPr>
        <w:t>PART X.</w:t>
      </w:r>
    </w:p>
    <w:p>
      <w:pPr>
        <w:jc w:val="center"/>
      </w:pPr>
    </w:p>
    <w:p>
      <w:pPr>
        <w:jc w:val="center"/>
      </w:pPr>
      <w:r>
        <w:rPr>
          <w:rFonts w:ascii="Times New Roman" w:hAnsi="Times New Roman" w:eastAsia="Times New Roman" w:cs="Times New Roman"/>
          <w:b/>
          <w:sz w:val="24"/>
        </w:rPr>
        <w:t>RECORD OF DIRECTIVE</w:t>
      </w:r>
    </w:p>
    <w:p>
      <w:pPr>
        <w:jc w:val="center"/>
      </w:pPr>
    </w:p>
    <w:p>
      <w:pPr>
        <w:spacing w:line="480" w:lineRule="auto"/>
      </w:pPr>
      <w:r>
        <w:rPr>
          <w:rFonts w:ascii="Times New Roman" w:hAnsi="Times New Roman" w:eastAsia="Times New Roman" w:cs="Times New Roman"/>
          <w:sz w:val="24"/>
        </w:rPr>
        <w:t>I have given a copy of this directive to the following persons: ____________________________________________________________________________________________________________________________________________</w:t>
      </w:r>
    </w:p>
    <w:p>
      <w:pPr/>
    </w:p>
    <w:p>
      <w:pPr>
        <w:spacing w:before="0" w:after="0"/>
        <w:jc w:val="center"/>
      </w:pPr>
      <w:r>
        <w:rPr>
          <w:rFonts w:ascii="Times New Roman" w:hAnsi="Times New Roman" w:eastAsia="Times New Roman" w:cs="Times New Roman"/>
          <w:sz w:val="24"/>
        </w:rPr>
        <w:t>DO NOT FILL OUT PART XI UNLESS YOU INTEND TO REVOKE</w:t>
      </w:r>
    </w:p>
    <w:p>
      <w:pPr>
        <w:jc w:val="center"/>
      </w:pPr>
      <w:r>
        <w:rPr>
          <w:rFonts w:ascii="Times New Roman" w:hAnsi="Times New Roman" w:eastAsia="Times New Roman" w:cs="Times New Roman"/>
          <w:sz w:val="24"/>
        </w:rPr>
        <w:t>THIS DIRECTIVE IN PART OR IN WHOLE</w:t>
      </w:r>
    </w:p>
    <w:p>
      <w:pPr>
        <w:jc w:val="center"/>
      </w:pPr>
    </w:p>
    <w:p>
      <w:pPr>
        <w:jc w:val="center"/>
      </w:pPr>
      <w:r>
        <w:rPr>
          <w:rFonts w:ascii="Times New Roman" w:hAnsi="Times New Roman" w:eastAsia="Times New Roman" w:cs="Times New Roman"/>
          <w:b/>
          <w:sz w:val="24"/>
        </w:rPr>
        <w:t>PART XI.</w:t>
      </w:r>
    </w:p>
    <w:p>
      <w:pPr>
        <w:jc w:val="center"/>
      </w:pPr>
    </w:p>
    <w:p>
      <w:pPr>
        <w:jc w:val="center"/>
      </w:pPr>
      <w:r>
        <w:rPr>
          <w:rFonts w:ascii="Times New Roman" w:hAnsi="Times New Roman" w:eastAsia="Times New Roman" w:cs="Times New Roman"/>
          <w:b/>
          <w:sz w:val="24"/>
        </w:rPr>
        <w:t>REVOCATION OF THIS DIRECTIVE</w:t>
      </w:r>
    </w:p>
    <w:p>
      <w:pPr/>
      <w:r>
        <w:rPr>
          <w:rFonts w:ascii="Times New Roman" w:hAnsi="Times New Roman" w:eastAsia="Times New Roman" w:cs="Times New Roman"/>
          <w:sz w:val="24"/>
        </w:rPr>
        <w:t>(Initial any that apply)</w:t>
      </w:r>
      <w:r>
        <w:rPr>
          <w:rFonts w:ascii="Times New Roman" w:hAnsi="Times New Roman" w:eastAsia="Times New Roman" w:cs="Times New Roman"/>
          <w:sz w:val="24"/>
        </w:rPr>
        <w:t>:</w:t>
      </w:r>
    </w:p>
    <w:p>
      <w:pPr>
        <w:spacing w:line="480" w:lineRule="auto"/>
      </w:pPr>
    </w:p>
    <w:p>
      <w:pPr>
        <w:spacing w:line="480" w:lineRule="auto"/>
      </w:pPr>
      <w:r>
        <w:rPr>
          <w:rFonts w:ascii="Times New Roman" w:hAnsi="Times New Roman" w:eastAsia="Times New Roman" w:cs="Times New Roman"/>
          <w:sz w:val="24"/>
        </w:rPr>
        <w:t>_______I am revoking the following part(s) of this directive (specify): ______________________________________________________________________</w:t>
      </w:r>
    </w:p>
    <w:p>
      <w:pPr>
        <w:spacing w:line="480" w:lineRule="auto"/>
      </w:pPr>
    </w:p>
    <w:p>
      <w:pPr>
        <w:spacing w:line="480" w:lineRule="auto"/>
      </w:pPr>
      <w:r>
        <w:rPr>
          <w:rFonts w:ascii="Times New Roman" w:hAnsi="Times New Roman" w:eastAsia="Times New Roman" w:cs="Times New Roman"/>
          <w:sz w:val="24"/>
        </w:rPr>
        <w:t>_______I am revoking all of this directive.</w:t>
      </w:r>
    </w:p>
    <w:p>
      <w:pPr/>
    </w:p>
    <w:p>
      <w:pPr/>
      <w:r>
        <w:rPr>
          <w:rFonts w:ascii="Times New Roman" w:hAnsi="Times New Roman" w:eastAsia="Times New Roman" w:cs="Times New Roman"/>
          <w:sz w:val="24"/>
        </w:rPr>
        <w:t>By signing here, I indicate that I understand the purpose and effect of my revocation and that no person is bound by any revoked provision(s).  I intend this revocation to be interpreted as if I had never completed the revoked provision(s).</w:t>
      </w:r>
    </w:p>
    <w:p>
      <w:pPr>
        <w:spacing w:before="240" w:after="0" w:line="480" w:lineRule="auto"/>
      </w:pPr>
      <w:r>
        <w:rPr>
          <w:rFonts w:ascii="Times New Roman" w:hAnsi="Times New Roman" w:eastAsia="Times New Roman" w:cs="Times New Roman"/>
          <w:sz w:val="24"/>
        </w:rPr>
        <w:t xml:space="preserve">Signature: ______________________________________Date: __________________ </w:t>
      </w:r>
    </w:p>
    <w:p>
      <w:pPr>
        <w:spacing w:line="480" w:lineRule="auto"/>
      </w:pPr>
      <w:r>
        <w:rPr>
          <w:rFonts w:ascii="Times New Roman" w:hAnsi="Times New Roman" w:eastAsia="Times New Roman" w:cs="Times New Roman"/>
          <w:sz w:val="24"/>
        </w:rPr>
        <w:t>Printed Name:__________________________________________________________</w:t>
      </w:r>
    </w:p>
    <w:p>
      <w:pPr>
        <w:jc w:val="center"/>
      </w:pPr>
    </w:p>
    <w:p>
      <w:pPr>
        <w:jc w:val="center"/>
      </w:pPr>
      <w:r>
        <w:rPr>
          <w:rFonts w:ascii="Times New Roman" w:hAnsi="Times New Roman" w:eastAsia="Times New Roman" w:cs="Times New Roman"/>
          <w:b/>
          <w:sz w:val="24"/>
        </w:rPr>
        <w:t>DO NOT SIGN THIS PART UNLESS YOU INTEND TO REVOKE THIS DIRECTIVE IN PART OR IN WHOLE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