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AUTHORIZATION AND CONSENT FOR WAXING</w:t>
      </w:r>
    </w:p>
    <w:p>
      <w:pPr>
        <w:jc w:val="center"/>
      </w:pPr>
      <w:r>
        <w:rPr>
          <w:rFonts w:ascii="Times New Roman" w:hAnsi="Times New Roman" w:eastAsia="Times New Roman" w:cs="Times New Roman"/>
          <w:b/>
          <w:sz w:val="24"/>
        </w:rPr>
        <w:t>Please read and complete this form carefully.</w:t>
      </w:r>
    </w:p>
    <w:p>
      <w:pPr/>
    </w:p>
    <w:p>
      <w:pPr/>
    </w:p>
    <w:p>
      <w:pPr/>
    </w:p>
    <w:p>
      <w:pPr/>
      <w:r>
        <w:rPr>
          <w:rFonts w:ascii="Times New Roman" w:hAnsi="Times New Roman" w:eastAsia="Times New Roman" w:cs="Times New Roman"/>
          <w:b/>
          <w:sz w:val="24"/>
        </w:rPr>
        <w:t>To the client:</w:t>
      </w:r>
      <w:r>
        <w:rPr>
          <w:rFonts w:ascii="Times New Roman" w:hAnsi="Times New Roman" w:eastAsia="Times New Roman" w:cs="Times New Roman"/>
          <w:sz w:val="24"/>
        </w:rPr>
        <w:t xml:space="preserve"> You have the right to be informed about the procedure(s) to be administered, including benefits, risks, and potential side-effects, so that you can decide whether to proceed. You are encouraged to ask </w:t>
      </w:r>
      <w:r>
        <w:rPr>
          <w:rFonts w:ascii="Times New Roman" w:hAnsi="Times New Roman" w:eastAsia="Times New Roman" w:cs="Times New Roman"/>
          <w:sz w:val="24"/>
        </w:rPr>
        <w:t>[COMPANY NAME]</w:t>
      </w:r>
      <w:r>
        <w:rPr>
          <w:rFonts w:ascii="Times New Roman" w:hAnsi="Times New Roman" w:eastAsia="Times New Roman" w:cs="Times New Roman"/>
          <w:sz w:val="24"/>
        </w:rPr>
        <w:t xml:space="preserve"> any questions you may have and to consult with a healthcare provider if you have additional questions.</w:t>
      </w:r>
    </w:p>
    <w:p>
      <w:pPr/>
    </w:p>
    <w:p>
      <w:pPr/>
      <w:r>
        <w:rPr>
          <w:rFonts w:ascii="Times New Roman" w:hAnsi="Times New Roman" w:eastAsia="Times New Roman" w:cs="Times New Roman"/>
          <w:b/>
          <w:sz w:val="24"/>
        </w:rPr>
        <w:t>Questionnaire:</w:t>
      </w:r>
      <w:r>
        <w:rPr>
          <w:rFonts w:ascii="Times New Roman" w:hAnsi="Times New Roman" w:eastAsia="Times New Roman" w:cs="Times New Roman"/>
          <w:sz w:val="24"/>
        </w:rPr>
        <w:t xml:space="preserve"> By signing this authorization form, you declare that the answers given herein are true and complete to the best of your knowledge. False or misleading answers can lead to complications and/or undesirable results.</w:t>
      </w:r>
    </w:p>
    <w:p>
      <w:pPr/>
    </w:p>
    <w:p>
      <w:pPr/>
      <w:r>
        <w:rPr>
          <w:rFonts w:ascii="Times New Roman" w:hAnsi="Times New Roman" w:eastAsia="Times New Roman" w:cs="Times New Roman"/>
          <w:sz w:val="24"/>
        </w:rPr>
        <w:t>Please indicate your answer by checking one box per question and provide detail where appropriate.</w:t>
      </w:r>
    </w:p>
    <w:p>
      <w:pPr/>
    </w:p>
    <w:p>
      <w:pPr/>
      <w:r>
        <w:rPr>
          <w:rFonts w:ascii="Times New Roman" w:hAnsi="Times New Roman" w:eastAsia="Times New Roman" w:cs="Times New Roman"/>
          <w:b/>
          <w:sz w:val="24"/>
        </w:rPr>
        <w:t>Have you taken Accutane within the past 12 months?</w:t>
      </w:r>
      <w:r>
        <w:rPr>
          <w:rFonts w:ascii="Times New Roman" w:hAnsi="Times New Roman" w:eastAsia="Times New Roman" w:cs="Times New Roman"/>
          <w:sz w:val="24"/>
        </w:rPr>
        <w:tab/>
      </w:r>
      <w:r>
        <w:rPr>
          <w:rFonts w:ascii="Times New Roman" w:hAnsi="Times New Roman" w:eastAsia="Times New Roman" w:cs="Times New Roman"/>
          <w:sz w:val="24"/>
        </w:rPr>
        <w:t xml:space="preserve">Yes  </w:t>
      </w:r>
      <w:r>
        <w:rPr>
          <w:rFonts w:ascii="Times New Roman" w:hAnsi="Times New Roman" w:eastAsia="Times New Roman" w:cs="Times New Roman"/>
          <w:sz w:val="24"/>
        </w:rPr>
        <w:t>No</w:t>
      </w:r>
    </w:p>
    <w:p>
      <w:pPr>
        <w:spacing w:line="360" w:lineRule="auto"/>
      </w:pPr>
      <w:r>
        <w:rPr>
          <w:rFonts w:ascii="Times New Roman" w:hAnsi="Times New Roman" w:eastAsia="Times New Roman" w:cs="Times New Roman"/>
          <w:sz w:val="24"/>
        </w:rPr>
        <w:tab/>
        <w:t>If so, provide date of last dose:</w:t>
        <w:tab/>
      </w:r>
    </w:p>
    <w:p>
      <w:pPr>
        <w:spacing w:line="360" w:lineRule="auto"/>
      </w:pPr>
      <w:r>
        <w:rPr>
          <w:rFonts w:ascii="Times New Roman" w:hAnsi="Times New Roman" w:eastAsia="Times New Roman" w:cs="Times New Roman"/>
          <w:b/>
          <w:sz w:val="24"/>
        </w:rPr>
        <w:t>Are you pregnant, diabetic, or receiving cancer treatment?</w:t>
      </w:r>
      <w:r>
        <w:rPr>
          <w:rFonts w:ascii="Times New Roman" w:hAnsi="Times New Roman" w:eastAsia="Times New Roman" w:cs="Times New Roman"/>
          <w:sz w:val="24"/>
        </w:rPr>
        <w:tab/>
      </w:r>
      <w:r>
        <w:rPr>
          <w:rFonts w:ascii="Times New Roman" w:hAnsi="Times New Roman" w:eastAsia="Times New Roman" w:cs="Times New Roman"/>
          <w:sz w:val="24"/>
        </w:rPr>
        <w:t xml:space="preserve">Yes  </w:t>
      </w:r>
      <w:r>
        <w:rPr>
          <w:rFonts w:ascii="Times New Roman" w:hAnsi="Times New Roman" w:eastAsia="Times New Roman" w:cs="Times New Roman"/>
          <w:sz w:val="24"/>
        </w:rPr>
        <w:t>No</w:t>
      </w:r>
    </w:p>
    <w:p>
      <w:pPr/>
      <w:r>
        <w:rPr>
          <w:rFonts w:ascii="Times New Roman" w:hAnsi="Times New Roman" w:eastAsia="Times New Roman" w:cs="Times New Roman"/>
          <w:b/>
          <w:sz w:val="24"/>
        </w:rPr>
        <w:t>Have you recently received any exfoliating treatments or chemical</w:t>
        <w:tab/>
        <w:tab/>
      </w:r>
      <w:r>
        <w:rPr>
          <w:rFonts w:ascii="Times New Roman" w:hAnsi="Times New Roman" w:eastAsia="Times New Roman" w:cs="Times New Roman"/>
          <w:sz w:val="24"/>
        </w:rPr>
        <w:t xml:space="preserve">Yes  </w:t>
      </w:r>
      <w:r>
        <w:rPr>
          <w:rFonts w:ascii="Times New Roman" w:hAnsi="Times New Roman" w:eastAsia="Times New Roman" w:cs="Times New Roman"/>
          <w:sz w:val="24"/>
        </w:rPr>
        <w:t>No</w:t>
      </w:r>
    </w:p>
    <w:p>
      <w:pPr>
        <w:spacing w:line="360" w:lineRule="auto"/>
      </w:pPr>
      <w:r>
        <w:rPr>
          <w:rFonts w:ascii="Times New Roman" w:hAnsi="Times New Roman" w:eastAsia="Times New Roman" w:cs="Times New Roman"/>
          <w:b/>
          <w:sz w:val="24"/>
        </w:rPr>
        <w:t>peels?</w:t>
      </w:r>
      <w:r>
        <w:rPr>
          <w:rFonts w:ascii="Times New Roman" w:hAnsi="Times New Roman" w:eastAsia="Times New Roman" w:cs="Times New Roman"/>
          <w:sz w:val="24"/>
        </w:rPr>
        <w:tab/>
      </w:r>
    </w:p>
    <w:p>
      <w:pPr/>
      <w:r>
        <w:rPr>
          <w:rFonts w:ascii="Times New Roman" w:hAnsi="Times New Roman" w:eastAsia="Times New Roman" w:cs="Times New Roman"/>
          <w:b/>
          <w:sz w:val="24"/>
        </w:rPr>
        <w:t>Are you using acne medications (prescribed or over the counter)</w:t>
        <w:tab/>
        <w:tab/>
      </w:r>
      <w:r>
        <w:rPr>
          <w:rFonts w:ascii="Times New Roman" w:hAnsi="Times New Roman" w:eastAsia="Times New Roman" w:cs="Times New Roman"/>
          <w:sz w:val="24"/>
        </w:rPr>
        <w:t xml:space="preserve">Yes  </w:t>
      </w:r>
      <w:r>
        <w:rPr>
          <w:rFonts w:ascii="Times New Roman" w:hAnsi="Times New Roman" w:eastAsia="Times New Roman" w:cs="Times New Roman"/>
          <w:sz w:val="24"/>
        </w:rPr>
        <w:t>No</w:t>
      </w:r>
    </w:p>
    <w:p>
      <w:pPr/>
      <w:r>
        <w:rPr>
          <w:rFonts w:ascii="Times New Roman" w:hAnsi="Times New Roman" w:eastAsia="Times New Roman" w:cs="Times New Roman"/>
          <w:b/>
          <w:sz w:val="24"/>
        </w:rPr>
        <w:t>including:</w:t>
      </w:r>
      <w:r>
        <w:rPr>
          <w:rFonts w:ascii="Times New Roman" w:hAnsi="Times New Roman" w:eastAsia="Times New Roman" w:cs="Times New Roman"/>
          <w:sz w:val="24"/>
        </w:rPr>
        <w:t xml:space="preserve"> </w:t>
      </w:r>
      <w:r>
        <w:rPr>
          <w:rFonts w:ascii="Times New Roman" w:hAnsi="Times New Roman" w:eastAsia="Times New Roman" w:cs="Times New Roman"/>
          <w:b/>
          <w:sz w:val="24"/>
        </w:rPr>
        <w:t>Retin-A, Differin, Tazorac, Atralin, or other retinoids?</w:t>
        <w:tab/>
      </w:r>
    </w:p>
    <w:p>
      <w:pPr/>
      <w:r>
        <w:rPr>
          <w:rFonts w:ascii="Times New Roman" w:hAnsi="Times New Roman" w:eastAsia="Times New Roman" w:cs="Times New Roman"/>
          <w:sz w:val="24"/>
        </w:rPr>
        <w:tab/>
        <w:t>If so, please specify and provide date of last dose:</w:t>
        <w:tab/>
      </w:r>
    </w:p>
    <w:p>
      <w:pPr>
        <w:spacing w:line="360" w:lineRule="auto"/>
      </w:pPr>
      <w:r>
        <w:rPr>
          <w:rFonts w:ascii="Times New Roman" w:hAnsi="Times New Roman" w:eastAsia="Times New Roman" w:cs="Times New Roman"/>
          <w:sz w:val="24"/>
        </w:rPr>
        <w:tab/>
        <w:tab/>
        <w:tab/>
      </w:r>
    </w:p>
    <w:p>
      <w:pPr/>
      <w:r>
        <w:rPr>
          <w:rFonts w:ascii="Times New Roman" w:hAnsi="Times New Roman" w:eastAsia="Times New Roman" w:cs="Times New Roman"/>
          <w:b/>
          <w:sz w:val="24"/>
        </w:rPr>
        <w:t>Are you taking antibiotics, birth control, or hormone replacements?</w:t>
        <w:tab/>
      </w:r>
      <w:r>
        <w:rPr>
          <w:rFonts w:ascii="Times New Roman" w:hAnsi="Times New Roman" w:eastAsia="Times New Roman" w:cs="Times New Roman"/>
          <w:sz w:val="24"/>
        </w:rPr>
        <w:t xml:space="preserve">Yes  </w:t>
      </w:r>
      <w:r>
        <w:rPr>
          <w:rFonts w:ascii="Times New Roman" w:hAnsi="Times New Roman" w:eastAsia="Times New Roman" w:cs="Times New Roman"/>
          <w:sz w:val="24"/>
        </w:rPr>
        <w:t>No</w:t>
      </w:r>
    </w:p>
    <w:p>
      <w:pPr/>
      <w:r>
        <w:rPr>
          <w:rFonts w:ascii="Times New Roman" w:hAnsi="Times New Roman" w:eastAsia="Times New Roman" w:cs="Times New Roman"/>
          <w:sz w:val="24"/>
        </w:rPr>
        <w:tab/>
        <w:t>If so, please specify and provide date of last dose:</w:t>
        <w:tab/>
      </w:r>
    </w:p>
    <w:p>
      <w:pPr>
        <w:spacing w:line="360" w:lineRule="auto"/>
      </w:pPr>
      <w:r>
        <w:rPr>
          <w:rFonts w:ascii="Times New Roman" w:hAnsi="Times New Roman" w:eastAsia="Times New Roman" w:cs="Times New Roman"/>
          <w:sz w:val="24"/>
        </w:rPr>
        <w:tab/>
        <w:tab/>
      </w:r>
    </w:p>
    <w:p>
      <w:pPr/>
      <w:r>
        <w:rPr>
          <w:rFonts w:ascii="Times New Roman" w:hAnsi="Times New Roman" w:eastAsia="Times New Roman" w:cs="Times New Roman"/>
          <w:b/>
          <w:sz w:val="24"/>
        </w:rPr>
        <w:t>Do you have AIDS, Lupus, or other chronic condition(s) that may</w:t>
        <w:tab/>
        <w:tab/>
      </w:r>
      <w:r>
        <w:rPr>
          <w:rFonts w:ascii="Times New Roman" w:hAnsi="Times New Roman" w:eastAsia="Times New Roman" w:cs="Times New Roman"/>
          <w:sz w:val="24"/>
        </w:rPr>
        <w:t xml:space="preserve">Yes  </w:t>
      </w:r>
      <w:r>
        <w:rPr>
          <w:rFonts w:ascii="Times New Roman" w:hAnsi="Times New Roman" w:eastAsia="Times New Roman" w:cs="Times New Roman"/>
          <w:sz w:val="24"/>
        </w:rPr>
        <w:t>No</w:t>
      </w:r>
    </w:p>
    <w:p>
      <w:pPr/>
      <w:r>
        <w:rPr>
          <w:rFonts w:ascii="Times New Roman" w:hAnsi="Times New Roman" w:eastAsia="Times New Roman" w:cs="Times New Roman"/>
          <w:b/>
          <w:sz w:val="24"/>
        </w:rPr>
        <w:t>compromise</w:t>
      </w:r>
      <w:r>
        <w:rPr>
          <w:rFonts w:ascii="Times New Roman" w:hAnsi="Times New Roman" w:eastAsia="Times New Roman" w:cs="Times New Roman"/>
          <w:sz w:val="24"/>
        </w:rPr>
        <w:t xml:space="preserve"> </w:t>
      </w:r>
      <w:r>
        <w:rPr>
          <w:rFonts w:ascii="Times New Roman" w:hAnsi="Times New Roman" w:eastAsia="Times New Roman" w:cs="Times New Roman"/>
          <w:b/>
          <w:sz w:val="24"/>
        </w:rPr>
        <w:t>the skin barrier?</w:t>
        <w:tab/>
        <w:tab/>
      </w:r>
    </w:p>
    <w:p>
      <w:pPr>
        <w:spacing w:line="360" w:lineRule="auto"/>
      </w:pPr>
      <w:r>
        <w:rPr>
          <w:rFonts w:ascii="Times New Roman" w:hAnsi="Times New Roman" w:eastAsia="Times New Roman" w:cs="Times New Roman"/>
          <w:sz w:val="24"/>
        </w:rPr>
        <w:tab/>
        <w:t>If so, please specify:</w:t>
        <w:tab/>
        <w:tab/>
      </w:r>
    </w:p>
    <w:p>
      <w:pPr/>
      <w:r>
        <w:rPr>
          <w:rFonts w:ascii="Times New Roman" w:hAnsi="Times New Roman" w:eastAsia="Times New Roman" w:cs="Times New Roman"/>
          <w:b/>
          <w:sz w:val="24"/>
        </w:rPr>
        <w:t>Do you have any allergies including allergies to wax or latex?</w:t>
      </w:r>
      <w:r>
        <w:rPr>
          <w:rFonts w:ascii="Times New Roman" w:hAnsi="Times New Roman" w:eastAsia="Times New Roman" w:cs="Times New Roman"/>
          <w:sz w:val="24"/>
        </w:rPr>
        <w:tab/>
        <w:tab/>
      </w:r>
      <w:r>
        <w:rPr>
          <w:rFonts w:ascii="Times New Roman" w:hAnsi="Times New Roman" w:eastAsia="Times New Roman" w:cs="Times New Roman"/>
          <w:sz w:val="24"/>
        </w:rPr>
        <w:t xml:space="preserve">Yes  </w:t>
      </w:r>
      <w:r>
        <w:rPr>
          <w:rFonts w:ascii="Times New Roman" w:hAnsi="Times New Roman" w:eastAsia="Times New Roman" w:cs="Times New Roman"/>
          <w:sz w:val="24"/>
        </w:rPr>
        <w:t>No</w:t>
      </w:r>
    </w:p>
    <w:p>
      <w:pPr>
        <w:spacing w:line="360" w:lineRule="auto"/>
      </w:pPr>
      <w:r>
        <w:rPr>
          <w:rFonts w:ascii="Times New Roman" w:hAnsi="Times New Roman" w:eastAsia="Times New Roman" w:cs="Times New Roman"/>
          <w:sz w:val="24"/>
        </w:rPr>
        <w:tab/>
        <w:t>If so, please specify:</w:t>
        <w:tab/>
      </w:r>
    </w:p>
    <w:p>
      <w:pPr/>
      <w:r>
        <w:rPr>
          <w:rFonts w:ascii="Times New Roman" w:hAnsi="Times New Roman" w:eastAsia="Times New Roman" w:cs="Times New Roman"/>
          <w:b/>
          <w:sz w:val="24"/>
        </w:rPr>
        <w:t>Have you used a tanning bed or experienced prolonged sun</w:t>
      </w:r>
      <w:r>
        <w:rPr>
          <w:rFonts w:ascii="Times New Roman" w:hAnsi="Times New Roman" w:eastAsia="Times New Roman" w:cs="Times New Roman"/>
          <w:sz w:val="24"/>
        </w:rPr>
        <w:tab/>
        <w:tab/>
      </w:r>
      <w:r>
        <w:rPr>
          <w:rFonts w:ascii="Times New Roman" w:hAnsi="Times New Roman" w:eastAsia="Times New Roman" w:cs="Times New Roman"/>
          <w:sz w:val="24"/>
        </w:rPr>
        <w:t xml:space="preserve">Yes  </w:t>
      </w:r>
      <w:r>
        <w:rPr>
          <w:rFonts w:ascii="Times New Roman" w:hAnsi="Times New Roman" w:eastAsia="Times New Roman" w:cs="Times New Roman"/>
          <w:sz w:val="24"/>
        </w:rPr>
        <w:t>No</w:t>
      </w:r>
    </w:p>
    <w:p>
      <w:pPr>
        <w:spacing w:line="360" w:lineRule="auto"/>
      </w:pPr>
      <w:r>
        <w:rPr>
          <w:rFonts w:ascii="Times New Roman" w:hAnsi="Times New Roman" w:eastAsia="Times New Roman" w:cs="Times New Roman"/>
          <w:b/>
          <w:sz w:val="24"/>
        </w:rPr>
        <w:t>exposure within the past 24 hours?</w:t>
        <w:tab/>
        <w:tab/>
      </w:r>
    </w:p>
    <w:p>
      <w:pPr/>
      <w:r>
        <w:rPr>
          <w:rFonts w:ascii="Times New Roman" w:hAnsi="Times New Roman" w:eastAsia="Times New Roman" w:cs="Times New Roman"/>
          <w:b/>
          <w:sz w:val="24"/>
        </w:rPr>
        <w:t>Do you have rosacea, eczema, psoriasis, cracked or open skin,</w:t>
        <w:tab/>
        <w:tab/>
      </w:r>
      <w:r>
        <w:rPr>
          <w:rFonts w:ascii="Times New Roman" w:hAnsi="Times New Roman" w:eastAsia="Times New Roman" w:cs="Times New Roman"/>
          <w:sz w:val="24"/>
        </w:rPr>
        <w:t xml:space="preserve">Yes  </w:t>
      </w:r>
      <w:r>
        <w:rPr>
          <w:rFonts w:ascii="Times New Roman" w:hAnsi="Times New Roman" w:eastAsia="Times New Roman" w:cs="Times New Roman"/>
          <w:sz w:val="24"/>
        </w:rPr>
        <w:t>No</w:t>
      </w:r>
    </w:p>
    <w:p>
      <w:pPr/>
      <w:r>
        <w:rPr>
          <w:rFonts w:ascii="Times New Roman" w:hAnsi="Times New Roman" w:eastAsia="Times New Roman" w:cs="Times New Roman"/>
          <w:b/>
          <w:sz w:val="24"/>
        </w:rPr>
        <w:t>severe</w:t>
      </w:r>
      <w:r>
        <w:rPr>
          <w:rFonts w:ascii="Times New Roman" w:hAnsi="Times New Roman" w:eastAsia="Times New Roman" w:cs="Times New Roman"/>
          <w:sz w:val="24"/>
        </w:rPr>
        <w:t xml:space="preserve"> </w:t>
      </w:r>
      <w:r>
        <w:rPr>
          <w:rFonts w:ascii="Times New Roman" w:hAnsi="Times New Roman" w:eastAsia="Times New Roman" w:cs="Times New Roman"/>
          <w:b/>
          <w:sz w:val="24"/>
        </w:rPr>
        <w:t>varicose veins, or any skin sensitivities?</w:t>
        <w:tab/>
        <w:tab/>
      </w:r>
    </w:p>
    <w:p>
      <w:pPr>
        <w:spacing w:line="360" w:lineRule="auto"/>
      </w:pPr>
      <w:r>
        <w:rPr>
          <w:rFonts w:ascii="Times New Roman" w:hAnsi="Times New Roman" w:eastAsia="Times New Roman" w:cs="Times New Roman"/>
          <w:sz w:val="24"/>
        </w:rPr>
        <w:tab/>
        <w:t>If so, please specify:</w:t>
        <w:tab/>
      </w:r>
    </w:p>
    <w:p>
      <w:pPr/>
      <w:r>
        <w:rPr>
          <w:rFonts w:ascii="Times New Roman" w:hAnsi="Times New Roman" w:eastAsia="Times New Roman" w:cs="Times New Roman"/>
          <w:b/>
          <w:sz w:val="24"/>
        </w:rPr>
        <w:t>Are you menstruating or about to begin menstruating?</w:t>
      </w:r>
      <w:r>
        <w:rPr>
          <w:rFonts w:ascii="Times New Roman" w:hAnsi="Times New Roman" w:eastAsia="Times New Roman" w:cs="Times New Roman"/>
          <w:sz w:val="24"/>
        </w:rPr>
        <w:tab/>
        <w:tab/>
      </w:r>
      <w:r>
        <w:rPr>
          <w:rFonts w:ascii="Times New Roman" w:hAnsi="Times New Roman" w:eastAsia="Times New Roman" w:cs="Times New Roman"/>
          <w:sz w:val="24"/>
        </w:rPr>
        <w:t xml:space="preserve">Yes  </w:t>
      </w:r>
      <w:r>
        <w:rPr>
          <w:rFonts w:ascii="Times New Roman" w:hAnsi="Times New Roman" w:eastAsia="Times New Roman" w:cs="Times New Roman"/>
          <w:sz w:val="24"/>
        </w:rPr>
        <w:t>No</w:t>
      </w:r>
    </w:p>
    <w:p>
      <w:pPr>
        <w:spacing w:before="0" w:after="0"/>
      </w:pPr>
    </w:p>
    <w:p>
      <w:pPr>
        <w:spacing w:before="0" w:after="0"/>
      </w:pPr>
      <w:r>
        <w:rPr>
          <w:rFonts w:ascii="Times New Roman" w:hAnsi="Times New Roman" w:eastAsia="Times New Roman" w:cs="Times New Roman"/>
          <w:b/>
          <w:sz w:val="24"/>
        </w:rPr>
        <w:t>Procedure</w:t>
      </w:r>
      <w:r>
        <w:rPr>
          <w:rFonts w:ascii="Times New Roman" w:hAnsi="Times New Roman" w:eastAsia="Times New Roman" w:cs="Times New Roman"/>
          <w:sz w:val="24"/>
        </w:rPr>
        <w:t xml:space="preserve"> Waxing is a procedure to remove unwanted hair from its roots. Hot wax is applied to the skin and then quickly pulled away, taking hairs with it.</w:t>
      </w:r>
    </w:p>
    <w:p>
      <w:pPr>
        <w:spacing w:before="0" w:after="0"/>
      </w:pPr>
    </w:p>
    <w:p>
      <w:pPr>
        <w:spacing w:before="0" w:after="0"/>
      </w:pPr>
      <w:r>
        <w:rPr>
          <w:rFonts w:ascii="Times New Roman" w:hAnsi="Times New Roman" w:eastAsia="Times New Roman" w:cs="Times New Roman"/>
          <w:b/>
          <w:sz w:val="24"/>
        </w:rPr>
        <w:t>Side Effects</w:t>
      </w:r>
      <w:r>
        <w:rPr>
          <w:rFonts w:ascii="Times New Roman" w:hAnsi="Times New Roman" w:eastAsia="Times New Roman" w:cs="Times New Roman"/>
          <w:sz w:val="24"/>
        </w:rPr>
        <w:t xml:space="preserve"> Waxing may cause side effects. The side effects listed here are merely examples and are not intended to be an exhaustive list. Every person is different, and there is no guarantee that you will not experience more severe side effects. The most common side effects include quickly dissipating, mild discomfort when the wax removes hair from its root. Waxing may cause inflammation, welts, hives, skin lifting, and reddening or small breakouts. This is usually not severe and typically will subside within a few days. Please contact us immediately if you experience more severe or long-lasting side effects.</w:t>
      </w:r>
    </w:p>
    <w:p>
      <w:pPr>
        <w:spacing w:before="0" w:after="0"/>
      </w:pPr>
    </w:p>
    <w:p>
      <w:pPr>
        <w:spacing w:before="0" w:after="0"/>
      </w:pPr>
      <w:r>
        <w:rPr>
          <w:rFonts w:ascii="Times New Roman" w:hAnsi="Times New Roman" w:eastAsia="Times New Roman" w:cs="Times New Roman"/>
          <w:b/>
          <w:sz w:val="24"/>
        </w:rPr>
        <w:t>Waiver</w:t>
      </w:r>
      <w:r>
        <w:rPr>
          <w:rFonts w:ascii="Times New Roman" w:hAnsi="Times New Roman" w:eastAsia="Times New Roman" w:cs="Times New Roman"/>
          <w:sz w:val="24"/>
        </w:rPr>
        <w:t xml:space="preserve"> I understand and acknowledge that there are risks involved with the waxing procedure(s), including, but not limited to, those side effects listed above. I understand that any false or misleading information I have given may lead to undesired results and complications and hereby waive </w:t>
      </w:r>
      <w:r>
        <w:rPr>
          <w:rFonts w:ascii="Times New Roman" w:hAnsi="Times New Roman" w:eastAsia="Times New Roman" w:cs="Times New Roman"/>
          <w:sz w:val="24"/>
        </w:rPr>
        <w:t>[COMPANY NAME]</w:t>
      </w:r>
      <w:r>
        <w:rPr>
          <w:rFonts w:ascii="Times New Roman" w:hAnsi="Times New Roman" w:eastAsia="Times New Roman" w:cs="Times New Roman"/>
          <w:sz w:val="24"/>
        </w:rPr>
        <w:t xml:space="preserve">’s liability if such results or complications occur. I further understand that my failure to follow post-procedure instructions may also lead to undesired results, complications or effects and hereby waive </w:t>
      </w:r>
      <w:r>
        <w:rPr>
          <w:rFonts w:ascii="Times New Roman" w:hAnsi="Times New Roman" w:eastAsia="Times New Roman" w:cs="Times New Roman"/>
          <w:sz w:val="24"/>
        </w:rPr>
        <w:t>[COMPANY NAME]</w:t>
      </w:r>
      <w:r>
        <w:rPr>
          <w:rFonts w:ascii="Times New Roman" w:hAnsi="Times New Roman" w:eastAsia="Times New Roman" w:cs="Times New Roman"/>
          <w:sz w:val="24"/>
        </w:rPr>
        <w:t xml:space="preserve">’s liability if such results or complications occur. In consideration for </w:t>
      </w:r>
      <w:r>
        <w:rPr>
          <w:rFonts w:ascii="Times New Roman" w:hAnsi="Times New Roman" w:eastAsia="Times New Roman" w:cs="Times New Roman"/>
          <w:sz w:val="24"/>
        </w:rPr>
        <w:t>[COMPANY NAME]</w:t>
      </w:r>
      <w:r>
        <w:rPr>
          <w:rFonts w:ascii="Times New Roman" w:hAnsi="Times New Roman" w:eastAsia="Times New Roman" w:cs="Times New Roman"/>
          <w:sz w:val="24"/>
        </w:rPr>
        <w:t xml:space="preserve"> performing this procedure(s), I agree that I will assume the risk and full responsibility for any and all injuries, losses, or damages, which might occur to me while I am undergoing this procedure(s) or side effects I may experience after the procedure(s) is performed. To the maximum extent allowed by law, I agree to waive and release any and all present and future claims, suits or related causes of action against </w:t>
      </w:r>
      <w:r>
        <w:rPr>
          <w:rFonts w:ascii="Times New Roman" w:hAnsi="Times New Roman" w:eastAsia="Times New Roman" w:cs="Times New Roman"/>
          <w:sz w:val="24"/>
        </w:rPr>
        <w:t>[COMPANY NAME]</w:t>
      </w:r>
      <w:r>
        <w:rPr>
          <w:rFonts w:ascii="Times New Roman" w:hAnsi="Times New Roman" w:eastAsia="Times New Roman" w:cs="Times New Roman"/>
          <w:sz w:val="24"/>
        </w:rPr>
        <w:t>, its owners, officers, employees, or agents for negligence, injury, loss, death, costs or other injuries or damages to me as a result of the procedure(s).</w:t>
      </w:r>
    </w:p>
    <w:p>
      <w:pPr>
        <w:spacing w:before="0" w:after="0"/>
      </w:pPr>
    </w:p>
    <w:p>
      <w:pPr>
        <w:spacing w:before="0" w:after="0"/>
      </w:pPr>
      <w:r>
        <w:rPr>
          <w:rFonts w:ascii="Times New Roman" w:hAnsi="Times New Roman" w:eastAsia="Times New Roman" w:cs="Times New Roman"/>
          <w:b/>
          <w:sz w:val="24"/>
        </w:rPr>
        <w:t xml:space="preserve">I certify that I have read and fully understand the above paragraphs, that I have had sufficient opportunity for discussion and to ask questions, and that I hereby consent to, and authorize </w:t>
      </w:r>
      <w:r>
        <w:rPr>
          <w:rFonts w:ascii="Times New Roman" w:hAnsi="Times New Roman" w:eastAsia="Times New Roman" w:cs="Times New Roman"/>
          <w:b/>
          <w:sz w:val="24"/>
        </w:rPr>
        <w:t>[COMPANY NAME]</w:t>
      </w:r>
      <w:r>
        <w:rPr>
          <w:rFonts w:ascii="Times New Roman" w:hAnsi="Times New Roman" w:eastAsia="Times New Roman" w:cs="Times New Roman"/>
          <w:b/>
          <w:sz w:val="24"/>
        </w:rPr>
        <w:t xml:space="preserve"> to perform, the procedure(s) described above on me. </w:t>
      </w:r>
    </w:p>
    <w:p>
      <w:pPr>
        <w:spacing w:before="0" w:after="0"/>
      </w:pPr>
    </w:p>
    <w:p>
      <w:pPr>
        <w:spacing w:before="0" w:after="0"/>
      </w:pPr>
    </w:p>
    <w:p>
      <w:pPr>
        <w:spacing w:before="0" w:after="0"/>
      </w:pPr>
      <w:r>
        <w:rPr>
          <w:rFonts w:ascii="Times New Roman" w:hAnsi="Times New Roman" w:eastAsia="Times New Roman" w:cs="Times New Roman"/>
          <w:sz w:val="24"/>
        </w:rPr>
        <w:tab/>
      </w:r>
    </w:p>
    <w:p>
      <w:pPr>
        <w:spacing w:before="0" w:after="0"/>
      </w:pPr>
      <w:r>
        <w:rPr>
          <w:rFonts w:ascii="Times New Roman" w:hAnsi="Times New Roman" w:eastAsia="Times New Roman" w:cs="Times New Roman"/>
          <w:sz w:val="24"/>
        </w:rPr>
        <w:t>Client Signature</w:t>
        <w:tab/>
        <w:tab/>
        <w:tab/>
        <w:tab/>
        <w:t>Printed Name</w:t>
        <w:tab/>
        <w:tab/>
        <w:tab/>
        <w:tab/>
        <w:t>Date</w:t>
      </w:r>
    </w:p>
    <w:p>
      <w:pPr>
        <w:spacing w:before="0" w:after="0"/>
      </w:pPr>
    </w:p>
    <w:p>
      <w:pPr>
        <w:spacing w:before="0" w:after="0"/>
      </w:pPr>
    </w:p>
    <w:p>
      <w:pPr>
        <w:spacing w:before="0" w:after="0"/>
      </w:pPr>
      <w:r>
        <w:rPr>
          <w:rFonts w:ascii="Times New Roman" w:hAnsi="Times New Roman" w:eastAsia="Times New Roman" w:cs="Times New Roman"/>
          <w:sz w:val="24"/>
        </w:rPr>
        <w:tab/>
      </w:r>
    </w:p>
    <w:p>
      <w:pPr/>
      <w:r>
        <w:rPr>
          <w:rFonts w:ascii="Times New Roman" w:hAnsi="Times New Roman" w:eastAsia="Times New Roman" w:cs="Times New Roman"/>
          <w:sz w:val="24"/>
        </w:rPr>
        <w:t>Guardian Signature (if minor)</w:t>
        <w:tab/>
        <w:tab/>
        <w:t>Printed Name</w:t>
        <w:tab/>
        <w:tab/>
        <w:tab/>
        <w:tab/>
        <w:t>Date</w:t>
      </w:r>
    </w:p>
    <w:p>
      <w:pPr/>
    </w:p>
    <w:p>
      <w:pPr/>
    </w:p>
    <w:p>
      <w:pP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Authorized Signature for </w:t>
      </w:r>
      <w:r>
        <w:rPr>
          <w:rFonts w:ascii="Times New Roman" w:hAnsi="Times New Roman" w:eastAsia="Times New Roman" w:cs="Times New Roman"/>
          <w:sz w:val="24"/>
        </w:rPr>
        <w:t>[COMPANY NAME]</w:t>
      </w:r>
      <w:r>
        <w:rPr>
          <w:rFonts w:ascii="Times New Roman" w:hAnsi="Times New Roman" w:eastAsia="Times New Roman" w:cs="Times New Roman"/>
          <w:sz w:val="24"/>
        </w:rPr>
        <w:tab/>
        <w:tab/>
        <w:tab/>
        <w:tab/>
        <w:tab/>
        <w:tab/>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