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770-63.2.15</w:t>
      </w:r>
    </w:p>
    <w:p>
      <w:pPr>
        <w:keepNext w:val="0"/>
        <w:spacing w:before="120" w:after="0" w:line="260" w:lineRule="exact"/>
        <w:ind w:left="0" w:right="0" w:firstLine="0"/>
        <w:jc w:val="center"/>
      </w:pPr>
      <w:r>
        <w:rPr>
          <w:rFonts w:ascii="Times New Roman" w:hAnsi="Times New Roman" w:eastAsia="Times New Roman" w:cs="Times New Roman"/>
          <w:b w:val="0"/>
          <w:sz w:val="24"/>
        </w:rPr>
        <w:t>Transactional</w:t>
      </w:r>
    </w:p>
    <w:p>
      <w:pPr>
        <w:keepNext w:val="0"/>
        <w:spacing w:before="120" w:after="0" w:line="260" w:lineRule="exact"/>
        <w:ind w:left="0" w:right="0" w:firstLine="0"/>
        <w:jc w:val="center"/>
      </w:pPr>
      <w:r>
        <w:rPr>
          <w:rFonts w:ascii="Times New Roman" w:hAnsi="Times New Roman" w:eastAsia="Times New Roman" w:cs="Times New Roman"/>
          <w:b w:val="0"/>
          <w:sz w:val="24"/>
        </w:rPr>
        <w:t>Acceptance</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Form 63.2.15 Web Market Agreement</w:t>
      </w:r>
    </w:p>
    <w:p>
      <w:pPr>
        <w:spacing w:line="60" w:lineRule="exact"/>
      </w:pPr>
    </w:p>
    <w:p>
      <w:pPr/>
    </w:p>
    <w:p>
      <w:pPr>
        <w:keepNext w:val="0"/>
        <w:spacing w:after="0" w:line="260" w:lineRule="exact"/>
        <w:ind w:left="0" w:right="0" w:firstLine="0"/>
        <w:jc w:val="left"/>
      </w:pPr>
      <w:r>
        <w:rPr>
          <w:rFonts w:ascii="Times New Roman" w:hAnsi="Times New Roman" w:eastAsia="Times New Roman" w:cs="Times New Roman"/>
          <w:sz w:val="24"/>
        </w:rPr>
        <w:br/>
      </w:r>
    </w:p>
    <w:p>
      <w:pPr>
        <w:keepNext w:val="0"/>
        <w:spacing w:before="240" w:after="0" w:line="260" w:lineRule="exact"/>
        <w:ind w:left="0" w:right="0" w:firstLine="0"/>
        <w:jc w:val="left"/>
      </w:pPr>
      <w:r>
        <w:rPr>
          <w:rFonts w:ascii="Times New Roman" w:hAnsi="Times New Roman" w:eastAsia="Times New Roman" w:cs="Times New Roman"/>
          <w:b/>
          <w:sz w:val="24"/>
        </w:rPr>
        <w:t>WEB MARKET AGREEMENT</w:t>
      </w:r>
    </w:p>
    <w:p>
      <w:pPr>
        <w:keepNext w:val="0"/>
        <w:spacing w:before="200" w:after="0" w:line="260" w:lineRule="exact"/>
        <w:ind w:left="0" w:right="0" w:firstLine="0"/>
        <w:jc w:val="both"/>
      </w:pPr>
      <w:r>
        <w:rPr>
          <w:rFonts w:ascii="Times New Roman" w:hAnsi="Times New Roman" w:eastAsia="Times New Roman" w:cs="Times New Roman"/>
          <w:b w:val="0"/>
          <w:sz w:val="24"/>
        </w:rPr>
        <w:t>This WEB MARKET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dated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20</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and is by and between ABC,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corporation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ABC</w:t>
      </w:r>
      <w:r>
        <w:rPr>
          <w:rFonts w:ascii="Times New Roman" w:hAnsi="Times New Roman" w:eastAsia="Times New Roman" w:cs="Times New Roman"/>
          <w:b w:val="0"/>
          <w:sz w:val="24"/>
        </w:rPr>
        <w:t xml:space="preserve">”) and DEF,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corporation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and us. Seller and ABC are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Party</w:t>
      </w:r>
      <w:r>
        <w:rPr>
          <w:rFonts w:ascii="Times New Roman" w:hAnsi="Times New Roman" w:eastAsia="Times New Roman" w:cs="Times New Roman"/>
          <w:b w:val="0"/>
          <w:sz w:val="24"/>
        </w:rPr>
        <w:t>” and together are the “</w:t>
      </w:r>
      <w:r>
        <w:rPr>
          <w:rFonts w:ascii="Times New Roman" w:hAnsi="Times New Roman" w:eastAsia="Times New Roman" w:cs="Times New Roman"/>
          <w:b w:val="0"/>
          <w:sz w:val="24"/>
        </w:rPr>
        <w:t>Parties</w:t>
      </w:r>
      <w:r>
        <w:rPr>
          <w:rFonts w:ascii="Times New Roman" w:hAnsi="Times New Roman" w:eastAsia="Times New Roman" w:cs="Times New Roman"/>
          <w:b w:val="0"/>
          <w:sz w:val="24"/>
        </w:rPr>
        <w:t>.” Certain capitalized terms are defined in Article 12 hereof.</w:t>
      </w:r>
    </w:p>
    <w:p>
      <w:pPr>
        <w:keepNext w:val="0"/>
        <w:spacing w:before="200" w:after="0" w:line="260" w:lineRule="exact"/>
        <w:ind w:left="0" w:right="0" w:firstLine="0"/>
        <w:jc w:val="both"/>
      </w:pPr>
      <w:r>
        <w:rPr>
          <w:rFonts w:ascii="Times New Roman" w:hAnsi="Times New Roman" w:eastAsia="Times New Roman" w:cs="Times New Roman"/>
          <w:b w:val="0"/>
          <w:sz w:val="24"/>
        </w:rPr>
        <w:t>WHEREAS, ABC operates e-commerce websites directly and through its subsidiaries which permit sellers to offer products (“</w:t>
      </w:r>
      <w:r>
        <w:rPr>
          <w:rFonts w:ascii="Times New Roman" w:hAnsi="Times New Roman" w:eastAsia="Times New Roman" w:cs="Times New Roman"/>
          <w:b w:val="0"/>
          <w:sz w:val="24"/>
        </w:rPr>
        <w:t>Products</w:t>
      </w:r>
      <w:r>
        <w:rPr>
          <w:rFonts w:ascii="Times New Roman" w:hAnsi="Times New Roman" w:eastAsia="Times New Roman" w:cs="Times New Roman"/>
          <w:b w:val="0"/>
          <w:sz w:val="24"/>
        </w:rPr>
        <w:t>”) for sale directly to customers on one or more of ABC’s e-commerce websites (“</w:t>
      </w:r>
      <w:r>
        <w:rPr>
          <w:rFonts w:ascii="Times New Roman" w:hAnsi="Times New Roman" w:eastAsia="Times New Roman" w:cs="Times New Roman"/>
          <w:b w:val="0"/>
          <w:sz w:val="24"/>
        </w:rPr>
        <w:t>Web Markets</w:t>
      </w:r>
      <w:r>
        <w:rPr>
          <w:rFonts w:ascii="Times New Roman" w:hAnsi="Times New Roman" w:eastAsia="Times New Roman" w:cs="Times New Roman"/>
          <w:b w:val="0"/>
          <w:sz w:val="24"/>
        </w:rPr>
        <w:t>”); and</w:t>
      </w:r>
    </w:p>
    <w:p>
      <w:pPr>
        <w:keepNext w:val="0"/>
        <w:spacing w:before="200" w:after="0" w:line="260" w:lineRule="exact"/>
        <w:ind w:left="0" w:right="0" w:firstLine="0"/>
        <w:jc w:val="both"/>
      </w:pPr>
      <w:r>
        <w:rPr>
          <w:rFonts w:ascii="Times New Roman" w:hAnsi="Times New Roman" w:eastAsia="Times New Roman" w:cs="Times New Roman"/>
          <w:b w:val="0"/>
          <w:sz w:val="24"/>
        </w:rPr>
        <w:t>WHEREAS, Seller wants to offer and sell Products to Customers on one or more of the Web Markets.</w:t>
      </w:r>
    </w:p>
    <w:p>
      <w:pPr>
        <w:keepNext w:val="0"/>
        <w:spacing w:before="200" w:after="0" w:line="260" w:lineRule="exact"/>
        <w:ind w:left="0" w:right="0" w:firstLine="0"/>
        <w:jc w:val="both"/>
      </w:pPr>
      <w:r>
        <w:rPr>
          <w:rFonts w:ascii="Times New Roman" w:hAnsi="Times New Roman" w:eastAsia="Times New Roman" w:cs="Times New Roman"/>
          <w:b w:val="0"/>
          <w:sz w:val="24"/>
        </w:rPr>
        <w:t>NOW, THEREFORE, for good and valuable consideration, the receipt and sufficiency of which are hereby acknowledged, the Parties hereby agree as follows:</w:t>
      </w:r>
    </w:p>
    <w:p>
      <w:pPr>
        <w:keepNext w:val="0"/>
        <w:spacing w:before="240" w:after="0" w:line="260" w:lineRule="exact"/>
        <w:ind w:left="0" w:right="0" w:firstLine="0"/>
        <w:jc w:val="center"/>
      </w:pPr>
      <w:r>
        <w:rPr>
          <w:rFonts w:ascii="Times New Roman" w:hAnsi="Times New Roman" w:eastAsia="Times New Roman" w:cs="Times New Roman"/>
          <w:b/>
          <w:sz w:val="24"/>
        </w:rPr>
        <w:t xml:space="preserve">Article 1 </w:t>
      </w:r>
      <w:r>
        <w:rPr>
          <w:rFonts w:ascii="Times New Roman" w:hAnsi="Times New Roman" w:eastAsia="Times New Roman" w:cs="Times New Roman"/>
          <w:sz w:val="24"/>
        </w:rPr>
        <w:br/>
      </w:r>
      <w:r>
        <w:rPr>
          <w:rFonts w:ascii="Times New Roman" w:hAnsi="Times New Roman" w:eastAsia="Times New Roman" w:cs="Times New Roman"/>
          <w:b/>
          <w:sz w:val="24"/>
        </w:rPr>
        <w:t>Web Markets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1.1 </w:t>
      </w:r>
      <w:r>
        <w:rPr>
          <w:rFonts w:ascii="Times New Roman" w:hAnsi="Times New Roman" w:eastAsia="Times New Roman" w:cs="Times New Roman"/>
          <w:b w:val="0"/>
          <w:sz w:val="24"/>
        </w:rPr>
        <w:t>Registration</w:t>
      </w:r>
      <w:r>
        <w:rPr>
          <w:rFonts w:ascii="Times New Roman" w:hAnsi="Times New Roman" w:eastAsia="Times New Roman" w:cs="Times New Roman"/>
          <w:b w:val="0"/>
          <w:sz w:val="24"/>
        </w:rPr>
        <w:t xml:space="preserve">. To access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in order to offer and sell Products, Seller must register on that Web Market by completing online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form. Seller may register to offer and sell on more than one Web Market. By registering on one or more Web Markets, Seller agrees to be bound by the terms of this Agreement, as amended from time to time. ABC may accept or reject Seller’s registration for one or more Web Markets.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1.2 </w:t>
      </w:r>
      <w:r>
        <w:rPr>
          <w:rFonts w:ascii="Times New Roman" w:hAnsi="Times New Roman" w:eastAsia="Times New Roman" w:cs="Times New Roman"/>
          <w:b w:val="0"/>
          <w:sz w:val="24"/>
        </w:rPr>
        <w:t>Access and Termination of Access to Web Markets</w:t>
      </w:r>
      <w:r>
        <w:rPr>
          <w:rFonts w:ascii="Times New Roman" w:hAnsi="Times New Roman" w:eastAsia="Times New Roman" w:cs="Times New Roman"/>
          <w:b w:val="0"/>
          <w:sz w:val="24"/>
        </w:rPr>
        <w:t xml:space="preserve">. If ABC accepts Seller’s registration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ABC will provide Seller access to the Web Market. ABC may terminate Seller’s access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or Markets immediately and without notice to Seller.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1.3 </w:t>
      </w:r>
      <w:r>
        <w:rPr>
          <w:rFonts w:ascii="Times New Roman" w:hAnsi="Times New Roman" w:eastAsia="Times New Roman" w:cs="Times New Roman"/>
          <w:b w:val="0"/>
          <w:sz w:val="24"/>
        </w:rPr>
        <w:t xml:space="preserve">Selling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w:t>
      </w:r>
      <w:r>
        <w:rPr>
          <w:rFonts w:ascii="Times New Roman" w:hAnsi="Times New Roman" w:eastAsia="Times New Roman" w:cs="Times New Roman"/>
          <w:b w:val="0"/>
          <w:sz w:val="24"/>
        </w:rPr>
        <w:t xml:space="preserve"> Sales of Products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are between Seller and Seller’s Customers; ABC is not the seller and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such transactions. Seller’s listing of Products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does not imply that ABC endorses or is affiliated with Seller or Seller’s Products.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1.4 </w:t>
      </w:r>
      <w:r>
        <w:rPr>
          <w:rFonts w:ascii="Times New Roman" w:hAnsi="Times New Roman" w:eastAsia="Times New Roman" w:cs="Times New Roman"/>
          <w:b w:val="0"/>
          <w:sz w:val="24"/>
        </w:rPr>
        <w:t>Seller Information</w:t>
      </w:r>
      <w:r>
        <w:rPr>
          <w:rFonts w:ascii="Times New Roman" w:hAnsi="Times New Roman" w:eastAsia="Times New Roman" w:cs="Times New Roman"/>
          <w:b w:val="0"/>
          <w:sz w:val="24"/>
        </w:rPr>
        <w:t xml:space="preserve">. Seller shall ensure that all information and data it provides to ABC for use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is accurate, complete and not misleading, and that it complies with Applicable Law. Seller shall ensure that all electronic information and data it transmits to ABC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does not contain any harmful code or other feature designed to obtain unauthorized access to or information from or corrupt, damage or degrade any computer system, application or code of any Web Market.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1.5 </w:t>
      </w:r>
      <w:r>
        <w:rPr>
          <w:rFonts w:ascii="Times New Roman" w:hAnsi="Times New Roman" w:eastAsia="Times New Roman" w:cs="Times New Roman"/>
          <w:b w:val="0"/>
          <w:sz w:val="24"/>
        </w:rPr>
        <w:t>Permits and Licenses</w:t>
      </w:r>
      <w:r>
        <w:rPr>
          <w:rFonts w:ascii="Times New Roman" w:hAnsi="Times New Roman" w:eastAsia="Times New Roman" w:cs="Times New Roman"/>
          <w:b w:val="0"/>
          <w:sz w:val="24"/>
        </w:rPr>
        <w:t>. Seller shall obtain all permits and licenses required to operate its business in accordance with Applicable Law.</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1.6 </w:t>
      </w:r>
      <w:r>
        <w:rPr>
          <w:rFonts w:ascii="Times New Roman" w:hAnsi="Times New Roman" w:eastAsia="Times New Roman" w:cs="Times New Roman"/>
          <w:b w:val="0"/>
          <w:sz w:val="24"/>
        </w:rPr>
        <w:t>Product Listings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Standards</w:t>
      </w:r>
      <w:r>
        <w:rPr>
          <w:rFonts w:ascii="Times New Roman" w:hAnsi="Times New Roman" w:eastAsia="Times New Roman" w:cs="Times New Roman"/>
          <w:b w:val="0"/>
          <w:sz w:val="24"/>
        </w:rPr>
        <w:t xml:space="preserve">. Seller shall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Listing for each Product it wishes to offer and sell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Each Product Listing shall be accurate, complete, not misleading, appropriate for the Web Market to which they are posted, and comply with Applicable Law and the Web Market Policies.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Compliance</w:t>
      </w:r>
      <w:r>
        <w:rPr>
          <w:rFonts w:ascii="Times New Roman" w:hAnsi="Times New Roman" w:eastAsia="Times New Roman" w:cs="Times New Roman"/>
          <w:b w:val="0"/>
          <w:sz w:val="24"/>
        </w:rPr>
        <w:t xml:space="preserve">. Seller shall ensure its Product Listings will not (i) violate any intellectual property rights of any person, firm or entity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Person</w:t>
      </w:r>
      <w:r>
        <w:rPr>
          <w:rFonts w:ascii="Times New Roman" w:hAnsi="Times New Roman" w:eastAsia="Times New Roman" w:cs="Times New Roman"/>
          <w:b w:val="0"/>
          <w:sz w:val="24"/>
        </w:rPr>
        <w:t xml:space="preserve">”); (ii) contain defamatory or discriminatory content; (iii)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invasion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rights of privacy or publicity; or (iv) reflect unfavorably on ABC, the Web Markets or other Sellers on the Web Markets;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val="0"/>
          <w:sz w:val="24"/>
        </w:rPr>
        <w:t>Prohibitions</w:t>
      </w:r>
      <w:r>
        <w:rPr>
          <w:rFonts w:ascii="Times New Roman" w:hAnsi="Times New Roman" w:eastAsia="Times New Roman" w:cs="Times New Roman"/>
          <w:b w:val="0"/>
          <w:sz w:val="24"/>
        </w:rPr>
        <w:t>. Seller shall not create Product Listings that: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 offer products that are inauthentic, counterfeit, replicas or knock-off goods;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 offer Products Seller does not currently have in stock;</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 (iii) contain nudity, pornography, images of children under the age of 13, sexually provocative content, racially, sexually or ethnically discriminatory content, political information or advocacy, pyramid schemes, franchise or business opportunities or any content that in ABC’s sole discretion is illegal, immoral, defamatory, objectionable or inappropriate;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 (iv) are false, misleading or otherwise in violation of any applicable laws or regulations, including without limitation, the Federal Trade Commission Act and regulations promulgated thereunder, state consumer protection laws and any federal, state, local and foreign laws regarding spam and text messages.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 </w:t>
      </w:r>
      <w:r>
        <w:rPr>
          <w:rFonts w:ascii="Times New Roman" w:hAnsi="Times New Roman" w:eastAsia="Times New Roman" w:cs="Times New Roman"/>
          <w:b w:val="0"/>
          <w:sz w:val="24"/>
        </w:rPr>
        <w:t>Legality</w:t>
      </w:r>
      <w:r>
        <w:rPr>
          <w:rFonts w:ascii="Times New Roman" w:hAnsi="Times New Roman" w:eastAsia="Times New Roman" w:cs="Times New Roman"/>
          <w:b w:val="0"/>
          <w:sz w:val="24"/>
        </w:rPr>
        <w:t>. Seller is solely responsible for the legality of its content on the Web Markets.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(e) </w:t>
      </w:r>
      <w:r>
        <w:rPr>
          <w:rFonts w:ascii="Times New Roman" w:hAnsi="Times New Roman" w:eastAsia="Times New Roman" w:cs="Times New Roman"/>
          <w:b w:val="0"/>
          <w:sz w:val="24"/>
        </w:rPr>
        <w:t>Appropriateness</w:t>
      </w:r>
      <w:r>
        <w:rPr>
          <w:rFonts w:ascii="Times New Roman" w:hAnsi="Times New Roman" w:eastAsia="Times New Roman" w:cs="Times New Roman"/>
          <w:b w:val="0"/>
          <w:sz w:val="24"/>
        </w:rPr>
        <w:t xml:space="preserve">. ABC has the sole right to determine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is appropriate to be offered and sold on the Web Markets. If we determine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being offered for sale on the Web Markets is not appropriate, it must be immediately removed from the Web Markets, and any such determination by us is final, binding and not subject to appeal or discussion. Failure to so remove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 </w:t>
      </w:r>
      <w:r>
        <w:rPr>
          <w:rFonts w:ascii="Times New Roman" w:hAnsi="Times New Roman" w:eastAsia="Times New Roman" w:cs="Times New Roman"/>
          <w:b w:val="0"/>
          <w:sz w:val="24"/>
        </w:rPr>
        <w:t>Rights of ABC</w:t>
      </w:r>
      <w:r>
        <w:rPr>
          <w:rFonts w:ascii="Times New Roman" w:hAnsi="Times New Roman" w:eastAsia="Times New Roman" w:cs="Times New Roman"/>
          <w:b w:val="0"/>
          <w:sz w:val="24"/>
        </w:rPr>
        <w:t>. ABC may modify, reject or remove any Product Listing for any reason, and may combine two or more Product Listings or elements of two or more Product Listings.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(g) </w:t>
      </w:r>
      <w:r>
        <w:rPr>
          <w:rFonts w:ascii="Times New Roman" w:hAnsi="Times New Roman" w:eastAsia="Times New Roman" w:cs="Times New Roman"/>
          <w:b w:val="0"/>
          <w:sz w:val="24"/>
        </w:rPr>
        <w:t>Pricing</w:t>
      </w:r>
      <w:r>
        <w:rPr>
          <w:rFonts w:ascii="Times New Roman" w:hAnsi="Times New Roman" w:eastAsia="Times New Roman" w:cs="Times New Roman"/>
          <w:b w:val="0"/>
          <w:sz w:val="24"/>
        </w:rPr>
        <w:t>. Seller shall establish prices for its Products in compliance with the Web Market Policies and ensure that each Product’s price (including any discount, rebate, low price guarantee), quality, shipping and handling charges and other benefits are at least as favorable to Customers on the ABC Web Market as those of the same Products available on Seller’s other sales distribution channels.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(h) </w:t>
      </w:r>
      <w:r>
        <w:rPr>
          <w:rFonts w:ascii="Times New Roman" w:hAnsi="Times New Roman" w:eastAsia="Times New Roman" w:cs="Times New Roman"/>
          <w:b w:val="0"/>
          <w:sz w:val="24"/>
        </w:rPr>
        <w:t>Remedies for Incorrect Pricing</w:t>
      </w:r>
      <w:r>
        <w:rPr>
          <w:rFonts w:ascii="Times New Roman" w:hAnsi="Times New Roman" w:eastAsia="Times New Roman" w:cs="Times New Roman"/>
          <w:b w:val="0"/>
          <w:sz w:val="24"/>
        </w:rPr>
        <w:t xml:space="preserve">. If Seller provides incorrect pricing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Listing, ABC may, at Seller’s expense, take any commercially reasonable actions it deems appropriate to avoid, mitigate or repair the harm to ABC due to the pricing error, including without limitation requiring Seller to honor all Product purchases at the incorrect price and compensating Customers for any inconvenience caused by the pricing error. On demand from ABC, Seller shall immediately reimburse ABC for all losses, costs, expenses and liabilities (collectively “</w:t>
      </w:r>
      <w:r>
        <w:rPr>
          <w:rFonts w:ascii="Times New Roman" w:hAnsi="Times New Roman" w:eastAsia="Times New Roman" w:cs="Times New Roman"/>
          <w:b w:val="0"/>
          <w:sz w:val="24"/>
        </w:rPr>
        <w:t>Losses</w:t>
      </w:r>
      <w:r>
        <w:rPr>
          <w:rFonts w:ascii="Times New Roman" w:hAnsi="Times New Roman" w:eastAsia="Times New Roman" w:cs="Times New Roman"/>
          <w:b w:val="0"/>
          <w:sz w:val="24"/>
        </w:rPr>
        <w:t xml:space="preserve">”) ABC incurs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Seller pricing errors.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1.7 </w:t>
      </w:r>
      <w:r>
        <w:rPr>
          <w:rFonts w:ascii="Times New Roman" w:hAnsi="Times New Roman" w:eastAsia="Times New Roman" w:cs="Times New Roman"/>
          <w:b w:val="0"/>
          <w:sz w:val="24"/>
        </w:rPr>
        <w:t>ABC Policies</w:t>
      </w:r>
      <w:r>
        <w:rPr>
          <w:rFonts w:ascii="Times New Roman" w:hAnsi="Times New Roman" w:eastAsia="Times New Roman" w:cs="Times New Roman"/>
          <w:b w:val="0"/>
          <w:sz w:val="24"/>
        </w:rPr>
        <w:t xml:space="preserve">. ABC may publish or amend policies governing Seller’s access to or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(collectively “</w:t>
      </w:r>
      <w:r>
        <w:rPr>
          <w:rFonts w:ascii="Times New Roman" w:hAnsi="Times New Roman" w:eastAsia="Times New Roman" w:cs="Times New Roman"/>
          <w:b w:val="0"/>
          <w:sz w:val="24"/>
        </w:rPr>
        <w:t>Policies</w:t>
      </w:r>
      <w:r>
        <w:rPr>
          <w:rFonts w:ascii="Times New Roman" w:hAnsi="Times New Roman" w:eastAsia="Times New Roman" w:cs="Times New Roman"/>
          <w:b w:val="0"/>
          <w:sz w:val="24"/>
        </w:rPr>
        <w:t xml:space="preserve">”). ABC will post any Policies or amendments to Policies on the Seller Information Page. If Seller registers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or offers products for sale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Seller will be bound by the Web Market’s then current Policies. Any Policies or amendments to Policies will be immediately effective (or effective at another time specified by ABC) without notice to Seller other than the posting thereof on the Seller Information Page.</w:t>
      </w:r>
    </w:p>
    <w:p>
      <w:pPr>
        <w:keepNext w:val="0"/>
        <w:spacing w:before="240" w:after="0" w:line="260" w:lineRule="exact"/>
        <w:ind w:left="0" w:right="0" w:firstLine="0"/>
        <w:jc w:val="center"/>
      </w:pPr>
      <w:r>
        <w:rPr>
          <w:rFonts w:ascii="Times New Roman" w:hAnsi="Times New Roman" w:eastAsia="Times New Roman" w:cs="Times New Roman"/>
          <w:b/>
          <w:sz w:val="24"/>
        </w:rPr>
        <w:t>Article 2</w:t>
      </w:r>
      <w:r>
        <w:rPr>
          <w:rFonts w:ascii="Times New Roman" w:hAnsi="Times New Roman" w:eastAsia="Times New Roman" w:cs="Times New Roman"/>
          <w:sz w:val="24"/>
        </w:rPr>
        <w:br/>
      </w:r>
      <w:r>
        <w:rPr>
          <w:rFonts w:ascii="Times New Roman" w:hAnsi="Times New Roman" w:eastAsia="Times New Roman" w:cs="Times New Roman"/>
          <w:b/>
          <w:sz w:val="24"/>
        </w:rPr>
        <w:t>Product Sales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2.1 </w:t>
      </w:r>
      <w:r>
        <w:rPr>
          <w:rFonts w:ascii="Times New Roman" w:hAnsi="Times New Roman" w:eastAsia="Times New Roman" w:cs="Times New Roman"/>
          <w:b w:val="0"/>
          <w:sz w:val="24"/>
        </w:rPr>
        <w:t>Customer Orders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Processing; Cancellation</w:t>
      </w:r>
      <w:r>
        <w:rPr>
          <w:rFonts w:ascii="Times New Roman" w:hAnsi="Times New Roman" w:eastAsia="Times New Roman" w:cs="Times New Roman"/>
          <w:b w:val="0"/>
          <w:sz w:val="24"/>
        </w:rPr>
        <w:t xml:space="preserve">. ABC shall process Customer Orders on behalf of Seller and collect all amounts due for Products that Customers order from Seller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After processing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Order, ABC shall email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Customer Order. If ABC believes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is erroneous, duplicate, contrary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Policy or fraudulent, it may cancel the transaction.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Payments</w:t>
      </w:r>
      <w:r>
        <w:rPr>
          <w:rFonts w:ascii="Times New Roman" w:hAnsi="Times New Roman" w:eastAsia="Times New Roman" w:cs="Times New Roman"/>
          <w:b w:val="0"/>
          <w:sz w:val="24"/>
        </w:rPr>
        <w:t xml:space="preserve">. ABC shall be the agent of Seller for the purpose of receiving payments from Customers for Seller’s Products sold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As between Seller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who purchases Products from Seller, ABC’s receipt of funds from the Customer will be deemed the receipt of funds by Seller. ABC shall transfer the amount ABC collected from the Customer, less any amounts Seller owes to ABC, to Seller using the processes and under the timing set forth in the Policies.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2.2 </w:t>
      </w:r>
      <w:r>
        <w:rPr>
          <w:rFonts w:ascii="Times New Roman" w:hAnsi="Times New Roman" w:eastAsia="Times New Roman" w:cs="Times New Roman"/>
          <w:b w:val="0"/>
          <w:sz w:val="24"/>
        </w:rPr>
        <w:t>Taxes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Seller’s Responsibilities</w:t>
      </w:r>
      <w:r>
        <w:rPr>
          <w:rFonts w:ascii="Times New Roman" w:hAnsi="Times New Roman" w:eastAsia="Times New Roman" w:cs="Times New Roman"/>
          <w:b w:val="0"/>
          <w:sz w:val="24"/>
        </w:rPr>
        <w:t>. Seller shall be responsible for: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 determining whether Seller Taxes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Order;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 collecting, reporting and remitting the correct Seller Taxes to the appropriate tax authorities;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 (iii) determining the correct product tax codes, calculation settings and all related information for Products;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 (iv) determining which transactions are exempt from taxes; and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 (v) determining the jurisdictions in which it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to collect and remit Seller Taxes.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No ABC Responsibility</w:t>
      </w:r>
      <w:r>
        <w:rPr>
          <w:rFonts w:ascii="Times New Roman" w:hAnsi="Times New Roman" w:eastAsia="Times New Roman" w:cs="Times New Roman"/>
          <w:b w:val="0"/>
          <w:sz w:val="24"/>
        </w:rPr>
        <w:t>. ABC is not responsible for any of the matters set forth in Section 4.2(</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val="0"/>
          <w:sz w:val="24"/>
        </w:rPr>
        <w:t>Tax Collection</w:t>
      </w:r>
      <w:r>
        <w:rPr>
          <w:rFonts w:ascii="Times New Roman" w:hAnsi="Times New Roman" w:eastAsia="Times New Roman" w:cs="Times New Roman"/>
          <w:b w:val="0"/>
          <w:sz w:val="24"/>
        </w:rPr>
        <w:t xml:space="preserve">. Seller shall promptly notify ABC of the jurisdictions for which ABC should turn on collection of Seller Taxes on Seller’s behalf in ABC’s tax software by selecting the applicable jurisdictions in the Seller’s Account profile in the ABC Portal. If Seller provides product tax codes, ABC shall turn on collection of Seller Taxes for jurisdictions in the United States from Customers who purchase Products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on Seller’s behalf for the jurisdictions selected by Seller based on the product tax codes Seller provided. ABC will not turn on collection of Seller’s Taxes on Seller’s behalf for jurisdictions outside the United States.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 </w:t>
      </w:r>
      <w:r>
        <w:rPr>
          <w:rFonts w:ascii="Times New Roman" w:hAnsi="Times New Roman" w:eastAsia="Times New Roman" w:cs="Times New Roman"/>
          <w:b w:val="0"/>
          <w:sz w:val="24"/>
        </w:rPr>
        <w:t>Product Tax Codes</w:t>
      </w:r>
      <w:r>
        <w:rPr>
          <w:rFonts w:ascii="Times New Roman" w:hAnsi="Times New Roman" w:eastAsia="Times New Roman" w:cs="Times New Roman"/>
          <w:b w:val="0"/>
          <w:sz w:val="24"/>
        </w:rPr>
        <w:t xml:space="preserve">. ABC shall make available to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product tax codes and associated product taxability rules. For each of Seller’s Products, Seller will provide to ABC, in the format and manner required by ABC,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one product tax code and any related information requested by ABC. If Seller does not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tax code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ABC will not collect any Seller Taxes for any transaction for that Product. Seller will be responsible for determining, collecting, reporting and remitting Seller Taxes to the appropriate tax authority if ABC has not collected the Seller Taxes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Order or Product Listing.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(e) </w:t>
      </w:r>
      <w:r>
        <w:rPr>
          <w:rFonts w:ascii="Times New Roman" w:hAnsi="Times New Roman" w:eastAsia="Times New Roman" w:cs="Times New Roman"/>
          <w:b w:val="0"/>
          <w:sz w:val="24"/>
        </w:rPr>
        <w:t>Tax Reporting and Paying</w:t>
      </w:r>
      <w:r>
        <w:rPr>
          <w:rFonts w:ascii="Times New Roman" w:hAnsi="Times New Roman" w:eastAsia="Times New Roman" w:cs="Times New Roman"/>
          <w:b w:val="0"/>
          <w:sz w:val="24"/>
        </w:rPr>
        <w:t>. Except as required by Applicable Law, ABC shall transfer the Seller Taxes collected from Customers to Seller, and Seller shall report and pay any Seller Taxes to the applicable tax authorities.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 </w:t>
      </w:r>
      <w:r>
        <w:rPr>
          <w:rFonts w:ascii="Times New Roman" w:hAnsi="Times New Roman" w:eastAsia="Times New Roman" w:cs="Times New Roman"/>
          <w:b w:val="0"/>
          <w:sz w:val="24"/>
        </w:rPr>
        <w:t>Reimbursement of ABC by Seller</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authority requires ABC to pay any of Seller’s Taxes, Seller will promptly reimburse ABC for the amounts ABC paid and for any Losses which ABC paid or incurred related to the matter.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(g) </w:t>
      </w:r>
      <w:r>
        <w:rPr>
          <w:rFonts w:ascii="Times New Roman" w:hAnsi="Times New Roman" w:eastAsia="Times New Roman" w:cs="Times New Roman"/>
          <w:b w:val="0"/>
          <w:sz w:val="24"/>
        </w:rPr>
        <w:t>Tax Information</w:t>
      </w:r>
      <w:r>
        <w:rPr>
          <w:rFonts w:ascii="Times New Roman" w:hAnsi="Times New Roman" w:eastAsia="Times New Roman" w:cs="Times New Roman"/>
          <w:b w:val="0"/>
          <w:sz w:val="24"/>
        </w:rPr>
        <w:t>. ABC will obtain tax-related data and information, such as tax rates, exemptions and the like from third party vendors (the “</w:t>
      </w:r>
      <w:r>
        <w:rPr>
          <w:rFonts w:ascii="Times New Roman" w:hAnsi="Times New Roman" w:eastAsia="Times New Roman" w:cs="Times New Roman"/>
          <w:b w:val="0"/>
          <w:sz w:val="24"/>
        </w:rPr>
        <w:t>Third-Party Tax Information</w:t>
      </w:r>
      <w:r>
        <w:rPr>
          <w:rFonts w:ascii="Times New Roman" w:hAnsi="Times New Roman" w:eastAsia="Times New Roman" w:cs="Times New Roman"/>
          <w:b w:val="0"/>
          <w:sz w:val="24"/>
        </w:rPr>
        <w:t>”) and ABC will use the Third-Party Tax Information to collect Seller Taxes on Seller’s behalf. Seller acknowledges that ABC will not provide Seller tax advice, and that Seller is responsible for determining the applicability and accuracy of any Third-Party Tax Information and hereby releases ABC from any liability arising from Seller’s or ABC’s use of the Third-Party Tax Information.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2.3 </w:t>
      </w:r>
      <w:r>
        <w:rPr>
          <w:rFonts w:ascii="Times New Roman" w:hAnsi="Times New Roman" w:eastAsia="Times New Roman" w:cs="Times New Roman"/>
          <w:b w:val="0"/>
          <w:sz w:val="24"/>
        </w:rPr>
        <w:t>Shipping</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Compliance</w:t>
      </w:r>
      <w:r>
        <w:rPr>
          <w:rFonts w:ascii="Times New Roman" w:hAnsi="Times New Roman" w:eastAsia="Times New Roman" w:cs="Times New Roman"/>
          <w:b w:val="0"/>
          <w:sz w:val="24"/>
        </w:rPr>
        <w:t>. Seller will handle all aspects of shipping Products to Customers in compliance with Applicable Law and the Policies.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Care</w:t>
      </w:r>
      <w:r>
        <w:rPr>
          <w:rFonts w:ascii="Times New Roman" w:hAnsi="Times New Roman" w:eastAsia="Times New Roman" w:cs="Times New Roman"/>
          <w:b w:val="0"/>
          <w:sz w:val="24"/>
        </w:rPr>
        <w:t>. Seller will use reasonable care in packing, packaging, tagging, and labeling Products for shipment.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val="0"/>
          <w:sz w:val="24"/>
        </w:rPr>
        <w:t>Process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 When Seller receives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Order from ABC, Seller shall fulfill the Customer Order in compliance with this Agreement and make the Purchased Products available for pick up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carrier for delivery to the Customer.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 Seller shall ship Purchased Products within the time period specified in the Policies, and shall promptly upload tracking numbers for each shipment to the ABC Portal.</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 (iii) Seller shall not substitute any Product for the Purchased Product.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 (iv) Title to and risk of loss of or damage to the Purchased Products will remain with Seller until delivery to the Customer. ABC will not have title to, or be deemed the legal owner of, any Products.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 (v) Seller shall not include any marketing or promotional materials or other advertising or solicitations with the Purchased Products shipped to Customers.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 </w:t>
      </w:r>
      <w:r>
        <w:rPr>
          <w:rFonts w:ascii="Times New Roman" w:hAnsi="Times New Roman" w:eastAsia="Times New Roman" w:cs="Times New Roman"/>
          <w:b w:val="0"/>
          <w:sz w:val="24"/>
        </w:rPr>
        <w:t>Timely Shipment; Cancellation</w:t>
      </w:r>
      <w:r>
        <w:rPr>
          <w:rFonts w:ascii="Times New Roman" w:hAnsi="Times New Roman" w:eastAsia="Times New Roman" w:cs="Times New Roman"/>
          <w:b w:val="0"/>
          <w:sz w:val="24"/>
        </w:rPr>
        <w:t>. Seller shall fulfill all orders and ship all Products within the shipping periods specified in the Policies. ABC may cancel any Customer Order that Seller does not ship within the shipping periods specified in the Policies. ABC will not compensate Seller for any such cancelled orders.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(e) </w:t>
      </w:r>
      <w:r>
        <w:rPr>
          <w:rFonts w:ascii="Times New Roman" w:hAnsi="Times New Roman" w:eastAsia="Times New Roman" w:cs="Times New Roman"/>
          <w:b w:val="0"/>
          <w:sz w:val="24"/>
        </w:rPr>
        <w:t>Delivery Errors</w:t>
      </w:r>
      <w:r>
        <w:rPr>
          <w:rFonts w:ascii="Times New Roman" w:hAnsi="Times New Roman" w:eastAsia="Times New Roman" w:cs="Times New Roman"/>
          <w:b w:val="0"/>
          <w:sz w:val="24"/>
        </w:rPr>
        <w:t>. Seller will be responsible for any non-delivery or delivery errors in connection with the sale of Products.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2.4 </w:t>
      </w:r>
      <w:r>
        <w:rPr>
          <w:rFonts w:ascii="Times New Roman" w:hAnsi="Times New Roman" w:eastAsia="Times New Roman" w:cs="Times New Roman"/>
          <w:b w:val="0"/>
          <w:sz w:val="24"/>
        </w:rPr>
        <w:t>Customer Returns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Seller Will Handle Returns</w:t>
      </w:r>
      <w:r>
        <w:rPr>
          <w:rFonts w:ascii="Times New Roman" w:hAnsi="Times New Roman" w:eastAsia="Times New Roman" w:cs="Times New Roman"/>
          <w:b w:val="0"/>
          <w:sz w:val="24"/>
        </w:rPr>
        <w:t xml:space="preserve">. Seller will handle all Customer returns of its Products. If Seller accepts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return, it shall provide notice of the return to ABC in the manner set forth in the Policies. If Seller provides ABC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ABC shall refund to the Customer all amounts ABC collected from the Customer for that Customer Order, and Seller shall return to ABC all amounts ABC paid to Seller for that Customer Order. ABC is not required to accept or process returns of Products; however,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returns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to ABC or one of its affiliates, ABC may accept that return, and if ABC does so, it will ship the Product to Seller, and Seller shall reimburse ABC for any shipping or processing costs, and any other Losses ABC incurred in accepting the return. ABC may determine fees for processing and shipping returns to Seller by posting those fees in the Policies.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Seller Return Policy</w:t>
      </w:r>
      <w:r>
        <w:rPr>
          <w:rFonts w:ascii="Times New Roman" w:hAnsi="Times New Roman" w:eastAsia="Times New Roman" w:cs="Times New Roman"/>
          <w:b w:val="0"/>
          <w:sz w:val="24"/>
        </w:rPr>
        <w:t xml:space="preserve">. Seller shall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its current return policy (the “</w:t>
      </w:r>
      <w:r>
        <w:rPr>
          <w:rFonts w:ascii="Times New Roman" w:hAnsi="Times New Roman" w:eastAsia="Times New Roman" w:cs="Times New Roman"/>
          <w:b w:val="0"/>
          <w:sz w:val="24"/>
        </w:rPr>
        <w:t>Seller Return Policy</w:t>
      </w:r>
      <w:r>
        <w:rPr>
          <w:rFonts w:ascii="Times New Roman" w:hAnsi="Times New Roman" w:eastAsia="Times New Roman" w:cs="Times New Roman"/>
          <w:b w:val="0"/>
          <w:sz w:val="24"/>
        </w:rPr>
        <w:t xml:space="preserve">”) using the form provided on the ABC Portal and shall submit any changes thereto in the same manner. Seller shall honor all Customer returns of Products in accordance with the Seller Return Policy published at the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purchased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The Seller Return Policy must: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 apply to all Products;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 spell out clearly and completely the process for Customers to return Products directly to Seller; and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 (iii) be at least as favorable to Customers as the applicable Web Market’s return policy and Seller’s own return policy for non-Web Market transactions.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val="0"/>
          <w:sz w:val="24"/>
        </w:rPr>
        <w:t>Refunds</w:t>
      </w:r>
      <w:r>
        <w:rPr>
          <w:rFonts w:ascii="Times New Roman" w:hAnsi="Times New Roman" w:eastAsia="Times New Roman" w:cs="Times New Roman"/>
          <w:b w:val="0"/>
          <w:sz w:val="24"/>
        </w:rPr>
        <w:t xml:space="preserve">. If Seller accepts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return and notifies ABC of the return pursuant to section 2.4(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ABC may refund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ABC’s commission on that Customer Order as set forth in the Policies.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2.5 </w:t>
      </w:r>
      <w:r>
        <w:rPr>
          <w:rFonts w:ascii="Times New Roman" w:hAnsi="Times New Roman" w:eastAsia="Times New Roman" w:cs="Times New Roman"/>
          <w:b w:val="0"/>
          <w:sz w:val="24"/>
        </w:rPr>
        <w:t>Recalled Products</w:t>
      </w:r>
      <w:r>
        <w:rPr>
          <w:rFonts w:ascii="Times New Roman" w:hAnsi="Times New Roman" w:eastAsia="Times New Roman" w:cs="Times New Roman"/>
          <w:b w:val="0"/>
          <w:sz w:val="24"/>
        </w:rPr>
        <w:t xml:space="preserve">. Seller shall immediately notify ABC of any recall affecting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and shall immediately remove the Product Listing for that Product from all Web Markets. Seller shall be responsible for all recalled Products, including any Losses related to recalls of its Products, and will bear all Losses related to notifying Customers of and handling recalls of its Products.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2.6 </w:t>
      </w:r>
      <w:r>
        <w:rPr>
          <w:rFonts w:ascii="Times New Roman" w:hAnsi="Times New Roman" w:eastAsia="Times New Roman" w:cs="Times New Roman"/>
          <w:b w:val="0"/>
          <w:sz w:val="24"/>
        </w:rPr>
        <w:t>Customer Service Issues</w:t>
      </w:r>
      <w:r>
        <w:rPr>
          <w:rFonts w:ascii="Times New Roman" w:hAnsi="Times New Roman" w:eastAsia="Times New Roman" w:cs="Times New Roman"/>
          <w:b w:val="0"/>
          <w:sz w:val="24"/>
        </w:rPr>
        <w:t xml:space="preserve">. Seller shall handle all customer service issues related to Seller’s Products. ABC is not responsible for handling customer service issues related to Seller’s Products, and ABC may direct Customers who contact it with service issues related to Seller’s Products to contact Seller using the contact information Seller has provided in the ABC Portal. If Seller does not handle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service issue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from ABC to handle that issue, ABC may take any actions necessary to ensure Seller’s compliance, and ABC will not be liable to Seller for any results of those actions. If Seller does not handle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service issue to ABC’s satisfaction, ABC may contact the Customer and take any action to resolve the issue, and Seller will be liable for all of ABC’s Losses with respect thereto.</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2.7 </w:t>
      </w:r>
      <w:r>
        <w:rPr>
          <w:rFonts w:ascii="Times New Roman" w:hAnsi="Times New Roman" w:eastAsia="Times New Roman" w:cs="Times New Roman"/>
          <w:b w:val="0"/>
          <w:sz w:val="24"/>
        </w:rPr>
        <w:t>Chargebacks</w:t>
      </w:r>
      <w:r>
        <w:rPr>
          <w:rFonts w:ascii="Times New Roman" w:hAnsi="Times New Roman" w:eastAsia="Times New Roman" w:cs="Times New Roman"/>
          <w:b w:val="0"/>
          <w:sz w:val="24"/>
        </w:rPr>
        <w:t>. ABC may charge back Seller for Losses ABC incurs arising out of Customer disputes related to Seller’s Products (“</w:t>
      </w:r>
      <w:r>
        <w:rPr>
          <w:rFonts w:ascii="Times New Roman" w:hAnsi="Times New Roman" w:eastAsia="Times New Roman" w:cs="Times New Roman"/>
          <w:b w:val="0"/>
          <w:sz w:val="24"/>
        </w:rPr>
        <w:t>Chargebacks</w:t>
      </w:r>
      <w:r>
        <w:rPr>
          <w:rFonts w:ascii="Times New Roman" w:hAnsi="Times New Roman" w:eastAsia="Times New Roman" w:cs="Times New Roman"/>
          <w:b w:val="0"/>
          <w:sz w:val="24"/>
        </w:rPr>
        <w:t xml:space="preserve">”). In that event, ABC will send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Chargeback. Seller must respond within five (5) Business Days of receiving the notice and provide ABC any information requested in the Chargeback notice. If Seller does not respond to the Chargeback notice to ABC’s satisfaction within such five (5) Business Day period, ABC may charge Seller for the Chargeback, and Seller will immediately reimburse ABC for the Chargeback.</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2.8 </w:t>
      </w:r>
      <w:r>
        <w:rPr>
          <w:rFonts w:ascii="Times New Roman" w:hAnsi="Times New Roman" w:eastAsia="Times New Roman" w:cs="Times New Roman"/>
          <w:b w:val="0"/>
          <w:sz w:val="24"/>
        </w:rPr>
        <w:t>Customer Reviews and Ratings</w:t>
      </w:r>
      <w:r>
        <w:rPr>
          <w:rFonts w:ascii="Times New Roman" w:hAnsi="Times New Roman" w:eastAsia="Times New Roman" w:cs="Times New Roman"/>
          <w:b w:val="0"/>
          <w:sz w:val="24"/>
        </w:rPr>
        <w:t>. ABC may ask Customers to rate or provide comments regarding Seller or the Products, and may post any ratings or comments on the appropriate Web Market for public display.</w:t>
      </w:r>
    </w:p>
    <w:p>
      <w:pPr>
        <w:keepNext w:val="0"/>
        <w:spacing w:before="240" w:after="0" w:line="260" w:lineRule="exact"/>
        <w:ind w:left="0" w:right="0" w:firstLine="0"/>
        <w:jc w:val="center"/>
      </w:pPr>
      <w:r>
        <w:rPr>
          <w:rFonts w:ascii="Times New Roman" w:hAnsi="Times New Roman" w:eastAsia="Times New Roman" w:cs="Times New Roman"/>
          <w:b/>
          <w:sz w:val="24"/>
        </w:rPr>
        <w:t>Article 3</w:t>
      </w:r>
      <w:r>
        <w:rPr>
          <w:rFonts w:ascii="Times New Roman" w:hAnsi="Times New Roman" w:eastAsia="Times New Roman" w:cs="Times New Roman"/>
          <w:sz w:val="24"/>
        </w:rPr>
        <w:br/>
      </w:r>
      <w:r>
        <w:rPr>
          <w:rFonts w:ascii="Times New Roman" w:hAnsi="Times New Roman" w:eastAsia="Times New Roman" w:cs="Times New Roman"/>
          <w:b/>
          <w:sz w:val="24"/>
        </w:rPr>
        <w:t>Fees; Commissions; Payments from Seller; Holdback Funds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3.1 </w:t>
      </w:r>
      <w:r>
        <w:rPr>
          <w:rFonts w:ascii="Times New Roman" w:hAnsi="Times New Roman" w:eastAsia="Times New Roman" w:cs="Times New Roman"/>
          <w:b w:val="0"/>
          <w:sz w:val="24"/>
        </w:rPr>
        <w:t>Monthly Subscription Fees</w:t>
      </w:r>
      <w:r>
        <w:rPr>
          <w:rFonts w:ascii="Times New Roman" w:hAnsi="Times New Roman" w:eastAsia="Times New Roman" w:cs="Times New Roman"/>
          <w:b w:val="0"/>
          <w:sz w:val="24"/>
        </w:rPr>
        <w:t>. Seller shall pay ABC the monthly subscription fees specified on the Seller Information Page for access to the Web Markets (the “</w:t>
      </w:r>
      <w:r>
        <w:rPr>
          <w:rFonts w:ascii="Times New Roman" w:hAnsi="Times New Roman" w:eastAsia="Times New Roman" w:cs="Times New Roman"/>
          <w:b w:val="0"/>
          <w:sz w:val="24"/>
        </w:rPr>
        <w:t>Monthly Subscription Fees</w:t>
      </w:r>
      <w:r>
        <w:rPr>
          <w:rFonts w:ascii="Times New Roman" w:hAnsi="Times New Roman" w:eastAsia="Times New Roman" w:cs="Times New Roman"/>
          <w:b w:val="0"/>
          <w:sz w:val="24"/>
        </w:rPr>
        <w:t>”) and may change the Monthly Subscription Fees from time to time by posting the new fees on the Seller Information Page; any revised Monthly Subscription Fees will be effective from the date they are posted (or effective at another time specified by ABC) without notice to Seller other than the posting thereof on the Seller Information Page.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3.2 </w:t>
      </w:r>
      <w:r>
        <w:rPr>
          <w:rFonts w:ascii="Times New Roman" w:hAnsi="Times New Roman" w:eastAsia="Times New Roman" w:cs="Times New Roman"/>
          <w:b w:val="0"/>
          <w:sz w:val="24"/>
        </w:rPr>
        <w:t>Commissions</w:t>
      </w:r>
      <w:r>
        <w:rPr>
          <w:rFonts w:ascii="Times New Roman" w:hAnsi="Times New Roman" w:eastAsia="Times New Roman" w:cs="Times New Roman"/>
          <w:b w:val="0"/>
          <w:sz w:val="24"/>
        </w:rPr>
        <w:t>. Seller shall pay ABC commissions on all amounts ABC collects on Seller’s behalf for sales of Products, less Seller Taxes, according to the “Commission Rate Schedule” specified in the Seller Information Page. ABC may change the Commission Rate Schedule by posting any changes to the Seller Information Page, and those changes will be effective from the date they are posted (or effective at another time specified by ABC) without notice to Seller other than the posting thereof on the Seller Information Page.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3.3 </w:t>
      </w:r>
      <w:r>
        <w:rPr>
          <w:rFonts w:ascii="Times New Roman" w:hAnsi="Times New Roman" w:eastAsia="Times New Roman" w:cs="Times New Roman"/>
          <w:b w:val="0"/>
          <w:sz w:val="24"/>
        </w:rPr>
        <w:t>Methods For ABC to Obtain Payment from Seller</w:t>
      </w:r>
      <w:r>
        <w:rPr>
          <w:rFonts w:ascii="Times New Roman" w:hAnsi="Times New Roman" w:eastAsia="Times New Roman" w:cs="Times New Roman"/>
          <w:b w:val="0"/>
          <w:sz w:val="24"/>
        </w:rPr>
        <w:t>. Upon ABC’s demand, Seller shall immediately pay any amounts it owes ABC pursuant to this Agreement. Seller hereby authorizes ABC to use any of the following methods for obtaining payment of amounts Seller owes ABC pursuant to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setting-off any amount ABC owes to Seller by any amount Seller owes to ABC or from any Holdback Funds;</w:t>
      </w:r>
    </w:p>
    <w:p>
      <w:pPr>
        <w:keepNext w:val="0"/>
        <w:spacing w:before="200" w:after="0" w:line="260" w:lineRule="exact"/>
        <w:ind w:left="0" w:right="0" w:firstLine="0"/>
        <w:jc w:val="both"/>
      </w:pPr>
      <w:r>
        <w:rPr>
          <w:rFonts w:ascii="Times New Roman" w:hAnsi="Times New Roman" w:eastAsia="Times New Roman" w:cs="Times New Roman"/>
          <w:b w:val="0"/>
          <w:sz w:val="24"/>
        </w:rPr>
        <w:t>(b) reversing any credit or credits ABC has made to Seller’s Account;</w:t>
      </w:r>
    </w:p>
    <w:p>
      <w:pPr>
        <w:keepNext w:val="0"/>
        <w:spacing w:before="200" w:after="0" w:line="260" w:lineRule="exact"/>
        <w:ind w:left="0" w:right="0" w:firstLine="0"/>
        <w:jc w:val="both"/>
      </w:pPr>
      <w:r>
        <w:rPr>
          <w:rFonts w:ascii="Times New Roman" w:hAnsi="Times New Roman" w:eastAsia="Times New Roman" w:cs="Times New Roman"/>
          <w:b w:val="0"/>
          <w:sz w:val="24"/>
        </w:rPr>
        <w:t>(c) charging Seller’s credit card, or deducting funds from Seller’s bank account; or</w:t>
      </w:r>
    </w:p>
    <w:p>
      <w:pPr>
        <w:keepNext w:val="0"/>
        <w:spacing w:before="200" w:after="0" w:line="260" w:lineRule="exact"/>
        <w:ind w:left="0" w:right="0" w:firstLine="0"/>
        <w:jc w:val="both"/>
      </w:pPr>
      <w:r>
        <w:rPr>
          <w:rFonts w:ascii="Times New Roman" w:hAnsi="Times New Roman" w:eastAsia="Times New Roman" w:cs="Times New Roman"/>
          <w:b w:val="0"/>
          <w:sz w:val="24"/>
        </w:rPr>
        <w:t>(d) seeking payment from Seller by any other lawful means.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3.4 </w:t>
      </w:r>
      <w:r>
        <w:rPr>
          <w:rFonts w:ascii="Times New Roman" w:hAnsi="Times New Roman" w:eastAsia="Times New Roman" w:cs="Times New Roman"/>
          <w:b w:val="0"/>
          <w:sz w:val="24"/>
        </w:rPr>
        <w:t>Holdback Funds</w:t>
      </w:r>
      <w:r>
        <w:rPr>
          <w:rFonts w:ascii="Times New Roman" w:hAnsi="Times New Roman" w:eastAsia="Times New Roman" w:cs="Times New Roman"/>
          <w:b w:val="0"/>
          <w:sz w:val="24"/>
        </w:rPr>
        <w:t xml:space="preserve">. ABC may withhold from time to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sum (the “</w:t>
      </w:r>
      <w:r>
        <w:rPr>
          <w:rFonts w:ascii="Times New Roman" w:hAnsi="Times New Roman" w:eastAsia="Times New Roman" w:cs="Times New Roman"/>
          <w:b w:val="0"/>
          <w:sz w:val="24"/>
        </w:rPr>
        <w:t>Holdback Funds</w:t>
      </w:r>
      <w:r>
        <w:rPr>
          <w:rFonts w:ascii="Times New Roman" w:hAnsi="Times New Roman" w:eastAsia="Times New Roman" w:cs="Times New Roman"/>
          <w:b w:val="0"/>
          <w:sz w:val="24"/>
        </w:rPr>
        <w:t xml:space="preserve">”) from payments to be made to Seller based on Seller’s creditworthiness, previous compliance with this Agreement and the Policies, or any other reasonable factors. ABC may commingle any Holdback Funds with its other funds, and Seller will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creditor of ABC with respect to any Holdback Funds or other amounts ABC owes to Seller. ABC shall not be and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with respect to the Holdback Funds.</w:t>
      </w:r>
    </w:p>
    <w:p>
      <w:pPr>
        <w:keepNext w:val="0"/>
        <w:spacing w:before="240" w:after="0" w:line="260" w:lineRule="exact"/>
        <w:ind w:left="0" w:right="0" w:firstLine="0"/>
        <w:jc w:val="center"/>
      </w:pPr>
      <w:r>
        <w:rPr>
          <w:rFonts w:ascii="Times New Roman" w:hAnsi="Times New Roman" w:eastAsia="Times New Roman" w:cs="Times New Roman"/>
          <w:b/>
          <w:sz w:val="24"/>
        </w:rPr>
        <w:t>Article 4</w:t>
      </w:r>
      <w:r>
        <w:rPr>
          <w:rFonts w:ascii="Times New Roman" w:hAnsi="Times New Roman" w:eastAsia="Times New Roman" w:cs="Times New Roman"/>
          <w:sz w:val="24"/>
        </w:rPr>
        <w:br/>
      </w:r>
      <w:r>
        <w:rPr>
          <w:rFonts w:ascii="Times New Roman" w:hAnsi="Times New Roman" w:eastAsia="Times New Roman" w:cs="Times New Roman"/>
          <w:b/>
          <w:sz w:val="24"/>
        </w:rPr>
        <w:t>Intellectual Property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4.1 </w:t>
      </w:r>
      <w:r>
        <w:rPr>
          <w:rFonts w:ascii="Times New Roman" w:hAnsi="Times New Roman" w:eastAsia="Times New Roman" w:cs="Times New Roman"/>
          <w:b w:val="0"/>
          <w:sz w:val="24"/>
        </w:rPr>
        <w:t>Grant of License by ABC</w:t>
      </w:r>
      <w:r>
        <w:rPr>
          <w:rFonts w:ascii="Times New Roman" w:hAnsi="Times New Roman" w:eastAsia="Times New Roman" w:cs="Times New Roman"/>
          <w:b w:val="0"/>
          <w:sz w:val="24"/>
        </w:rPr>
        <w:t xml:space="preserve">. ABC hereby grants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revocable, nontransferable, worldwide license to offer and sell Products on the Web Markets to Customers, subject to the terms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4.2 </w:t>
      </w:r>
      <w:r>
        <w:rPr>
          <w:rFonts w:ascii="Times New Roman" w:hAnsi="Times New Roman" w:eastAsia="Times New Roman" w:cs="Times New Roman"/>
          <w:b w:val="0"/>
          <w:sz w:val="24"/>
        </w:rPr>
        <w:t>Grant of License by Seller</w:t>
      </w:r>
      <w:r>
        <w:rPr>
          <w:rFonts w:ascii="Times New Roman" w:hAnsi="Times New Roman" w:eastAsia="Times New Roman" w:cs="Times New Roman"/>
          <w:b w:val="0"/>
          <w:sz w:val="24"/>
        </w:rPr>
        <w:t xml:space="preserve">. Seller hereby grants ABC and its subsidiaries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royalty-free, non-exclusive, worldwide, royalty-free license to use and to display, reproduce, distribute, perform, modify, re-format, merge, create derivative works of or otherwise commercially or non-commercially exploit in any manner Seller Information. ABC shall not alter any Seller Marks from the forms provided by Seller except to the extent necessary for presentation, so long as the relative proportions and colors of the Seller Marks remain the same. ABC may also use Seller Information in any way that is allowed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from Seller under Applicable Law.</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4.3 </w:t>
      </w:r>
      <w:r>
        <w:rPr>
          <w:rFonts w:ascii="Times New Roman" w:hAnsi="Times New Roman" w:eastAsia="Times New Roman" w:cs="Times New Roman"/>
          <w:b w:val="0"/>
          <w:sz w:val="24"/>
        </w:rPr>
        <w:t>Ownership of Intellectual Property Rights</w:t>
      </w:r>
      <w:r>
        <w:rPr>
          <w:rFonts w:ascii="Times New Roman" w:hAnsi="Times New Roman" w:eastAsia="Times New Roman" w:cs="Times New Roman"/>
          <w:b w:val="0"/>
          <w:sz w:val="24"/>
        </w:rPr>
        <w:t>. ABC will own all right, title and interest in and to any IP Rights in the Web Markets and all data collected or stored in connection with the Web Markets. Except as expressly provided in this Agreement, Seller will not have any ownership in or license to any IP Rights and data. If Seller is deemed to have any right, title or interest in all or any part of the foregoing, then Seller hereby assigns all such right, title and interest to ABC, with this assignment continuing throughout the Term.</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4.4 </w:t>
      </w:r>
      <w:r>
        <w:rPr>
          <w:rFonts w:ascii="Times New Roman" w:hAnsi="Times New Roman" w:eastAsia="Times New Roman" w:cs="Times New Roman"/>
          <w:b w:val="0"/>
          <w:sz w:val="24"/>
        </w:rPr>
        <w:t>Infringement of Third-Party Rights</w:t>
      </w:r>
      <w:r>
        <w:rPr>
          <w:rFonts w:ascii="Times New Roman" w:hAnsi="Times New Roman" w:eastAsia="Times New Roman" w:cs="Times New Roman"/>
          <w:b w:val="0"/>
          <w:sz w:val="24"/>
        </w:rPr>
        <w:t>. Seller shall ensure that its Products and Seller Information do not infringe the intellectual property or other rights of any other Person. Seller shall immediately notify ABC of any actual or alleged infringement of any intellectual property or other right of another Person in connection with the Products or Seller Information. Seller shall be responsible for any Losses related to any actual or alleged infringement of another Person’s intellectual property rights in connection with Seller’s Products or Seller Information.</w:t>
      </w:r>
    </w:p>
    <w:p>
      <w:pPr>
        <w:keepNext w:val="0"/>
        <w:spacing w:before="240" w:after="0" w:line="260" w:lineRule="exact"/>
        <w:ind w:left="0" w:right="0" w:firstLine="0"/>
        <w:jc w:val="center"/>
      </w:pPr>
      <w:r>
        <w:rPr>
          <w:rFonts w:ascii="Times New Roman" w:hAnsi="Times New Roman" w:eastAsia="Times New Roman" w:cs="Times New Roman"/>
          <w:b/>
          <w:sz w:val="24"/>
        </w:rPr>
        <w:t>Article 5</w:t>
      </w:r>
      <w:r>
        <w:rPr>
          <w:rFonts w:ascii="Times New Roman" w:hAnsi="Times New Roman" w:eastAsia="Times New Roman" w:cs="Times New Roman"/>
          <w:sz w:val="24"/>
        </w:rPr>
        <w:br/>
      </w:r>
      <w:r>
        <w:rPr>
          <w:rFonts w:ascii="Times New Roman" w:hAnsi="Times New Roman" w:eastAsia="Times New Roman" w:cs="Times New Roman"/>
          <w:b/>
          <w:sz w:val="24"/>
        </w:rPr>
        <w:t>Representations and Warranties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5.1 </w:t>
      </w:r>
      <w:r>
        <w:rPr>
          <w:rFonts w:ascii="Times New Roman" w:hAnsi="Times New Roman" w:eastAsia="Times New Roman" w:cs="Times New Roman"/>
          <w:b w:val="0"/>
          <w:sz w:val="24"/>
        </w:rPr>
        <w:t>Seller Representations and Warranties</w:t>
      </w:r>
      <w:r>
        <w:rPr>
          <w:rFonts w:ascii="Times New Roman" w:hAnsi="Times New Roman" w:eastAsia="Times New Roman" w:cs="Times New Roman"/>
          <w:b w:val="0"/>
          <w:sz w:val="24"/>
        </w:rPr>
        <w:t>. Seller hereby represents and warrants to ABC as follows: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Organization and Qualification</w:t>
      </w:r>
      <w:r>
        <w:rPr>
          <w:rFonts w:ascii="Times New Roman" w:hAnsi="Times New Roman" w:eastAsia="Times New Roman" w:cs="Times New Roman"/>
          <w:b w:val="0"/>
          <w:sz w:val="24"/>
        </w:rPr>
        <w:t xml:space="preserve">.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and has the corporate power and authority to own all of its properties and assets and to carry on its business as it is now being conducted. Seller is duly qualified to do business and is in good standing in all jurisdictions in which it is required to be qualified and in which the failure to be so qualified would materially and adversely affect the financial condition, business or results of operations of Seller.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Authority</w:t>
      </w:r>
      <w:r>
        <w:rPr>
          <w:rFonts w:ascii="Times New Roman" w:hAnsi="Times New Roman" w:eastAsia="Times New Roman" w:cs="Times New Roman"/>
          <w:b w:val="0"/>
          <w:sz w:val="24"/>
        </w:rPr>
        <w:t>. Seller has the corporate power and authority to execute and deliver this Agreement and to consummate the transactions contemplated hereby. This Agreement constitutes the valid and binding obligation of Seller, enforceable against Seller in accordance with its terms, except to the extent that such enforceability may be limited by bankruptcy, insolvency, reorganization, moratorium or other laws and court decisions relating to or affecting the enforcement of creditors’ rights generally (including statutory or other laws regarding fraudulent transfers), and is subject to general principles of equity.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5.2 </w:t>
      </w:r>
      <w:r>
        <w:rPr>
          <w:rFonts w:ascii="Times New Roman" w:hAnsi="Times New Roman" w:eastAsia="Times New Roman" w:cs="Times New Roman"/>
          <w:b w:val="0"/>
          <w:sz w:val="24"/>
        </w:rPr>
        <w:t>ABC Representations and Warranties</w:t>
      </w:r>
      <w:r>
        <w:rPr>
          <w:rFonts w:ascii="Times New Roman" w:hAnsi="Times New Roman" w:eastAsia="Times New Roman" w:cs="Times New Roman"/>
          <w:b w:val="0"/>
          <w:sz w:val="24"/>
        </w:rPr>
        <w:t>. ABC hereby represents and warrants to Seller as follows: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Organization and Qualification</w:t>
      </w:r>
      <w:r>
        <w:rPr>
          <w:rFonts w:ascii="Times New Roman" w:hAnsi="Times New Roman" w:eastAsia="Times New Roman" w:cs="Times New Roman"/>
          <w:b w:val="0"/>
          <w:sz w:val="24"/>
        </w:rPr>
        <w:t xml:space="preserve">. ABC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and has the corporate power and authority to own all of its properties and assets and to carry on its business as it is now being conducted. ABC is duly qualified to do business and is in good standing in all jurisdictions in which it is required to be qualified and in which the failure to be so qualified would materially and adversely affect the financial condition, business or results of operations of ABC. </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Authority</w:t>
      </w:r>
      <w:r>
        <w:rPr>
          <w:rFonts w:ascii="Times New Roman" w:hAnsi="Times New Roman" w:eastAsia="Times New Roman" w:cs="Times New Roman"/>
          <w:b w:val="0"/>
          <w:sz w:val="24"/>
        </w:rPr>
        <w:t>. ABC has the corporate power and authority to execute and deliver this Agreement and to consummate the transactions contemplated hereby. This Agreement constitutes the valid and binding obligation of ABC, enforceable against ABC in accordance with its terms, except to the extent that such enforceability may be limited by bankruptcy, insolvency, reorganization, moratorium or other laws and court decisions relating to or affecting the enforcement of creditors’ rights generally (including statutory or other laws regarding fraudulent transfers), and is subject to general principles of equity.</w:t>
      </w:r>
    </w:p>
    <w:p>
      <w:pPr>
        <w:keepNext w:val="0"/>
        <w:spacing w:before="240" w:after="0" w:line="260" w:lineRule="exact"/>
        <w:ind w:left="0" w:right="0" w:firstLine="0"/>
        <w:jc w:val="center"/>
      </w:pPr>
      <w:r>
        <w:rPr>
          <w:rFonts w:ascii="Times New Roman" w:hAnsi="Times New Roman" w:eastAsia="Times New Roman" w:cs="Times New Roman"/>
          <w:b/>
          <w:sz w:val="24"/>
        </w:rPr>
        <w:t>Article 6</w:t>
      </w:r>
      <w:r>
        <w:rPr>
          <w:rFonts w:ascii="Times New Roman" w:hAnsi="Times New Roman" w:eastAsia="Times New Roman" w:cs="Times New Roman"/>
          <w:sz w:val="24"/>
        </w:rPr>
        <w:br/>
      </w:r>
      <w:r>
        <w:rPr>
          <w:rFonts w:ascii="Times New Roman" w:hAnsi="Times New Roman" w:eastAsia="Times New Roman" w:cs="Times New Roman"/>
          <w:b/>
          <w:sz w:val="24"/>
        </w:rPr>
        <w:t>Term and Termination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6.1 </w:t>
      </w:r>
      <w:r>
        <w:rPr>
          <w:rFonts w:ascii="Times New Roman" w:hAnsi="Times New Roman" w:eastAsia="Times New Roman" w:cs="Times New Roman"/>
          <w:b w:val="0"/>
          <w:sz w:val="24"/>
        </w:rPr>
        <w:t>Term</w:t>
      </w:r>
      <w:r>
        <w:rPr>
          <w:rFonts w:ascii="Times New Roman" w:hAnsi="Times New Roman" w:eastAsia="Times New Roman" w:cs="Times New Roman"/>
          <w:b w:val="0"/>
          <w:sz w:val="24"/>
        </w:rPr>
        <w:t>. The initial term of this Agreement shall begin on the Effective Date and continue until the first anniversary thereof. Thereafter, this Agreement shall automatically renew for successive one (1) year terms unless either Party provides the other Party with written notice of its intent not to renew at least ninety (90) days prior to the expiration of the then-current term. The initial term and the renewal term are together the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6.2 </w:t>
      </w:r>
      <w:r>
        <w:rPr>
          <w:rFonts w:ascii="Times New Roman" w:hAnsi="Times New Roman" w:eastAsia="Times New Roman" w:cs="Times New Roman"/>
          <w:b w:val="0"/>
          <w:sz w:val="24"/>
        </w:rPr>
        <w:t>Termination for Cause</w:t>
      </w:r>
      <w:r>
        <w:rPr>
          <w:rFonts w:ascii="Times New Roman" w:hAnsi="Times New Roman" w:eastAsia="Times New Roman" w:cs="Times New Roman"/>
          <w:b w:val="0"/>
          <w:sz w:val="24"/>
        </w:rPr>
        <w:t>. Either Party may terminate this Agreement upon the material breach of the other Party, if such breach remains uncured for ten (10) days following written notice to the breaching Party.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6.3 </w:t>
      </w:r>
      <w:r>
        <w:rPr>
          <w:rFonts w:ascii="Times New Roman" w:hAnsi="Times New Roman" w:eastAsia="Times New Roman" w:cs="Times New Roman"/>
          <w:b w:val="0"/>
          <w:sz w:val="24"/>
        </w:rPr>
        <w:t>Termination for Convenience</w:t>
      </w:r>
      <w:r>
        <w:rPr>
          <w:rFonts w:ascii="Times New Roman" w:hAnsi="Times New Roman" w:eastAsia="Times New Roman" w:cs="Times New Roman"/>
          <w:b w:val="0"/>
          <w:sz w:val="24"/>
        </w:rPr>
        <w:t>. Customer may terminate this Agreement at any time for any reason or no reason upon no less than thirty (30) days’ prior written notice.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6.4 </w:t>
      </w:r>
      <w:r>
        <w:rPr>
          <w:rFonts w:ascii="Times New Roman" w:hAnsi="Times New Roman" w:eastAsia="Times New Roman" w:cs="Times New Roman"/>
          <w:b w:val="0"/>
          <w:sz w:val="24"/>
        </w:rPr>
        <w:t>Effect of Termination</w:t>
      </w:r>
      <w:r>
        <w:rPr>
          <w:rFonts w:ascii="Times New Roman" w:hAnsi="Times New Roman" w:eastAsia="Times New Roman" w:cs="Times New Roman"/>
          <w:b w:val="0"/>
          <w:sz w:val="24"/>
        </w:rPr>
        <w:t>. Upon termination, any rights or obligations of either Party with respect to any outstanding sale transactions (including fulfillment and returns) will survive until completed. Any termination of this Agreement will be without prejudice to the rights of either Party against the other with respect to any claim, right, or obligation arising before the termination. Any provisions of this Agreement relating to limitations on liability, confidentiality and indemnification, as well as any other provisions that by their nature are intended to survive, including any payment or customer service obligations in connection with the sale of Products, will survive termination of this Agreement. Upon termination, ABC may maintain Holdback Funds to cover any amounts Seller does or may owe ABC, including to cover amounts Seller will owe ABC for Customer returns of Products and Chargebacks.</w:t>
      </w:r>
    </w:p>
    <w:p>
      <w:pPr>
        <w:keepNext w:val="0"/>
        <w:spacing w:before="240" w:after="0" w:line="260" w:lineRule="exact"/>
        <w:ind w:left="0" w:right="0" w:firstLine="0"/>
        <w:jc w:val="center"/>
      </w:pPr>
      <w:r>
        <w:rPr>
          <w:rFonts w:ascii="Times New Roman" w:hAnsi="Times New Roman" w:eastAsia="Times New Roman" w:cs="Times New Roman"/>
          <w:b/>
          <w:sz w:val="24"/>
        </w:rPr>
        <w:t>Article 7</w:t>
      </w:r>
      <w:r>
        <w:rPr>
          <w:rFonts w:ascii="Times New Roman" w:hAnsi="Times New Roman" w:eastAsia="Times New Roman" w:cs="Times New Roman"/>
          <w:sz w:val="24"/>
        </w:rPr>
        <w:br/>
      </w:r>
      <w:r>
        <w:rPr>
          <w:rFonts w:ascii="Times New Roman" w:hAnsi="Times New Roman" w:eastAsia="Times New Roman" w:cs="Times New Roman"/>
          <w:b/>
          <w:sz w:val="24"/>
        </w:rPr>
        <w:t>Disclaimer of Warranties; Limitations of Liability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7.1 </w:t>
      </w:r>
      <w:r>
        <w:rPr>
          <w:rFonts w:ascii="Times New Roman" w:hAnsi="Times New Roman" w:eastAsia="Times New Roman" w:cs="Times New Roman"/>
          <w:b w:val="0"/>
          <w:sz w:val="24"/>
        </w:rPr>
        <w:t>WARRANTY DISCLAIMERS</w:t>
      </w:r>
      <w:r>
        <w:rPr>
          <w:rFonts w:ascii="Times New Roman" w:hAnsi="Times New Roman" w:eastAsia="Times New Roman" w:cs="Times New Roman"/>
          <w:b w:val="0"/>
          <w:sz w:val="24"/>
        </w:rPr>
        <w:t xml:space="preserve">. ABC DOES NOT MAKE ANY WARRANTY OF ANY KIND, EXPRESS OR IMPLIED TO CUSTOMER. ABC PROVIDES THE WEB MARKETS “AS-IS” AND WITH ALL FAULTS. ABC SPECIFICALLY DISCLAIMS THE IMPLIED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NON-INFRINGEMENT AND DATA ACCURACY. THERE IS NO WARRANTY OR GUARANTEE THAT THE WEB MARKETS AND/OR OTHER SERVICES PROVIDED WILL MEET ANY PARTICULAR CRITERIA OF PERFORMANCE, QUALITY OR ACCURACY. </w:t>
      </w:r>
    </w:p>
    <w:p>
      <w:pPr>
        <w:keepNext w:val="0"/>
        <w:spacing w:before="200" w:after="0" w:line="260" w:lineRule="exact"/>
        <w:ind w:left="0" w:right="0" w:firstLine="0"/>
        <w:jc w:val="both"/>
      </w:pPr>
      <w:r>
        <w:rPr>
          <w:rFonts w:ascii="Times New Roman" w:hAnsi="Times New Roman" w:eastAsia="Times New Roman" w:cs="Times New Roman"/>
          <w:b w:val="0"/>
          <w:sz w:val="24"/>
        </w:rPr>
        <w:t>Without limiting the foregoing:</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ABC does not warrant that Seller’s use of the Web Markets will be uninterrupted, error-free, or virus-free.</w:t>
      </w:r>
    </w:p>
    <w:p>
      <w:pPr>
        <w:keepNext w:val="0"/>
        <w:spacing w:before="200" w:after="0" w:line="260" w:lineRule="exact"/>
        <w:ind w:left="0" w:right="0" w:firstLine="0"/>
        <w:jc w:val="both"/>
      </w:pPr>
      <w:r>
        <w:rPr>
          <w:rFonts w:ascii="Times New Roman" w:hAnsi="Times New Roman" w:eastAsia="Times New Roman" w:cs="Times New Roman"/>
          <w:b w:val="0"/>
          <w:sz w:val="24"/>
        </w:rPr>
        <w:t>(b) ABC does not warrant or guarantee Seller’s results from using the Web Markets, the sale of any Products on the Web Markets, or any services provided by ABC to Seller in connection with the Web Markets.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7.2 </w:t>
      </w:r>
      <w:r>
        <w:rPr>
          <w:rFonts w:ascii="Times New Roman" w:hAnsi="Times New Roman" w:eastAsia="Times New Roman" w:cs="Times New Roman"/>
          <w:b w:val="0"/>
          <w:sz w:val="24"/>
        </w:rPr>
        <w:t>LIABILITY LIMITATIONS</w:t>
      </w:r>
      <w:r>
        <w:rPr>
          <w:rFonts w:ascii="Times New Roman" w:hAnsi="Times New Roman" w:eastAsia="Times New Roman" w:cs="Times New Roman"/>
          <w:b w:val="0"/>
          <w:sz w:val="24"/>
        </w:rPr>
        <w:t>. ABC SHALL NOT BE LIABLE UNDER ANY THEORY INCLUDING CONTRACT AND TORT (INCLUDING NEGLIGENCE AND PRODUCT LIABILITY) FOR ANY INDIRECT, SPECIAL, INCIDENTAL, CONSEQUENTIAL OR PUNITIVE DAMAGES, EVEN IF ABC HAS BEEN ADVISED OF THE POSSIBILITY OF SUCH DAMAGES.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7.3 </w:t>
      </w:r>
      <w:r>
        <w:rPr>
          <w:rFonts w:ascii="Times New Roman" w:hAnsi="Times New Roman" w:eastAsia="Times New Roman" w:cs="Times New Roman"/>
          <w:b w:val="0"/>
          <w:sz w:val="24"/>
        </w:rPr>
        <w:t>MAXIMUM LIABILITY</w:t>
      </w:r>
      <w:r>
        <w:rPr>
          <w:rFonts w:ascii="Times New Roman" w:hAnsi="Times New Roman" w:eastAsia="Times New Roman" w:cs="Times New Roman"/>
          <w:b w:val="0"/>
          <w:sz w:val="24"/>
        </w:rPr>
        <w:t>. IN ADDITION TO THE FOREGOING LIMITATIONS, IN NO EVENT SHALL THE AGGREGATE LIABILITY OF ABC, INCLUDING WITHOUT LIMITATION LIABLITY ARISING OUT OF BREACH OF CONTRACT, TORT, STRICT LIABILITY, PRODUCT LIABILITY, NEGLIGENCE, BREACH OF WARRANTY OR OTHERWISE EXCEED THE LESSER OF (i) THE FEES SELLER PAID DURING THE THIRTY-DAY PERIOD IMMEDIATELY PRECEDING THE OCCURRENCE OF THE LIABILITY AND (ii) US $10.00.</w:t>
      </w:r>
    </w:p>
    <w:p>
      <w:pPr>
        <w:keepNext w:val="0"/>
        <w:spacing w:before="240" w:after="0" w:line="260" w:lineRule="exact"/>
        <w:ind w:left="0" w:right="0" w:firstLine="0"/>
        <w:jc w:val="center"/>
      </w:pPr>
      <w:r>
        <w:rPr>
          <w:rFonts w:ascii="Times New Roman" w:hAnsi="Times New Roman" w:eastAsia="Times New Roman" w:cs="Times New Roman"/>
          <w:b/>
          <w:sz w:val="24"/>
        </w:rPr>
        <w:t>Article 8</w:t>
      </w:r>
      <w:r>
        <w:rPr>
          <w:rFonts w:ascii="Times New Roman" w:hAnsi="Times New Roman" w:eastAsia="Times New Roman" w:cs="Times New Roman"/>
          <w:sz w:val="24"/>
        </w:rPr>
        <w:br/>
      </w:r>
      <w:r>
        <w:rPr>
          <w:rFonts w:ascii="Times New Roman" w:hAnsi="Times New Roman" w:eastAsia="Times New Roman" w:cs="Times New Roman"/>
          <w:b/>
          <w:sz w:val="24"/>
        </w:rPr>
        <w:t>Indemnification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8.1 </w:t>
      </w:r>
      <w:r>
        <w:rPr>
          <w:rFonts w:ascii="Times New Roman" w:hAnsi="Times New Roman" w:eastAsia="Times New Roman" w:cs="Times New Roman"/>
          <w:b w:val="0"/>
          <w:sz w:val="24"/>
        </w:rPr>
        <w:t>Seller Indemnity</w:t>
      </w:r>
      <w:r>
        <w:rPr>
          <w:rFonts w:ascii="Times New Roman" w:hAnsi="Times New Roman" w:eastAsia="Times New Roman" w:cs="Times New Roman"/>
          <w:b w:val="0"/>
          <w:sz w:val="24"/>
        </w:rPr>
        <w:t>. Seller hereby defends, indemnifies and holds harmless ABC, its subsidiaries and its officers, directors and employees (collectively the “</w:t>
      </w:r>
      <w:r>
        <w:rPr>
          <w:rFonts w:ascii="Times New Roman" w:hAnsi="Times New Roman" w:eastAsia="Times New Roman" w:cs="Times New Roman"/>
          <w:b w:val="0"/>
          <w:sz w:val="24"/>
        </w:rPr>
        <w:t>ABC Parties</w:t>
      </w:r>
      <w:r>
        <w:rPr>
          <w:rFonts w:ascii="Times New Roman" w:hAnsi="Times New Roman" w:eastAsia="Times New Roman" w:cs="Times New Roman"/>
          <w:b w:val="0"/>
          <w:sz w:val="24"/>
        </w:rPr>
        <w:t>”) from all Losses suffered or incurred in connection with any Covered Claim.</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8.2 </w:t>
      </w:r>
      <w:r>
        <w:rPr>
          <w:rFonts w:ascii="Times New Roman" w:hAnsi="Times New Roman" w:eastAsia="Times New Roman" w:cs="Times New Roman"/>
          <w:b w:val="0"/>
          <w:sz w:val="24"/>
        </w:rPr>
        <w:t>Indemnification Process</w:t>
      </w:r>
      <w:r>
        <w:rPr>
          <w:rFonts w:ascii="Times New Roman" w:hAnsi="Times New Roman" w:eastAsia="Times New Roman" w:cs="Times New Roman"/>
          <w:b w:val="0"/>
          <w:sz w:val="24"/>
        </w:rPr>
        <w:t xml:space="preserve">. If ABC seeks indemnification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Claim, it shall provide Seller reasonably prompt written notice of the Covered Claim. The failure to give such prompt written notice shall not, however, relieve Seller of its indemnification obligations, except and only to the extent that Seller forfeits rights or defenses by reason of such failure or actually incurs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incremental out-of-pocket expense by reason of such failure. Seller shall respond reasonably promptly to ABC’s request and select counsel reasonably acceptable to ABC to handle the Covered Claim. If Seller does not so respond reasonably promptly, ABC shall select counsel and Seller shall pay all fees and expenses of such counsel. ABC or another ABC Party may also hire counsel at its own expense to participate in the defense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Claim. Seller shall not bind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ABC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Claim without that ABC Party’s prior written consent.</w:t>
      </w:r>
    </w:p>
    <w:p>
      <w:pPr>
        <w:keepNext w:val="0"/>
        <w:spacing w:before="240" w:after="0" w:line="260" w:lineRule="exact"/>
        <w:ind w:left="0" w:right="0" w:firstLine="0"/>
        <w:jc w:val="center"/>
      </w:pPr>
      <w:r>
        <w:rPr>
          <w:rFonts w:ascii="Times New Roman" w:hAnsi="Times New Roman" w:eastAsia="Times New Roman" w:cs="Times New Roman"/>
          <w:b/>
          <w:sz w:val="24"/>
        </w:rPr>
        <w:t>Article 9</w:t>
      </w:r>
      <w:r>
        <w:rPr>
          <w:rFonts w:ascii="Times New Roman" w:hAnsi="Times New Roman" w:eastAsia="Times New Roman" w:cs="Times New Roman"/>
          <w:sz w:val="24"/>
        </w:rPr>
        <w:br/>
      </w:r>
      <w:r>
        <w:rPr>
          <w:rFonts w:ascii="Times New Roman" w:hAnsi="Times New Roman" w:eastAsia="Times New Roman" w:cs="Times New Roman"/>
          <w:b/>
          <w:sz w:val="24"/>
        </w:rPr>
        <w:t>Confidential Information; Customer Personal Information; Use of Web Market Systems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9.1 </w:t>
      </w:r>
      <w:r>
        <w:rPr>
          <w:rFonts w:ascii="Times New Roman" w:hAnsi="Times New Roman" w:eastAsia="Times New Roman" w:cs="Times New Roman"/>
          <w:b w:val="0"/>
          <w:sz w:val="24"/>
        </w:rPr>
        <w:t>Treatment of Confidential Information by Seller</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Use</w:t>
      </w:r>
      <w:r>
        <w:rPr>
          <w:rFonts w:ascii="Times New Roman" w:hAnsi="Times New Roman" w:eastAsia="Times New Roman" w:cs="Times New Roman"/>
          <w:b w:val="0"/>
          <w:sz w:val="24"/>
        </w:rPr>
        <w:t>. Seller shall use Confidential Information only for performing under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Disclosure</w:t>
      </w:r>
      <w:r>
        <w:rPr>
          <w:rFonts w:ascii="Times New Roman" w:hAnsi="Times New Roman" w:eastAsia="Times New Roman" w:cs="Times New Roman"/>
          <w:b w:val="0"/>
          <w:sz w:val="24"/>
        </w:rPr>
        <w:t xml:space="preserve">. Seller shall not disclose or permit the disclosure of Confidential Information to any Third-Party except to respond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subpoena or similar legal process.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val="0"/>
          <w:sz w:val="24"/>
        </w:rPr>
        <w:t>Return or Destruction</w:t>
      </w:r>
      <w:r>
        <w:rPr>
          <w:rFonts w:ascii="Times New Roman" w:hAnsi="Times New Roman" w:eastAsia="Times New Roman" w:cs="Times New Roman"/>
          <w:b w:val="0"/>
          <w:sz w:val="24"/>
        </w:rPr>
        <w:t>. Seller shall promptly return or destroy any Confidential Information or records containing Confidential Information at ABC’s request, except to the extent the Confidential Information or records are: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 required to be maintained under Applicable Law; or </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 necessary for purposes of prosecuting or defending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related to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9.2 </w:t>
      </w:r>
      <w:r>
        <w:rPr>
          <w:rFonts w:ascii="Times New Roman" w:hAnsi="Times New Roman" w:eastAsia="Times New Roman" w:cs="Times New Roman"/>
          <w:b w:val="0"/>
          <w:sz w:val="24"/>
        </w:rPr>
        <w:t>Customer Personal Information</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Use</w:t>
      </w:r>
      <w:r>
        <w:rPr>
          <w:rFonts w:ascii="Times New Roman" w:hAnsi="Times New Roman" w:eastAsia="Times New Roman" w:cs="Times New Roman"/>
          <w:b w:val="0"/>
          <w:sz w:val="24"/>
        </w:rPr>
        <w:t>. ABC will own all Customer Personal Information that it or Seller collects. Seller shall use Customer Personal Information only in accordance with Applicable Law and only to perform Seller’s obligations or exercise Seller’s rights under this Agreement. Seller shall not: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 transmit Customer Personal Information to any Third-Party except for purposes of performing under this Agreement; or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 use Customer Personal Information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send marketing or other materials to or contact any Person except for purposes of performing under this Agreement; or (B) sell or offer to sell any goods or services to any Person other than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or Markets.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Protection</w:t>
      </w:r>
      <w:r>
        <w:rPr>
          <w:rFonts w:ascii="Times New Roman" w:hAnsi="Times New Roman" w:eastAsia="Times New Roman" w:cs="Times New Roman"/>
          <w:b w:val="0"/>
          <w:sz w:val="24"/>
        </w:rPr>
        <w:t xml:space="preserve">. Seller shall protect Customer Personal Information from unauthorized access, use, deletion, degradation, encryption, or disclosure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Data Breach</w:t>
      </w:r>
      <w:r>
        <w:rPr>
          <w:rFonts w:ascii="Times New Roman" w:hAnsi="Times New Roman" w:eastAsia="Times New Roman" w:cs="Times New Roman"/>
          <w:b w:val="0"/>
          <w:sz w:val="24"/>
        </w:rPr>
        <w:t>”). If Seller learns of any Data Breach, Seller will immediately: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 notify ABC of the Data Breach;</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 cooperate fully with ABC to respond to the Data Breach; and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 (iii) comply with Applicable Law with respect to the breach.</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val="0"/>
          <w:sz w:val="24"/>
        </w:rPr>
        <w:t>Security Measures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(i) Seller shall maintain industry standard data security measures and processes.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 If Seller obtains any Customer credit card data in connection with this Agreement, Seller will also comply with Payment Card Industry Data Security Standards. </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 (iii) Seller shall not transmit Customer Personal Information in any unsafe manner or to any Person unless Seller reasonably believes that Person will maintain the confidentiality and security of the Customer Personal Information.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9.3 </w:t>
      </w:r>
      <w:r>
        <w:rPr>
          <w:rFonts w:ascii="Times New Roman" w:hAnsi="Times New Roman" w:eastAsia="Times New Roman" w:cs="Times New Roman"/>
          <w:b w:val="0"/>
          <w:sz w:val="24"/>
        </w:rPr>
        <w:t>Use of Web Market Systems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Security</w:t>
      </w:r>
      <w:r>
        <w:rPr>
          <w:rFonts w:ascii="Times New Roman" w:hAnsi="Times New Roman" w:eastAsia="Times New Roman" w:cs="Times New Roman"/>
          <w:b w:val="0"/>
          <w:sz w:val="24"/>
        </w:rPr>
        <w:t>. Seller shall maintain the security of Seller’s log-in credentials to all Web Markets. Seller is responsible for any loss, expense or liability caused by the loss or breach of those credentials.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Restrictions on Use</w:t>
      </w:r>
      <w:r>
        <w:rPr>
          <w:rFonts w:ascii="Times New Roman" w:hAnsi="Times New Roman" w:eastAsia="Times New Roman" w:cs="Times New Roman"/>
          <w:b w:val="0"/>
          <w:sz w:val="24"/>
        </w:rPr>
        <w:t xml:space="preserve">. Seller shall not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or any of its systems, code or application program interfaces: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 to violate the security of, or gain unauthorized access to, any computer, computer network, or other device or system, in each case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 to discover passwords or security encryption codes;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 (iii) to use any robot, spider, site search or retrieval application, or other device to retrieve or index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 (iv) to collect any information about Customers;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 (v) to reformat or frame any portion of the Web Markets;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 (vi) to attempt to duplicate all or any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or its code, attempt to reverse engineer or decompile any code, or attempt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or competing marketplace service;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 (vii)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be detrimental to the function of the Web Markets or to other sellers’ or Customers’ use of or access to the Web Market.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val="0"/>
          <w:sz w:val="24"/>
        </w:rPr>
        <w:t>No Use as Archives</w:t>
      </w:r>
      <w:r>
        <w:rPr>
          <w:rFonts w:ascii="Times New Roman" w:hAnsi="Times New Roman" w:eastAsia="Times New Roman" w:cs="Times New Roman"/>
          <w:b w:val="0"/>
          <w:sz w:val="24"/>
        </w:rPr>
        <w:t>. Seller acknowledges that ABC is not providing archive services and that the Web Markets are not intended to function as archives. Seller is responsible for maintaining independent archival and backup copies of Seller’s information and data.</w:t>
      </w:r>
    </w:p>
    <w:p>
      <w:pPr>
        <w:keepNext w:val="0"/>
        <w:spacing w:before="240" w:after="0" w:line="260" w:lineRule="exact"/>
        <w:ind w:left="0" w:right="0" w:firstLine="0"/>
        <w:jc w:val="center"/>
      </w:pPr>
      <w:r>
        <w:rPr>
          <w:rFonts w:ascii="Times New Roman" w:hAnsi="Times New Roman" w:eastAsia="Times New Roman" w:cs="Times New Roman"/>
          <w:b/>
          <w:sz w:val="24"/>
        </w:rPr>
        <w:t>Article 10</w:t>
      </w:r>
      <w:r>
        <w:rPr>
          <w:rFonts w:ascii="Times New Roman" w:hAnsi="Times New Roman" w:eastAsia="Times New Roman" w:cs="Times New Roman"/>
          <w:sz w:val="24"/>
        </w:rPr>
        <w:br/>
      </w:r>
      <w:r>
        <w:rPr>
          <w:rFonts w:ascii="Times New Roman" w:hAnsi="Times New Roman" w:eastAsia="Times New Roman" w:cs="Times New Roman"/>
          <w:b/>
          <w:sz w:val="24"/>
        </w:rPr>
        <w:t>Insurance</w:t>
      </w:r>
    </w:p>
    <w:p>
      <w:pPr>
        <w:keepNext w:val="0"/>
        <w:spacing w:before="200" w:after="0" w:line="260" w:lineRule="exact"/>
        <w:ind w:left="0" w:right="0" w:firstLine="0"/>
        <w:jc w:val="both"/>
      </w:pPr>
      <w:r>
        <w:rPr>
          <w:rFonts w:ascii="Times New Roman" w:hAnsi="Times New Roman" w:eastAsia="Times New Roman" w:cs="Times New Roman"/>
          <w:b w:val="0"/>
          <w:sz w:val="24"/>
        </w:rPr>
        <w:t>Seller shall maintain insurance coverage and limits as required by the Policies. All of the required policies shall:</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ABC and all of its subsidiaries, officers, directors and employees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insureds;</w:t>
      </w:r>
    </w:p>
    <w:p>
      <w:pPr>
        <w:keepNext w:val="0"/>
        <w:spacing w:before="200" w:after="0" w:line="260" w:lineRule="exact"/>
        <w:ind w:left="0" w:right="0" w:firstLine="0"/>
        <w:jc w:val="both"/>
      </w:pPr>
      <w:r>
        <w:rPr>
          <w:rFonts w:ascii="Times New Roman" w:hAnsi="Times New Roman" w:eastAsia="Times New Roman" w:cs="Times New Roman"/>
          <w:b w:val="0"/>
          <w:sz w:val="24"/>
        </w:rPr>
        <w:t>(b) include waivers of subrogation in favor of ABC; and</w:t>
      </w:r>
    </w:p>
    <w:p>
      <w:pPr>
        <w:keepNext w:val="0"/>
        <w:spacing w:before="200" w:after="0" w:line="260" w:lineRule="exact"/>
        <w:ind w:left="0" w:right="0" w:firstLine="0"/>
        <w:jc w:val="both"/>
      </w:pPr>
      <w:r>
        <w:rPr>
          <w:rFonts w:ascii="Times New Roman" w:hAnsi="Times New Roman" w:eastAsia="Times New Roman" w:cs="Times New Roman"/>
          <w:b w:val="0"/>
          <w:sz w:val="24"/>
        </w:rPr>
        <w:t>(c) be primary and noncontributory with any insurance that ABC carries.</w:t>
      </w:r>
    </w:p>
    <w:p>
      <w:pPr>
        <w:keepNext w:val="0"/>
        <w:spacing w:before="240" w:after="0" w:line="260" w:lineRule="exact"/>
        <w:ind w:left="0" w:right="0" w:firstLine="0"/>
        <w:jc w:val="center"/>
      </w:pPr>
      <w:r>
        <w:rPr>
          <w:rFonts w:ascii="Times New Roman" w:hAnsi="Times New Roman" w:eastAsia="Times New Roman" w:cs="Times New Roman"/>
          <w:b/>
          <w:sz w:val="24"/>
        </w:rPr>
        <w:t>Article 11</w:t>
      </w:r>
      <w:r>
        <w:rPr>
          <w:rFonts w:ascii="Times New Roman" w:hAnsi="Times New Roman" w:eastAsia="Times New Roman" w:cs="Times New Roman"/>
          <w:sz w:val="24"/>
        </w:rPr>
        <w:br/>
      </w:r>
      <w:r>
        <w:rPr>
          <w:rFonts w:ascii="Times New Roman" w:hAnsi="Times New Roman" w:eastAsia="Times New Roman" w:cs="Times New Roman"/>
          <w:b/>
          <w:sz w:val="24"/>
        </w:rPr>
        <w:t>General Provisions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Force Majeure</w:t>
      </w:r>
      <w:r>
        <w:rPr>
          <w:rFonts w:ascii="Times New Roman" w:hAnsi="Times New Roman" w:eastAsia="Times New Roman" w:cs="Times New Roman"/>
          <w:b w:val="0"/>
          <w:sz w:val="24"/>
        </w:rPr>
        <w:t>. Neither Party shall be liable for delay or failure in the performance of its obligations hereunder if such delay or failure arises from the occurrence of events beyond the reasonable control of such Party, including but not limited to, fire, explosion, strike, riot, terrorist activity, war, insurrection, acts of nature, epidemics, pandemics, outbreaks of communicable disease, viral outbreaks, quarantines or national or regional emergencies, actions of any governmental authority and acts of God. Notwithstanding the foregoing, any delay or failure exceeding thirty (30) days shall be grounds for termination by either Party.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Independent Contractor</w:t>
      </w:r>
      <w:r>
        <w:rPr>
          <w:rFonts w:ascii="Times New Roman" w:hAnsi="Times New Roman" w:eastAsia="Times New Roman" w:cs="Times New Roman"/>
          <w:b w:val="0"/>
          <w:sz w:val="24"/>
        </w:rPr>
        <w:t>. The Parties acknowledge that no agency, partnership, joint venture or employer-employee relationship is created by this Agreement. Neither Party will have the power to bind or obligate the other Party. Neither Party’s employees and agents are employees or agents of the other Party.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 All notices and other communications under this Agreement shall be in writing and may be given by any of the following methods: (i) personal delivery; (ii) registered or certified mail, postage prepaid, return receipt requested; or (ii) reputable national delivery service requiring acknowledgment of receipt. Any such notice or communication shall be sent to the appropriate Party at its address given below (or at such other address for such Party as shall be specified by notice given hereunder):</w:t>
      </w:r>
    </w:p>
    <w:p>
      <w:pPr>
        <w:keepNext w:val="0"/>
        <w:spacing w:before="200" w:after="0" w:line="260" w:lineRule="exact"/>
        <w:ind w:left="0" w:right="0" w:firstLine="0"/>
        <w:jc w:val="both"/>
      </w:pPr>
      <w:r>
        <w:rPr>
          <w:rFonts w:ascii="Times New Roman" w:hAnsi="Times New Roman" w:eastAsia="Times New Roman" w:cs="Times New Roman"/>
          <w:b w:val="0"/>
          <w:sz w:val="24"/>
        </w:rPr>
        <w:t>If to ABC:</w:t>
      </w:r>
    </w:p>
    <w:p>
      <w:pPr>
        <w:keepNext w:val="0"/>
        <w:spacing w:before="200" w:after="0" w:line="260" w:lineRule="exact"/>
        <w:ind w:left="0" w:right="0" w:firstLine="0"/>
        <w:jc w:val="both"/>
      </w:pPr>
      <w:r>
        <w:rPr>
          <w:rFonts w:ascii="Times New Roman" w:hAnsi="Times New Roman" w:eastAsia="Times New Roman" w:cs="Times New Roman"/>
          <w:b w:val="0"/>
          <w:sz w:val="24"/>
        </w:rPr>
        <w:t>If to Seller: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All such notices and communications shall be deemed received upon: (i) actual receipt thereof by the addressee, or (ii) actual delivery thereof to the appropriate address as evidenced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acknowledged receipt.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 </w:t>
      </w:r>
      <w:r>
        <w:rPr>
          <w:rFonts w:ascii="Times New Roman" w:hAnsi="Times New Roman" w:eastAsia="Times New Roman" w:cs="Times New Roman"/>
          <w:b w:val="0"/>
          <w:sz w:val="24"/>
        </w:rPr>
        <w:t>Amendment</w:t>
      </w:r>
      <w:r>
        <w:rPr>
          <w:rFonts w:ascii="Times New Roman" w:hAnsi="Times New Roman" w:eastAsia="Times New Roman" w:cs="Times New Roman"/>
          <w:b w:val="0"/>
          <w:sz w:val="24"/>
        </w:rPr>
        <w:t>. No amendment, modification or discharge of this Agreement shall be valid or binding unless set forth in writing and executed by each of the Parties.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(e)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 xml:space="preserve">. If any provision of this Agreement is invalid, illegal or incapable of being enforced by any law or public policy, all other provisions of this Agreement will nevertheless remain in full force and effect so long as the economic or legal substance of the transactions contemplated hereby is not affected in any manner adverse to either Party. Upon any such determination that any provision is invalid, illegal or incapable of being enforced, the Parties will negotiate in good faith to modify this Agreement so as to effect the original intent of the Parties as closely as possible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acceptable manner to the end that the transactions contemplated by this Agreement are consummated to the extent possible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 </w:t>
      </w:r>
      <w:r>
        <w:rPr>
          <w:rFonts w:ascii="Times New Roman" w:hAnsi="Times New Roman" w:eastAsia="Times New Roman" w:cs="Times New Roman"/>
          <w:b w:val="0"/>
          <w:sz w:val="24"/>
        </w:rPr>
        <w:t>Waiver</w:t>
      </w:r>
      <w:r>
        <w:rPr>
          <w:rFonts w:ascii="Times New Roman" w:hAnsi="Times New Roman" w:eastAsia="Times New Roman" w:cs="Times New Roman"/>
          <w:b w:val="0"/>
          <w:sz w:val="24"/>
        </w:rPr>
        <w:t xml:space="preserve">. The failure of either Party at any time or times to require performance of any provision hereof shall in no manner affect the right to enforce the same. No waiver by either Party of any condition, or the breach of any provision contained in this Agreement, or whether by conduct or otherwise, in any one or more instances shall be deemed or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further or continuing waiver of any such condition or breach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condition or of the breach of any other provision herein or therein. No waiver shall be enforceable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unless it is stated in writing signed by the Party against whom enforcement is sought.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(g) </w:t>
      </w:r>
      <w:r>
        <w:rPr>
          <w:rFonts w:ascii="Times New Roman" w:hAnsi="Times New Roman" w:eastAsia="Times New Roman" w:cs="Times New Roman"/>
          <w:b w:val="0"/>
          <w:sz w:val="24"/>
        </w:rPr>
        <w:t>No Third Party Beneficiaries; Assignment</w:t>
      </w:r>
      <w:r>
        <w:rPr>
          <w:rFonts w:ascii="Times New Roman" w:hAnsi="Times New Roman" w:eastAsia="Times New Roman" w:cs="Times New Roman"/>
          <w:b w:val="0"/>
          <w:sz w:val="24"/>
        </w:rPr>
        <w:t>. This Agreement shall be binding on the Parties and their respective successors and assigns and shall inure to the benefit of the Parties and their respective successors and permitted assigns. Nothing in this Agreement shall create or be deemed to create any third party beneficiary rights in any Person. Except for any transfer or assignment by either Party in connection with the sale or transfer of all or substantially all the business or assets of such Party, whether by sale of stock, sale of assets, merger or otherwise, no transfer or assignment of this Agreement or of any rights or obligations under this Agreement may be made by either Party without the prior written consent of the other Party’s (which consent shall not be unreasonably withheld, conditioned or delayed) and any attempted transfer or assignment without that required consent shall be void.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(h) </w:t>
      </w:r>
      <w:r>
        <w:rPr>
          <w:rFonts w:ascii="Times New Roman" w:hAnsi="Times New Roman" w:eastAsia="Times New Roman" w:cs="Times New Roman"/>
          <w:b w:val="0"/>
          <w:sz w:val="24"/>
        </w:rPr>
        <w:t>Time of the Essence; Computation of Time</w:t>
      </w:r>
      <w:r>
        <w:rPr>
          <w:rFonts w:ascii="Times New Roman" w:hAnsi="Times New Roman" w:eastAsia="Times New Roman" w:cs="Times New Roman"/>
          <w:b w:val="0"/>
          <w:sz w:val="24"/>
        </w:rPr>
        <w:t xml:space="preserve">. Time is of the essence of each and every provision of this Agreement. Whenever the last day for the exercise of any right or the discharge of any duty under this Agreement shall fall upon Saturday, Sunday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or legal holiday, the Party having such right or duty shall have until 6:00 p.m. New York time on the next succeeding regular Business Day to exercise such right or to discharge such duty.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 </w:t>
      </w:r>
      <w:r>
        <w:rPr>
          <w:rFonts w:ascii="Times New Roman" w:hAnsi="Times New Roman" w:eastAsia="Times New Roman" w:cs="Times New Roman"/>
          <w:b w:val="0"/>
          <w:sz w:val="24"/>
        </w:rPr>
        <w:t>Counterparts; Electronic Delivery</w:t>
      </w:r>
      <w:r>
        <w:rPr>
          <w:rFonts w:ascii="Times New Roman" w:hAnsi="Times New Roman" w:eastAsia="Times New Roman" w:cs="Times New Roman"/>
          <w:b w:val="0"/>
          <w:sz w:val="24"/>
        </w:rPr>
        <w:t xml:space="preserve">. This Agreement may be executed by each Party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copy, and in such case one counterpart of this Agreement shall consist of enough of such copies to reflect the signatures of both of the Parties. Either Party may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this Agreement and any documents contemplated hereby by means of facsimile transmission or electronic mail to the other Party, and such delivery shall have the same force and effect as any other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manually signed copy of this Agreement or of such other documents.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(j) </w:t>
      </w:r>
      <w:r>
        <w:rPr>
          <w:rFonts w:ascii="Times New Roman" w:hAnsi="Times New Roman" w:eastAsia="Times New Roman" w:cs="Times New Roman"/>
          <w:b w:val="0"/>
          <w:sz w:val="24"/>
        </w:rPr>
        <w:t>Governing Law; Consent to Jurisdiction</w:t>
      </w:r>
      <w:r>
        <w:rPr>
          <w:rFonts w:ascii="Times New Roman" w:hAnsi="Times New Roman" w:eastAsia="Times New Roman" w:cs="Times New Roman"/>
          <w:b w:val="0"/>
          <w:sz w:val="24"/>
        </w:rPr>
        <w:t xml:space="preserve">. This Agreement shall be governed by and construed in accordance with the laws of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without giving effect to any laws of such state that would make such choice of laws ineffective. Each of the Parties hereby irrevocably agrees that any legal action or proceeding with respect to this Agreement or the transactions contemplated hereby, or for recognition and enforcement of any judgment in respect of this Agreement or the transactions contemplated hereby and obligations arising hereunder brought by the other Party, shall be brought and determined exclusively in the state or federal courts located in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and any state appellate court therefrom within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Each of the Parties hereby irrevocably submits with regard to any such action or proceeding for itself and in respect of its property, generally and unconditionally, to the personal jurisdiction of the aforesaid courts and agrees that it will not bring any action relating to this Agreement or the transactions contemplated hereby in any court other than the aforesaid courts.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(k) </w:t>
      </w:r>
      <w:r>
        <w:rPr>
          <w:rFonts w:ascii="Times New Roman" w:hAnsi="Times New Roman" w:eastAsia="Times New Roman" w:cs="Times New Roman"/>
          <w:b w:val="0"/>
          <w:sz w:val="24"/>
        </w:rPr>
        <w:t>Waiver of Jury Trial</w:t>
      </w:r>
      <w:r>
        <w:rPr>
          <w:rFonts w:ascii="Times New Roman" w:hAnsi="Times New Roman" w:eastAsia="Times New Roman" w:cs="Times New Roman"/>
          <w:b w:val="0"/>
          <w:sz w:val="24"/>
        </w:rPr>
        <w:t>. EACH OF THE PARTIES HEREBY IRREVOCABLY WAIVES ALL RIGHT TO TRIAL BY JURY IN ANY ACTION OR COUNTERCLAIM (WHETHER BASED ON CONTRACT, TORT OR OTHERWISE) ARISING OUT OF OR RELATING TO THIS AGREEMENT OR THE TRANSACTIONS CONTEMPLATED HEREBY OR THE ACTIONS OF ANY PARTY IN THE NEGOTIATION, ADMINISTRATION, PERFORMANCE AND ENFORCEMENT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(l) </w:t>
      </w:r>
      <w:r>
        <w:rPr>
          <w:rFonts w:ascii="Times New Roman" w:hAnsi="Times New Roman" w:eastAsia="Times New Roman" w:cs="Times New Roman"/>
          <w:b w:val="0"/>
          <w:sz w:val="24"/>
        </w:rPr>
        <w:t>No Strict Construction: Headings</w:t>
      </w:r>
      <w:r>
        <w:rPr>
          <w:rFonts w:ascii="Times New Roman" w:hAnsi="Times New Roman" w:eastAsia="Times New Roman" w:cs="Times New Roman"/>
          <w:b w:val="0"/>
          <w:sz w:val="24"/>
        </w:rPr>
        <w:t xml:space="preserve">.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under any provision of this Agreement, this Agreement shall be construed as if drafted jointly by the Parties, and no presumption or burden of proof shall arise favoring or disfavoring either Party by virtue of the authorship of any of the provisions of this Agreement. The headings in this Agreement are included for convenience of reference and shall not be used in the interpretation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(m) </w:t>
      </w:r>
      <w:r>
        <w:rPr>
          <w:rFonts w:ascii="Times New Roman" w:hAnsi="Times New Roman" w:eastAsia="Times New Roman" w:cs="Times New Roman"/>
          <w:b w:val="0"/>
          <w:sz w:val="24"/>
        </w:rPr>
        <w:t>Entire Agreement</w:t>
      </w:r>
      <w:r>
        <w:rPr>
          <w:rFonts w:ascii="Times New Roman" w:hAnsi="Times New Roman" w:eastAsia="Times New Roman" w:cs="Times New Roman"/>
          <w:b w:val="0"/>
          <w:sz w:val="24"/>
        </w:rPr>
        <w:t xml:space="preserve">. This Agreement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statement of the Parties with respect to the subject matter herein, and supersedes any previous negotiations, agreements and understandings between the Parties with respect to the subject matter herein.</w:t>
      </w:r>
    </w:p>
    <w:p>
      <w:pPr>
        <w:keepNext w:val="0"/>
        <w:spacing w:before="240" w:after="0" w:line="260" w:lineRule="exact"/>
        <w:ind w:left="0" w:right="0" w:firstLine="0"/>
        <w:jc w:val="center"/>
      </w:pPr>
      <w:r>
        <w:rPr>
          <w:rFonts w:ascii="Times New Roman" w:hAnsi="Times New Roman" w:eastAsia="Times New Roman" w:cs="Times New Roman"/>
          <w:b/>
          <w:sz w:val="24"/>
        </w:rPr>
        <w:t>Article 12</w:t>
      </w:r>
      <w:r>
        <w:rPr>
          <w:rFonts w:ascii="Times New Roman" w:hAnsi="Times New Roman" w:eastAsia="Times New Roman" w:cs="Times New Roman"/>
          <w:sz w:val="24"/>
        </w:rPr>
        <w:br/>
      </w:r>
      <w:r>
        <w:rPr>
          <w:rFonts w:ascii="Times New Roman" w:hAnsi="Times New Roman" w:eastAsia="Times New Roman" w:cs="Times New Roman"/>
          <w:b/>
          <w:sz w:val="24"/>
        </w:rPr>
        <w:t>Definitions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ABC Portal</w:t>
      </w:r>
      <w:r>
        <w:rPr>
          <w:rFonts w:ascii="Times New Roman" w:hAnsi="Times New Roman" w:eastAsia="Times New Roman" w:cs="Times New Roman"/>
          <w:b w:val="0"/>
          <w:sz w:val="24"/>
        </w:rPr>
        <w:t>” means the online interface by which Seller accesses its Web Market account, communicates with ABC Outfitters, uploads its Product Listings, manages its Customer Orders and conducts other activities related to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Account</w:t>
      </w:r>
      <w:r>
        <w:rPr>
          <w:rFonts w:ascii="Times New Roman" w:hAnsi="Times New Roman" w:eastAsia="Times New Roman" w:cs="Times New Roman"/>
          <w:b w:val="0"/>
          <w:sz w:val="24"/>
        </w:rPr>
        <w:t>” means Seller’s Web Market account, which is accessible through the ABC Portal.</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Applicable Law</w:t>
      </w:r>
      <w:r>
        <w:rPr>
          <w:rFonts w:ascii="Times New Roman" w:hAnsi="Times New Roman" w:eastAsia="Times New Roman" w:cs="Times New Roman"/>
          <w:b w:val="0"/>
          <w:sz w:val="24"/>
        </w:rPr>
        <w:t>” means all requirements of federal, state, local or foreign governmental statutes, laws, rules, regulations, ordinances, orders and decrees applicable to this Agreement and any actions and transactions contemplated hereby.</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Business Day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Monday through Friday in which banks are open and transacting business in New York, New York.</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 xml:space="preserve">” means any data or information concerning ABC and its subsidiaries and their business and operations, including information (in any form or media) regarding their technology, methods of operation, businesses, processes, programs and databases, business methods, finances, management, or any other information relating to the Web Markets (whether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or proprietary or otherwise), which has value to ABC and is generally treated by ABC as being confidential; provided, however, that Confidential Information does not include any information that has been voluntarily disclosed to the public by ABC (except where such public disclosure has been made without authorization) or that has been independently developed and disclosed by others, or that otherwise enters the public domain through lawful means. Without limiting the foregoing, Confidential Information includes all data and information of ABC which constitute trade secrets under Applicable Law, and includes the existence and contents of this Agreement and any of the details of the Websites and the Web Markets.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Covered Claim</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suit, claim, or demand of any kind arising out of:</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Seller’s breach of this Agreement or Applicable Law;</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death, illness, personal injury, or property damage arising out of or resulting in any way from any actual or alleged defect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any act or omission of the Seller, its agents, employees or contractors relating to the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 any actual or alleged breach of Seller’s written warranty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(e) any actual or alleged infringement of any patent, trademark, copyright, trade secret, trade dress or other intellectual property right of another Person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Seller Information or Seller Mark;</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Listing;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actually or allegedly violating any Applicable Law; or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(h) Seller’s packaging, labeling, or advertising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Customer</w:t>
      </w:r>
      <w:r>
        <w:rPr>
          <w:rFonts w:ascii="Times New Roman" w:hAnsi="Times New Roman" w:eastAsia="Times New Roman" w:cs="Times New Roman"/>
          <w:b w:val="0"/>
          <w:sz w:val="24"/>
        </w:rPr>
        <w:t xml:space="preserve">” means any customer accessing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or placing or receiving any order for Products via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Customer Order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Customer Personal Information</w:t>
      </w:r>
      <w:r>
        <w:rPr>
          <w:rFonts w:ascii="Times New Roman" w:hAnsi="Times New Roman" w:eastAsia="Times New Roman" w:cs="Times New Roman"/>
          <w:b w:val="0"/>
          <w:sz w:val="24"/>
        </w:rPr>
        <w:t>” means any data or information related to identified or identifiable Customers or related Third-Parties (such as Third-Parties that Customers designate as recipients of shipments).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IP Rights</w:t>
      </w:r>
      <w:r>
        <w:rPr>
          <w:rFonts w:ascii="Times New Roman" w:hAnsi="Times New Roman" w:eastAsia="Times New Roman" w:cs="Times New Roman"/>
          <w:b w:val="0"/>
          <w:sz w:val="24"/>
        </w:rPr>
        <w:t>” means all intellectual property rights which now or hereafter exist throughout the world, whether conferred by operation of law, contract or license, including, without limitation, patents, trademarks, trade names, service marks, service names, rights of authorship, moral rights, mask-works, marks, rights of publicity, ornamental appearance and trade dress, trade secret rights, inventions, technology (whether patentable or not and whether or not reduced to practice), Confidential Information, software and databases, rights of publicity, patents, designs, algorithms, and other industrial property rights.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Product</w:t>
      </w:r>
      <w:r>
        <w:rPr>
          <w:rFonts w:ascii="Times New Roman" w:hAnsi="Times New Roman" w:eastAsia="Times New Roman" w:cs="Times New Roman"/>
          <w:b w:val="0"/>
          <w:sz w:val="24"/>
        </w:rPr>
        <w:t>s” means the goods that Seller markets and lists for sale to Customers on the Web Markets.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Product Listings</w:t>
      </w:r>
      <w:r>
        <w:rPr>
          <w:rFonts w:ascii="Times New Roman" w:hAnsi="Times New Roman" w:eastAsia="Times New Roman" w:cs="Times New Roman"/>
          <w:b w:val="0"/>
          <w:sz w:val="24"/>
        </w:rPr>
        <w:t>” means the listings Seller creates for display on the Web Markets related to the sale of Products.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Purchased Products</w:t>
      </w:r>
      <w:r>
        <w:rPr>
          <w:rFonts w:ascii="Times New Roman" w:hAnsi="Times New Roman" w:eastAsia="Times New Roman" w:cs="Times New Roman"/>
          <w:b w:val="0"/>
          <w:sz w:val="24"/>
        </w:rPr>
        <w:t xml:space="preserve">” means the Products requested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Order.</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Seller Information</w:t>
      </w:r>
      <w:r>
        <w:rPr>
          <w:rFonts w:ascii="Times New Roman" w:hAnsi="Times New Roman" w:eastAsia="Times New Roman" w:cs="Times New Roman"/>
          <w:b w:val="0"/>
          <w:sz w:val="24"/>
        </w:rPr>
        <w:t>” means any document or data that Seller uploads to the ABC Portal or provides to ABC.</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Seller Information Page</w:t>
      </w:r>
      <w:r>
        <w:rPr>
          <w:rFonts w:ascii="Times New Roman" w:hAnsi="Times New Roman" w:eastAsia="Times New Roman" w:cs="Times New Roman"/>
          <w:b w:val="0"/>
          <w:sz w:val="24"/>
        </w:rPr>
        <w:t xml:space="preserve">” means the page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Market that contains the Web Market’s Seller terms and conditions, policies and procedures and other information for sellers.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Seller Marks</w:t>
      </w:r>
      <w:r>
        <w:rPr>
          <w:rFonts w:ascii="Times New Roman" w:hAnsi="Times New Roman" w:eastAsia="Times New Roman" w:cs="Times New Roman"/>
          <w:b w:val="0"/>
          <w:sz w:val="24"/>
        </w:rPr>
        <w:t>” means all of Seller’s domestic and foreign trademarks, service marks, trade names, logos and domain names.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Seller Taxes</w:t>
      </w:r>
      <w:r>
        <w:rPr>
          <w:rFonts w:ascii="Times New Roman" w:hAnsi="Times New Roman" w:eastAsia="Times New Roman" w:cs="Times New Roman"/>
          <w:b w:val="0"/>
          <w:sz w:val="24"/>
        </w:rPr>
        <w:t>” means any and all sales, use, excise, import, export, value added, consumption and other taxes and duties assessed, incurred or required to be collected or paid for any reason in connection with any advertisement, offer or sale of products by Seller.</w:t>
      </w:r>
    </w:p>
    <w:p>
      <w:pPr>
        <w:keepNext w:val="0"/>
        <w:spacing w:before="200" w:after="0" w:line="260" w:lineRule="exact"/>
        <w:ind w:left="0" w:right="0" w:firstLine="0"/>
        <w:jc w:val="both"/>
      </w:pPr>
      <w:r>
        <w:rPr>
          <w:rFonts w:ascii="Times New Roman" w:hAnsi="Times New Roman" w:eastAsia="Times New Roman" w:cs="Times New Roman"/>
          <w:b w:val="0"/>
          <w:sz w:val="24"/>
        </w:rPr>
        <w:t>IN WITNESS WHEREOF, the Parties have executed this Agreement on the Effective Date.</w:t>
      </w:r>
    </w:p>
    <w:p>
      <w:pPr>
        <w:keepNext w:val="0"/>
        <w:spacing w:before="200" w:after="0" w:line="260" w:lineRule="exact"/>
        <w:ind w:left="0" w:right="0" w:firstLine="0"/>
        <w:jc w:val="left"/>
      </w:pPr>
      <w:r>
        <w:rPr>
          <w:rFonts w:ascii="Times New Roman" w:hAnsi="Times New Roman" w:eastAsia="Times New Roman" w:cs="Times New Roman"/>
          <w:b w:val="0"/>
          <w:sz w:val="24"/>
        </w:rPr>
        <w:t>ABC, INC.</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By: </w:t>
      </w:r>
      <w:r>
        <w:rPr>
          <w:rFonts w:ascii="Times New Roman" w:hAnsi="Times New Roman" w:eastAsia="Times New Roman" w:cs="Times New Roman"/>
          <w:b w:val="0"/>
          <w:sz w:val="24"/>
        </w:rPr>
        <w:t>____________________________________________</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Name: </w:t>
      </w:r>
      <w:r>
        <w:rPr>
          <w:rFonts w:ascii="Times New Roman" w:hAnsi="Times New Roman" w:eastAsia="Times New Roman" w:cs="Times New Roman"/>
          <w:b w:val="0"/>
          <w:sz w:val="24"/>
        </w:rPr>
        <w:t>____________________________________________</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Title: </w:t>
      </w:r>
      <w:r>
        <w:rPr>
          <w:rFonts w:ascii="Times New Roman" w:hAnsi="Times New Roman" w:eastAsia="Times New Roman" w:cs="Times New Roman"/>
          <w:b w:val="0"/>
          <w:sz w:val="24"/>
        </w:rPr>
        <w:t>____________________________________________</w:t>
      </w:r>
    </w:p>
    <w:p>
      <w:pPr>
        <w:keepNext w:val="0"/>
        <w:spacing w:before="200" w:after="0" w:line="260" w:lineRule="exact"/>
        <w:ind w:left="0" w:right="0" w:firstLine="0"/>
        <w:jc w:val="left"/>
      </w:pPr>
      <w:r>
        <w:rPr>
          <w:rFonts w:ascii="Times New Roman" w:hAnsi="Times New Roman" w:eastAsia="Times New Roman" w:cs="Times New Roman"/>
          <w:b w:val="0"/>
          <w:sz w:val="24"/>
        </w:rPr>
        <w:t>DEF, INC.</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By: </w:t>
      </w:r>
      <w:r>
        <w:rPr>
          <w:rFonts w:ascii="Times New Roman" w:hAnsi="Times New Roman" w:eastAsia="Times New Roman" w:cs="Times New Roman"/>
          <w:b w:val="0"/>
          <w:sz w:val="24"/>
        </w:rPr>
        <w:t>____________________________________________</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Name: </w:t>
      </w:r>
      <w:r>
        <w:rPr>
          <w:rFonts w:ascii="Times New Roman" w:hAnsi="Times New Roman" w:eastAsia="Times New Roman" w:cs="Times New Roman"/>
          <w:b w:val="0"/>
          <w:sz w:val="24"/>
        </w:rPr>
        <w:t>____________________________________________</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Title: </w:t>
      </w:r>
      <w:r>
        <w:rPr>
          <w:rFonts w:ascii="Times New Roman" w:hAnsi="Times New Roman" w:eastAsia="Times New Roman" w:cs="Times New Roman"/>
          <w:b w:val="0"/>
          <w:sz w:val="24"/>
        </w:rPr>
        <w:t>____________________________________________</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Warren's Forms of Agreements</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