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Website Master Use License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(“Agreement”) between [name of record label] (“You,” “Your,” or “Licensor”) and [name of licensee] (“Us,” “We,” “Our,” or “Licensee”) is made with respect to the master recording of the musical composition entitled “[name of song]” (the “Master”) embodying the performance of [name of artist].</w:t>
      </w:r>
    </w:p>
    <w:p>
      <w:pPr>
        <w:keepNext w:val="0"/>
        <w:spacing w:before="200" w:after="0" w:line="260" w:lineRule="exact"/>
        <w:ind w:left="360" w:right="0" w:firstLine="0"/>
        <w:jc w:val="both"/>
      </w:pPr>
      <w:r>
        <w:rPr>
          <w:rFonts w:ascii="Times New Roman" w:hAnsi="Times New Roman" w:eastAsia="Times New Roman" w:cs="Times New Roman"/>
          <w:b w:val="0"/>
          <w:sz w:val="24"/>
        </w:rPr>
        <w:t>You represent and warrant that You have the right throughout the world to license the Master for purposes of synchronizing the Master as described below.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hereby license and grant to Us the following non-exclusive rights in and to the Master: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 to synchronize and use the Master, or any portion thereof, in timed-relation with [name of licensee]’s website located at [website address]. Licensor hereby reserves all other rights, including but not limited to all rights of reproduction or use of the Master on phonograph records, CDs and/or any other type of audio-only reproduction, in all media, whether now or hereafter known or in existence. Licensor also reserves the right to use the Master, or authorize others to do so, in any other audiovisual works.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 to use or refer to the artist’s name whose performance is embodied on the Master in the credits. In this regard, We agree to accord You and the artist appropriate credit on the website in substantially the same manner as We will accord credit to all of the other artists and record companies whose previously recorded licensed masters (as opposed to material originally commissioned by Us and/or originally recorded for the website and/or previously unreleased material, credits for which may but need not appear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portion of the website) are being embodied in the website. Failure to afford credit shall not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consideration for the license and grant of rights herein made and if We use the Master or any part thereof in the website, We shall pay You the sum of [amount of the master use fee].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Nothing herein shall obligate or require Us to embody the Master in the website.</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warrant and represent that You have obtained approval from any and all persons or entities whose approval is required for the license and grant of rights made herein other than the appropriate music publishers, and that You shall be solely responsible for (and shall indemnify and hold Us harmless from) any payments to the artists and/or any other musicians or vocalists whose performances are embodied in the sound recording and/or with respect to any producers of the Master with regard to Our use of the Master. Notwithstanding the foregoing, We agree to pay any and all re-use fees that may be required by applicable unions and/or guilds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Our use of the Master on the website, immediately after You have given Us notice of what the amount of the applicable re-use fees are.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license and grant of rights made herein shall subsist, at minimum, for the remainder of the term of all copyrights in and to the Master, and any and all renewals or extensions thereof, that You or Your successors or assigns may now own or control or hereafter own or control without additional consideration therefor.</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 hereby agree to indemnify and hold Us harmless from and against any claims, damages, other costs (including reasonable attorneys’ fees), actions or other proceedings by any third party arising out of or related to Your representations, warranties or covenants hereunder.</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is binding upon and shall inure to the benefit of the respective successors and/or assigns of the parties hereto.</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shall be subject to and construed in accordance with the laws of the State of [____________________] applicable to agreements entered into and to be performed fully therein.</w:t>
      </w:r>
    </w:p>
    <w:p>
      <w:pPr>
        <w:keepNext w:val="0"/>
        <w:spacing w:before="120" w:after="0" w:line="260" w:lineRule="exact"/>
        <w:ind w:left="360" w:right="0" w:firstLine="0"/>
        <w:jc w:val="left"/>
      </w:pPr>
      <w:r>
        <w:rPr>
          <w:rFonts w:ascii="Times New Roman" w:hAnsi="Times New Roman" w:eastAsia="Times New Roman" w:cs="Times New Roman"/>
          <w:b w:val="0"/>
          <w:sz w:val="24"/>
        </w:rPr>
        <w:t>10.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the event of any breach of any provisions of this Agreement by Us, You hereby agree that Your sole remedy with respect thereto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at law for damages, if any, and that in no event shall You be entitled to enjoin, interfere or inhibit, or seek to enjoin, interfere or inhibit, the distribution, exhibition or exploitation of the website.</w:t>
      </w:r>
    </w:p>
    <w:p>
      <w:pPr>
        <w:keepNext w:val="0"/>
        <w:spacing w:before="120" w:after="0" w:line="260" w:lineRule="exact"/>
        <w:ind w:left="360" w:right="0" w:firstLine="0"/>
        <w:jc w:val="left"/>
      </w:pPr>
      <w:r>
        <w:rPr>
          <w:rFonts w:ascii="Times New Roman" w:hAnsi="Times New Roman" w:eastAsia="Times New Roman" w:cs="Times New Roman"/>
          <w:b w:val="0"/>
          <w:sz w:val="24"/>
        </w:rPr>
        <w:t>11.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sets forth the entire agreement and understanding between You and Us with respect to the subject matter hereof and supersedes all prior agreements and understandings, if any, whether oral or written, pertaining thereto. This Agreement may not be changed or modified, or any covenant, representation, warranty or provision hereof waived, except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writing, signed by the party against whom enforcement of the change, modification or waiver is sought.</w:t>
      </w:r>
    </w:p>
    <w:p>
      <w:pPr>
        <w:keepNext w:val="0"/>
        <w:spacing w:before="120" w:after="0" w:line="260" w:lineRule="exact"/>
        <w:ind w:left="360" w:right="0" w:firstLine="0"/>
        <w:jc w:val="left"/>
      </w:pPr>
      <w:r>
        <w:rPr>
          <w:rFonts w:ascii="Times New Roman" w:hAnsi="Times New Roman" w:eastAsia="Times New Roman" w:cs="Times New Roman"/>
          <w:b w:val="0"/>
          <w:sz w:val="24"/>
        </w:rPr>
        <w:t>12.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notices hereunder required to be given hereto and all payments to be made hereunder shall be sent to the parties’ addresses mentioned herein or to such other addresses as each party respectively may hereafter designate by notice in writing to the other.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Please indicate Your acceptance and agreement to the foregoing by signing in the space provided below.</w:t>
      </w:r>
    </w:p>
    <w:p>
      <w:pPr>
        <w:keepNext w:val="0"/>
        <w:spacing w:before="120" w:after="0" w:line="260" w:lineRule="exact"/>
        <w:ind w:left="360" w:right="0" w:firstLine="0"/>
        <w:jc w:val="left"/>
      </w:pPr>
      <w:r>
        <w:rPr>
          <w:rFonts w:ascii="Times New Roman" w:hAnsi="Times New Roman" w:eastAsia="Times New Roman" w:cs="Times New Roman"/>
          <w:b w:val="0"/>
          <w:sz w:val="24"/>
        </w:rPr>
        <w:t>AGREED TO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licensee]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licensor]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