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b/>
          <w:sz w:val="24"/>
        </w:rPr>
        <w:tab/>
        <w:t>WEEKLY MEETING MINUTES FOR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[ORGANIZATION’S NAME]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MEETING DETAILS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Chairperson / Meeting Leader: </w:t>
      </w:r>
      <w:r>
        <w:rPr>
          <w:rFonts w:ascii="Times New Roman" w:hAnsi="Times New Roman" w:eastAsia="Times New Roman" w:cs="Times New Roman"/>
          <w:sz w:val="24"/>
        </w:rPr>
        <w:t>[CHAIRPERSON’S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Secretary: </w:t>
      </w:r>
      <w:r>
        <w:rPr>
          <w:rFonts w:ascii="Times New Roman" w:hAnsi="Times New Roman" w:eastAsia="Times New Roman" w:cs="Times New Roman"/>
          <w:sz w:val="24"/>
        </w:rPr>
        <w:t>[SECRETARY’S NAME]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Time: </w:t>
      </w:r>
      <w:r>
        <w:rPr>
          <w:rFonts w:ascii="Times New Roman" w:hAnsi="Times New Roman" w:eastAsia="Times New Roman" w:cs="Times New Roman"/>
          <w:sz w:val="24"/>
        </w:rPr>
        <w:t>[TIME]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Location: </w:t>
      </w:r>
      <w:r>
        <w:rPr>
          <w:rFonts w:ascii="Times New Roman" w:hAnsi="Times New Roman" w:eastAsia="Times New Roman" w:cs="Times New Roman"/>
          <w:sz w:val="24"/>
        </w:rPr>
        <w:t>[LOCATION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Street Address: </w:t>
      </w:r>
      <w:r>
        <w:rPr>
          <w:rFonts w:ascii="Times New Roman" w:hAnsi="Times New Roman" w:eastAsia="Times New Roman" w:cs="Times New Roman"/>
          <w:sz w:val="24"/>
        </w:rPr>
        <w:t>[STREET ADDRESS]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City: </w:t>
      </w:r>
      <w:r>
        <w:rPr>
          <w:rFonts w:ascii="Times New Roman" w:hAnsi="Times New Roman" w:eastAsia="Times New Roman" w:cs="Times New Roman"/>
          <w:sz w:val="24"/>
        </w:rPr>
        <w:t>[CITY]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State: </w:t>
      </w:r>
      <w:r>
        <w:rPr>
          <w:rFonts w:ascii="Times New Roman" w:hAnsi="Times New Roman" w:eastAsia="Times New Roman" w:cs="Times New Roman"/>
          <w:sz w:val="24"/>
        </w:rPr>
        <w:t xml:space="preserve">[STATE] </w:t>
      </w:r>
      <w:r>
        <w:rPr>
          <w:rFonts w:ascii="Times New Roman" w:hAnsi="Times New Roman" w:eastAsia="Times New Roman" w:cs="Times New Roman"/>
          <w:sz w:val="24"/>
        </w:rPr>
        <w:t xml:space="preserve"> Zip: </w:t>
      </w:r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ATTENDEES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WHO IS PRESENT]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ABSENCES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WHO IS ABSENT]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CALL TO ORDER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[APPROVAL OF PREVIOUS MEETING MINUTES AND CURRENT MEETING AGENDA]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V. OLD BUSINESS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OUTSTANDING MATTERS, DESCRIBE ISSUES, AND RECORD VOTES]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VI. NEW BUSINESS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NEW ITEMS, REPORTS, FINANCIAL STATEMENTS, BUSINESS IDEAS, ETC.]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VII. OTHER ITEMS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ANNOUNCEMENTS, NOMINATIONS, OR OTHER RELEVANT MATTERS]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VIII. ADJOURNMENT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TIME THE MEETING ENDED]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Submitted by: </w:t>
      </w:r>
      <w:r>
        <w:rPr>
          <w:rFonts w:ascii="Times New Roman" w:hAnsi="Times New Roman" w:eastAsia="Times New Roman" w:cs="Times New Roman"/>
          <w:sz w:val="24"/>
        </w:rPr>
        <w:t>_____________________</w:t>
      </w:r>
      <w:r>
        <w:rPr>
          <w:rFonts w:ascii="Times New Roman" w:hAnsi="Times New Roman" w:eastAsia="Times New Roman" w:cs="Times New Roman"/>
          <w:sz w:val="24"/>
        </w:rPr>
        <w:t xml:space="preserve">              Print Name: 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Approved by: </w:t>
      </w:r>
      <w:r>
        <w:rPr>
          <w:rFonts w:ascii="Times New Roman" w:hAnsi="Times New Roman" w:eastAsia="Times New Roman" w:cs="Times New Roman"/>
          <w:sz w:val="24"/>
        </w:rPr>
        <w:t>_____________________</w:t>
      </w:r>
      <w:r>
        <w:rPr>
          <w:rFonts w:ascii="Times New Roman" w:hAnsi="Times New Roman" w:eastAsia="Times New Roman" w:cs="Times New Roman"/>
          <w:sz w:val="24"/>
        </w:rPr>
        <w:t xml:space="preserve">               Print Name: 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