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West Virginia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NAME]</w:t>
      </w:r>
      <w:r>
        <w:rPr>
          <w:rFonts w:ascii="Times New Roman" w:hAnsi="Times New Roman" w:eastAsia="Times New Roman" w:cs="Times New Roman"/>
          <w:sz w:val="24"/>
        </w:rPr>
        <w:t>, of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[PRINCIPAL ADDRESS]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[NAME OF ATTORNEY-IN-FACT]</w:t>
      </w:r>
      <w:r>
        <w:rPr>
          <w:rFonts w:ascii="Times New Roman" w:hAnsi="Times New Roman" w:eastAsia="Times New Roman" w:cs="Times New Roman"/>
          <w:sz w:val="24"/>
        </w:rPr>
        <w:t xml:space="preserve">, of </w:t>
      </w:r>
    </w:p>
    <w:p>
      <w:pPr>
        <w:spacing w:before="1" w:after="0" w:line="276" w:lineRule="exact"/>
      </w:pP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 OF ATTORNEY-IN-FACT]</w:t>
      </w:r>
      <w:r>
        <w:rPr>
          <w:rFonts w:ascii="Times New Roman" w:hAnsi="Times New Roman" w:eastAsia="Times New Roman" w:cs="Times New Roman"/>
          <w:sz w:val="24"/>
        </w:rPr>
        <w:t xml:space="preserve"> and </w:t>
      </w:r>
      <w:r>
        <w:rPr>
          <w:rFonts w:ascii="Times New Roman" w:hAnsi="Times New Roman" w:eastAsia="Times New Roman" w:cs="Times New Roman"/>
          <w:sz w:val="24"/>
        </w:rPr>
        <w:t>[PHONE NUMBER OF ATTORNEY-IN-FACT]</w:t>
      </w:r>
    </w:p>
    <w:p>
      <w:pPr/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>
        <w:spacing w:before="11" w:after="0"/>
        <w:jc w:val="center"/>
      </w:pPr>
      <w:r>
        <w:rPr>
          <w:rFonts w:ascii="Times New Roman" w:hAnsi="Times New Roman" w:eastAsia="Times New Roman" w:cs="Times New Roman"/>
          <w:sz w:val="24"/>
        </w:rPr>
        <w:t>[LIST SPECIFIC POWERS GRANTED TO ATTORNEY-IN-FACT]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Signed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_______________________________________________</w:t>
      </w:r>
    </w:p>
    <w:p>
      <w:pPr>
        <w:spacing w:line="20" w:lineRule="exact"/>
      </w:pPr>
      <w:r>
        <w:rPr>
          <w:rFonts w:ascii="Times New Roman" w:hAnsi="Times New Roman" w:eastAsia="Times New Roman" w:cs="Times New Roman"/>
          <w:sz w:val="24"/>
        </w:rPr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  <w:br/>
      </w:r>
    </w:p>
    <w:p>
      <w:pPr/>
      <w:r>
        <w:rPr>
          <w:rFonts w:ascii="Times New Roman" w:hAnsi="Times New Roman" w:eastAsia="Times New Roman" w:cs="Times New Roman"/>
          <w:sz w:val="24"/>
        </w:rPr>
        <w:t>State of West Virginia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[NAME OF COUNTY]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document was acknowledged before me on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, by</w:t>
      </w:r>
    </w:p>
    <w:p>
      <w:pPr/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Signature of Notary</w:t>
      </w: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My commission expires:</w:t>
      </w:r>
      <w:r>
        <w:rPr>
          <w:rFonts w:ascii="Times New Roman" w:hAnsi="Times New Roman" w:eastAsia="Times New Roman" w:cs="Times New Roman"/>
          <w:sz w:val="24"/>
        </w:rPr>
        <w:t>[DATE NOTARY COMMISSION EXPIRES]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