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IN THE FAMILY COURT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b/>
          <w:sz w:val="24"/>
        </w:rPr>
        <w:t>COUNTY, WEST VIRGINIA</w:t>
      </w:r>
    </w:p>
    <w:p>
      <w:pPr/>
    </w:p>
    <w:p>
      <w:pPr/>
      <w:r>
        <w:rPr>
          <w:rFonts w:ascii="Times New Roman" w:hAnsi="Times New Roman" w:eastAsia="Times New Roman" w:cs="Times New Roman"/>
          <w:b/>
          <w:sz w:val="24"/>
        </w:rPr>
        <w:t>In Re:</w:t>
      </w:r>
    </w:p>
    <w:p>
      <w:pPr/>
      <w:r>
        <w:rPr>
          <w:rFonts w:ascii="Times New Roman" w:hAnsi="Times New Roman" w:eastAsia="Times New Roman" w:cs="Times New Roman"/>
          <w:b/>
          <w:sz w:val="24"/>
        </w:rPr>
        <w:t xml:space="preserve">The Marriage of: </w:t>
      </w:r>
    </w:p>
    <w:p>
      <w:pPr/>
      <w:r>
        <w:rPr>
          <w:rFonts w:ascii="Times New Roman" w:hAnsi="Times New Roman" w:eastAsia="Times New Roman" w:cs="Times New Roman"/>
          <w:b/>
          <w:sz w:val="24"/>
        </w:rPr>
        <w:t xml:space="preserve">Civil Action No. </w:t>
      </w:r>
      <w:r>
        <w:rPr>
          <w:rFonts w:ascii="Times New Roman" w:hAnsi="Times New Roman" w:eastAsia="Times New Roman" w:cs="Times New Roman"/>
          <w:b/>
          <w:sz w:val="24"/>
        </w:rPr>
        <w:t>[CIVIL ACTION NUMBER]</w:t>
      </w:r>
    </w:p>
    <w:p>
      <w:pPr/>
    </w:p>
    <w:p>
      <w:pPr/>
      <w:r>
        <w:rPr>
          <w:rFonts w:ascii="Times New Roman" w:hAnsi="Times New Roman" w:eastAsia="Times New Roman" w:cs="Times New Roman"/>
          <w:sz w:val="24"/>
        </w:rPr>
        <w:t>[PETITIONER NAME]</w:t>
      </w:r>
      <w:r>
        <w:rPr>
          <w:rFonts w:ascii="Times New Roman" w:hAnsi="Times New Roman" w:eastAsia="Times New Roman" w:cs="Times New Roman"/>
          <w:sz w:val="24"/>
        </w:rPr>
        <w:t>, and</w:t>
        <w:tab/>
        <w:tab/>
        <w:tab/>
        <w:tab/>
      </w:r>
      <w:r>
        <w:rPr>
          <w:rFonts w:ascii="Times New Roman" w:hAnsi="Times New Roman" w:eastAsia="Times New Roman" w:cs="Times New Roman"/>
          <w:sz w:val="24"/>
        </w:rPr>
        <w:t>[RESPONDENT NAME]</w:t>
      </w:r>
      <w:r>
        <w:rPr>
          <w:rFonts w:ascii="Times New Roman" w:hAnsi="Times New Roman" w:eastAsia="Times New Roman" w:cs="Times New Roman"/>
          <w:sz w:val="24"/>
        </w:rPr>
        <w:t>,</w:t>
      </w:r>
    </w:p>
    <w:p>
      <w:pPr/>
      <w:r>
        <w:rPr>
          <w:rFonts w:ascii="Times New Roman" w:hAnsi="Times New Roman" w:eastAsia="Times New Roman" w:cs="Times New Roman"/>
          <w:sz w:val="24"/>
        </w:rPr>
        <w:t>Petitioner</w:t>
        <w:tab/>
        <w:tab/>
        <w:tab/>
        <w:tab/>
        <w:t xml:space="preserve">Respondent </w:t>
      </w:r>
    </w:p>
    <w:p>
      <w:pPr/>
    </w:p>
    <w:p>
      <w:pPr/>
      <w:r>
        <w:rPr>
          <w:rFonts w:ascii="Times New Roman" w:hAnsi="Times New Roman" w:eastAsia="Times New Roman" w:cs="Times New Roman"/>
          <w:sz w:val="24"/>
        </w:rPr>
        <w:t>[SOCIAL SECURITY NUMBER]</w:t>
      </w:r>
      <w:r>
        <w:rPr>
          <w:rFonts w:ascii="Times New Roman" w:hAnsi="Times New Roman" w:eastAsia="Times New Roman" w:cs="Times New Roman"/>
          <w:sz w:val="24"/>
        </w:rPr>
        <w:tab/>
        <w:tab/>
        <w:tab/>
        <w:tab/>
      </w:r>
      <w:r>
        <w:rPr>
          <w:rFonts w:ascii="Times New Roman" w:hAnsi="Times New Roman" w:eastAsia="Times New Roman" w:cs="Times New Roman"/>
          <w:sz w:val="24"/>
        </w:rPr>
        <w:t>[SOCIAL SECURITY NUMBER]</w:t>
      </w:r>
    </w:p>
    <w:p>
      <w:pPr/>
      <w:r>
        <w:rPr>
          <w:rFonts w:ascii="Times New Roman" w:hAnsi="Times New Roman" w:eastAsia="Times New Roman" w:cs="Times New Roman"/>
          <w:sz w:val="24"/>
        </w:rPr>
        <w:t>Social Security Number</w:t>
        <w:tab/>
        <w:tab/>
        <w:tab/>
        <w:tab/>
        <w:t xml:space="preserve">Social Security Number </w:t>
      </w:r>
    </w:p>
    <w:p>
      <w:pPr/>
    </w:p>
    <w:p>
      <w:pPr/>
      <w:r>
        <w:rPr>
          <w:rFonts w:ascii="Times New Roman" w:hAnsi="Times New Roman" w:eastAsia="Times New Roman" w:cs="Times New Roman"/>
          <w:sz w:val="24"/>
        </w:rPr>
        <w:t>[PETITIONER ADDRESS]</w:t>
      </w:r>
      <w:r>
        <w:rPr>
          <w:rFonts w:ascii="Times New Roman" w:hAnsi="Times New Roman" w:eastAsia="Times New Roman" w:cs="Times New Roman"/>
          <w:sz w:val="24"/>
        </w:rPr>
        <w:tab/>
        <w:tab/>
        <w:tab/>
        <w:tab/>
      </w:r>
      <w:r>
        <w:rPr>
          <w:rFonts w:ascii="Times New Roman" w:hAnsi="Times New Roman" w:eastAsia="Times New Roman" w:cs="Times New Roman"/>
          <w:sz w:val="24"/>
        </w:rPr>
        <w:t>[PETITIONER ADDRESS]</w:t>
      </w:r>
    </w:p>
    <w:p>
      <w:pPr/>
      <w:r>
        <w:rPr>
          <w:rFonts w:ascii="Times New Roman" w:hAnsi="Times New Roman" w:eastAsia="Times New Roman" w:cs="Times New Roman"/>
          <w:sz w:val="24"/>
        </w:rPr>
        <w:t>[CITY]</w:t>
      </w:r>
      <w:r>
        <w:rPr>
          <w:rFonts w:ascii="Times New Roman" w:hAnsi="Times New Roman" w:eastAsia="Times New Roman" w:cs="Times New Roman"/>
          <w:sz w:val="24"/>
        </w:rPr>
        <w:tab/>
        <w:tab/>
        <w:tab/>
        <w:tab/>
      </w:r>
      <w:r>
        <w:rPr>
          <w:rFonts w:ascii="Times New Roman" w:hAnsi="Times New Roman" w:eastAsia="Times New Roman" w:cs="Times New Roman"/>
          <w:sz w:val="24"/>
        </w:rPr>
        <w:t>[CITY]</w:t>
      </w:r>
    </w:p>
    <w:p>
      <w:pPr/>
      <w:r>
        <w:rPr>
          <w:rFonts w:ascii="Times New Roman" w:hAnsi="Times New Roman" w:eastAsia="Times New Roman" w:cs="Times New Roman"/>
          <w:sz w:val="24"/>
        </w:rPr>
        <w:t>[STATE, ZIP CODE]</w:t>
      </w:r>
      <w:r>
        <w:rPr>
          <w:rFonts w:ascii="Times New Roman" w:hAnsi="Times New Roman" w:eastAsia="Times New Roman" w:cs="Times New Roman"/>
          <w:sz w:val="24"/>
        </w:rPr>
        <w:tab/>
        <w:tab/>
        <w:tab/>
        <w:tab/>
      </w:r>
      <w:r>
        <w:rPr>
          <w:rFonts w:ascii="Times New Roman" w:hAnsi="Times New Roman" w:eastAsia="Times New Roman" w:cs="Times New Roman"/>
          <w:sz w:val="24"/>
        </w:rPr>
        <w:t>[STATE, ZIP CODE]</w:t>
      </w:r>
    </w:p>
    <w:p>
      <w:pPr/>
      <w:r>
        <w:rPr>
          <w:rFonts w:ascii="Times New Roman" w:hAnsi="Times New Roman" w:eastAsia="Times New Roman" w:cs="Times New Roman"/>
          <w:sz w:val="24"/>
        </w:rPr>
        <w:t>[PHONE NUMBER]</w:t>
      </w:r>
      <w:r>
        <w:rPr>
          <w:rFonts w:ascii="Times New Roman" w:hAnsi="Times New Roman" w:eastAsia="Times New Roman" w:cs="Times New Roman"/>
          <w:sz w:val="24"/>
        </w:rPr>
        <w:tab/>
        <w:tab/>
        <w:tab/>
        <w:tab/>
      </w:r>
      <w:r>
        <w:rPr>
          <w:rFonts w:ascii="Times New Roman" w:hAnsi="Times New Roman" w:eastAsia="Times New Roman" w:cs="Times New Roman"/>
          <w:sz w:val="24"/>
        </w:rPr>
        <w:t>[PHONE NUMBER]</w:t>
      </w:r>
    </w:p>
    <w:p>
      <w:pPr/>
    </w:p>
    <w:p>
      <w:pPr/>
    </w:p>
    <w:p>
      <w:pPr>
        <w:jc w:val="center"/>
      </w:pPr>
      <w:r>
        <w:rPr>
          <w:rFonts w:ascii="Times New Roman" w:hAnsi="Times New Roman" w:eastAsia="Times New Roman" w:cs="Times New Roman"/>
          <w:b/>
          <w:sz w:val="24"/>
        </w:rPr>
        <w:t>MARITAL SETTLEMENT AGREMEENT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