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9" w:after="0" w:line="322" w:lineRule="exact"/>
        <w:jc w:val="center"/>
      </w:pPr>
      <w:r>
        <w:rPr>
          <w:rFonts w:ascii="Times New Roman" w:hAnsi="Times New Roman" w:eastAsia="Times New Roman" w:cs="Times New Roman"/>
          <w:b/>
          <w:sz w:val="24"/>
        </w:rPr>
        <w:t>STATE OF WEST</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VIRGINIA</w:t>
      </w:r>
    </w:p>
    <w:p>
      <w:pPr>
        <w:spacing w:before="39" w:after="0" w:line="322" w:lineRule="exact"/>
        <w:jc w:val="center"/>
      </w:pPr>
    </w:p>
    <w:p>
      <w:pPr>
        <w:spacing w:line="368" w:lineRule="exact"/>
        <w:jc w:val="center"/>
      </w:pPr>
      <w:r>
        <w:rPr>
          <w:rFonts w:ascii="Times New Roman" w:hAnsi="Times New Roman" w:eastAsia="Times New Roman" w:cs="Times New Roman"/>
          <w:b/>
          <w:sz w:val="24"/>
        </w:rPr>
        <w:t>MEDICAL POWER OF</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ATTORNEY</w:t>
      </w:r>
    </w:p>
    <w:p>
      <w:pPr/>
    </w:p>
    <w:p>
      <w:pPr>
        <w:spacing w:before="11" w:after="0"/>
      </w:pPr>
    </w:p>
    <w:p>
      <w:pPr/>
    </w:p>
    <w:p>
      <w:pPr>
        <w:spacing w:before="11" w:after="0"/>
      </w:pPr>
    </w:p>
    <w:p>
      <w:pPr>
        <w:spacing w:before="69" w:after="0"/>
      </w:pPr>
      <w:r>
        <w:rPr>
          <w:rFonts w:ascii="Times New Roman" w:hAnsi="Times New Roman" w:eastAsia="Times New Roman" w:cs="Times New Roman"/>
          <w:sz w:val="24"/>
        </w:rPr>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[DATE OF AGREEMENT]</w:t>
      </w:r>
    </w:p>
    <w:p>
      <w:pPr>
        <w:spacing w:before="10" w:after="0"/>
      </w:pPr>
    </w:p>
    <w:p>
      <w:pPr>
        <w:spacing w:before="69" w:after="0"/>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w:t>
      </w:r>
    </w:p>
    <w:p>
      <w:pPr>
        <w:spacing w:before="1" w:after="0"/>
        <w:jc w:val="center"/>
      </w:pPr>
      <w:r>
        <w:rPr>
          <w:rFonts w:ascii="Times New Roman" w:hAnsi="Times New Roman" w:eastAsia="Times New Roman" w:cs="Times New Roman"/>
          <w:sz w:val="24"/>
        </w:rPr>
        <w:t>(Insert your name)</w:t>
      </w:r>
    </w:p>
    <w:p>
      <w:pPr>
        <w:spacing w:before="1" w:after="0"/>
        <w:jc w:val="center"/>
      </w:pPr>
    </w:p>
    <w:p>
      <w:pPr/>
      <w:r>
        <w:rPr>
          <w:rFonts w:ascii="Times New Roman" w:hAnsi="Times New Roman" w:eastAsia="Times New Roman" w:cs="Times New Roman"/>
          <w:sz w:val="24"/>
        </w:rPr>
        <w:t>hereby appoint as my representative to act on my behalf to give, withhold, or withdraw informed consent to health care decisions in the event that I am unable to do so</w:t>
      </w:r>
      <w:r>
        <w:rPr>
          <w:rFonts w:ascii="Times New Roman" w:hAnsi="Times New Roman" w:eastAsia="Times New Roman" w:cs="Times New Roman"/>
          <w:sz w:val="24"/>
        </w:rPr>
        <w:t xml:space="preserve"> </w:t>
      </w:r>
      <w:r>
        <w:rPr>
          <w:rFonts w:ascii="Times New Roman" w:hAnsi="Times New Roman" w:eastAsia="Times New Roman" w:cs="Times New Roman"/>
          <w:sz w:val="24"/>
        </w:rPr>
        <w:t>myself.</w:t>
      </w:r>
    </w:p>
    <w:p>
      <w:pPr>
        <w:spacing w:before="2" w:after="0"/>
      </w:pPr>
    </w:p>
    <w:p>
      <w:pPr/>
      <w:r>
        <w:rPr>
          <w:rFonts w:ascii="Times New Roman" w:hAnsi="Times New Roman" w:eastAsia="Times New Roman" w:cs="Times New Roman"/>
          <w:sz w:val="24"/>
        </w:rPr>
        <w:t>The person I choose as my representative</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p>
    <w:p>
      <w:pPr/>
    </w:p>
    <w:p>
      <w:pPr>
        <w:spacing w:before="11" w:after="0"/>
      </w:pPr>
      <w:r>
        <w:rPr>
          <w:rFonts w:ascii="Times New Roman" w:hAnsi="Times New Roman" w:eastAsia="Times New Roman" w:cs="Times New Roman"/>
          <w:sz w:val="24"/>
        </w:rPr>
        <w:t xml:space="preserve">  </w:t>
      </w:r>
      <w:r>
        <w:rPr>
          <w:rFonts w:ascii="Times New Roman" w:hAnsi="Times New Roman" w:eastAsia="Times New Roman" w:cs="Times New Roman"/>
          <w:sz w:val="24"/>
        </w:rPr>
        <w:t>[NAME OF ATTORNEY-IN-FACT]</w:t>
      </w:r>
    </w:p>
    <w:p>
      <w:pPr>
        <w:spacing w:line="20" w:lineRule="exact"/>
      </w:pPr>
    </w:p>
    <w:p>
      <w:pPr/>
    </w:p>
    <w:p>
      <w:pPr/>
      <w:r>
        <w:rPr>
          <w:rFonts w:ascii="Times New Roman" w:hAnsi="Times New Roman" w:eastAsia="Times New Roman" w:cs="Times New Roman"/>
          <w:sz w:val="24"/>
        </w:rPr>
        <w:t>[ADDRESS OF ATTORNEY-IN-FACT]</w:t>
      </w:r>
    </w:p>
    <w:p>
      <w:pPr/>
    </w:p>
    <w:p>
      <w:pPr/>
      <w:r>
        <w:rPr>
          <w:rFonts w:ascii="Times New Roman" w:hAnsi="Times New Roman" w:eastAsia="Times New Roman" w:cs="Times New Roman"/>
          <w:sz w:val="24"/>
        </w:rPr>
        <w:t>PHONE NUMBER OF ATTORNEY-IN-FACT]</w:t>
      </w:r>
    </w:p>
    <w:p>
      <w:pPr/>
    </w:p>
    <w:p>
      <w:pPr>
        <w:spacing w:before="1" w:after="0"/>
      </w:pPr>
    </w:p>
    <w:p>
      <w:pPr/>
      <w:r>
        <w:rPr>
          <w:rFonts w:ascii="Times New Roman" w:hAnsi="Times New Roman" w:eastAsia="Times New Roman" w:cs="Times New Roman"/>
          <w:b/>
          <w:sz w:val="24"/>
        </w:rPr>
        <w:t>If my representative is unable, unwilling or disqualified to serve, then I</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appoint as my successor representative:</w:t>
      </w:r>
    </w:p>
    <w:p>
      <w:pPr/>
    </w:p>
    <w:p>
      <w:pPr>
        <w:spacing w:before="11" w:after="0"/>
        <w:ind w:firstLine="114"/>
      </w:pPr>
      <w:r>
        <w:rPr>
          <w:rFonts w:ascii="Times New Roman" w:hAnsi="Times New Roman" w:eastAsia="Times New Roman" w:cs="Times New Roman"/>
          <w:sz w:val="24"/>
        </w:rPr>
        <w:t>[NAME OF SUCCESSOR ATTORNEY-IN-FACT]</w:t>
      </w:r>
    </w:p>
    <w:p>
      <w:pPr>
        <w:spacing w:line="20" w:lineRule="exact"/>
      </w:pPr>
    </w:p>
    <w:p>
      <w:pPr/>
    </w:p>
    <w:p>
      <w:pPr/>
      <w:r>
        <w:rPr>
          <w:rFonts w:ascii="Times New Roman" w:hAnsi="Times New Roman" w:eastAsia="Times New Roman" w:cs="Times New Roman"/>
          <w:sz w:val="24"/>
        </w:rPr>
        <w:t>[ADDRESS OF SUCCESSOR ATTORNEY-IN-FACT]</w:t>
      </w:r>
    </w:p>
    <w:p>
      <w:pPr/>
    </w:p>
    <w:p>
      <w:pPr/>
      <w:r>
        <w:rPr>
          <w:rFonts w:ascii="Times New Roman" w:hAnsi="Times New Roman" w:eastAsia="Times New Roman" w:cs="Times New Roman"/>
          <w:sz w:val="24"/>
        </w:rPr>
        <w:t>PHONE NUMBER OF SUCCESSOR ATTORNEY-IN-FACT]</w:t>
      </w:r>
    </w:p>
    <w:p>
      <w:pPr>
        <w:jc w:val="both"/>
      </w:pPr>
    </w:p>
    <w:p>
      <w:pPr>
        <w:spacing w:before="10" w:after="0"/>
      </w:pPr>
    </w:p>
    <w:p>
      <w:pPr>
        <w:jc w:val="both"/>
      </w:pPr>
      <w:r>
        <w:rPr>
          <w:rFonts w:ascii="Times New Roman" w:hAnsi="Times New Roman" w:eastAsia="Times New Roman" w:cs="Times New Roman"/>
          <w:sz w:val="24"/>
        </w:rPr>
        <w:t>This appointment shall extend to, but not be limited to, health care decisions relating to medical treatment, surgical treatment, nursing care, medication, hospitalization, care and treatment in a nursing home or other facility, and home health care. The representative appointed by this document is specifically authorized to be granted access to my medical records and other health information and to act on my behalf to consent to, refuse, or withdraw any and all medical treatment or diagnostic procedures, or autopsy if my representative determines that I, if able to do so, would consent to, refuse, or withdraw such treatment or procedures. This authority shall include, but not be limited to, decisions regarding the withholding or withdrawal of life-prolonging</w:t>
      </w:r>
      <w:r>
        <w:rPr>
          <w:rFonts w:ascii="Times New Roman" w:hAnsi="Times New Roman" w:eastAsia="Times New Roman" w:cs="Times New Roman"/>
          <w:sz w:val="24"/>
        </w:rPr>
        <w:t xml:space="preserve"> </w:t>
      </w:r>
      <w:r>
        <w:rPr>
          <w:rFonts w:ascii="Times New Roman" w:hAnsi="Times New Roman" w:eastAsia="Times New Roman" w:cs="Times New Roman"/>
          <w:sz w:val="24"/>
        </w:rPr>
        <w:t>interventions.</w:t>
      </w:r>
    </w:p>
    <w:p>
      <w:pPr/>
    </w:p>
    <w:p>
      <w:pPr>
        <w:jc w:val="both"/>
      </w:pPr>
      <w:r>
        <w:rPr>
          <w:rFonts w:ascii="Times New Roman" w:hAnsi="Times New Roman" w:eastAsia="Times New Roman" w:cs="Times New Roman"/>
          <w:sz w:val="24"/>
        </w:rPr>
        <w:t>I appoint this representative because I believe this person understands my wishes and values and will act  to carry into effect the health care decisions that I would make if I were able to do so, and because I also believe that this person will act in my best interest when my wishes are unknown. It is my intent that my family, my physician, and all legal authorities be bound by the decisions that are made by the representative appointed by this document, and it is my intent that these decisions should not be the subject of review by any health care provider or administrative or judicial</w:t>
      </w:r>
      <w:r>
        <w:rPr>
          <w:rFonts w:ascii="Times New Roman" w:hAnsi="Times New Roman" w:eastAsia="Times New Roman" w:cs="Times New Roman"/>
          <w:sz w:val="24"/>
        </w:rPr>
        <w:t xml:space="preserve"> </w:t>
      </w:r>
      <w:r>
        <w:rPr>
          <w:rFonts w:ascii="Times New Roman" w:hAnsi="Times New Roman" w:eastAsia="Times New Roman" w:cs="Times New Roman"/>
          <w:sz w:val="24"/>
        </w:rPr>
        <w:t>agency.</w:t>
      </w:r>
    </w:p>
    <w:p>
      <w:pPr>
        <w:jc w:val="both"/>
      </w:pPr>
    </w:p>
    <w:p>
      <w:pPr>
        <w:jc w:val="both"/>
      </w:pPr>
    </w:p>
    <w:p>
      <w:pPr/>
    </w:p>
    <w:p>
      <w:pPr/>
      <w:r>
        <w:rPr>
          <w:rFonts w:ascii="Times New Roman" w:hAnsi="Times New Roman" w:eastAsia="Times New Roman" w:cs="Times New Roman"/>
          <w:sz w:val="24"/>
        </w:rPr>
        <w:t>It is my intent that this document be legally binding and effective and that this document be taken as a formal statement of my desire concerning the method by which any health care decision should be made on my behalf during any period when I am unable to make such</w:t>
      </w:r>
      <w:r>
        <w:rPr>
          <w:rFonts w:ascii="Times New Roman" w:hAnsi="Times New Roman" w:eastAsia="Times New Roman" w:cs="Times New Roman"/>
          <w:sz w:val="24"/>
        </w:rPr>
        <w:t xml:space="preserve"> </w:t>
      </w:r>
      <w:r>
        <w:rPr>
          <w:rFonts w:ascii="Times New Roman" w:hAnsi="Times New Roman" w:eastAsia="Times New Roman" w:cs="Times New Roman"/>
          <w:sz w:val="24"/>
        </w:rPr>
        <w:t>decisions.</w:t>
      </w:r>
    </w:p>
    <w:p>
      <w:pPr/>
    </w:p>
    <w:p>
      <w:pPr>
        <w:spacing w:before="56" w:after="0"/>
      </w:pPr>
      <w:r>
        <w:rPr>
          <w:rFonts w:ascii="Times New Roman" w:hAnsi="Times New Roman" w:eastAsia="Times New Roman" w:cs="Times New Roman"/>
          <w:sz w:val="24"/>
        </w:rPr>
        <w:t>In exercising the authority under this medical power of attorney, my representative shall act consistently with my special directives or limitations as stated</w:t>
      </w:r>
      <w:r>
        <w:rPr>
          <w:rFonts w:ascii="Times New Roman" w:hAnsi="Times New Roman" w:eastAsia="Times New Roman" w:cs="Times New Roman"/>
          <w:sz w:val="24"/>
        </w:rPr>
        <w:t xml:space="preserve"> </w:t>
      </w:r>
      <w:r>
        <w:rPr>
          <w:rFonts w:ascii="Times New Roman" w:hAnsi="Times New Roman" w:eastAsia="Times New Roman" w:cs="Times New Roman"/>
          <w:sz w:val="24"/>
        </w:rPr>
        <w:t>below.</w:t>
      </w:r>
    </w:p>
    <w:p>
      <w:pPr/>
    </w:p>
    <w:p>
      <w:pPr/>
      <w:r>
        <w:rPr>
          <w:rFonts w:ascii="Times New Roman" w:hAnsi="Times New Roman" w:eastAsia="Times New Roman" w:cs="Times New Roman"/>
          <w:b/>
          <w:sz w:val="24"/>
        </w:rPr>
        <w:t xml:space="preserve">SPECIAL DIRECTIVES OR LIMITATIONS ON THIS POWER: </w:t>
      </w:r>
      <w:r>
        <w:rPr>
          <w:rFonts w:ascii="Times New Roman" w:hAnsi="Times New Roman" w:eastAsia="Times New Roman" w:cs="Times New Roman"/>
          <w:sz w:val="24"/>
        </w:rPr>
        <w:t>(Comments about tube feedings, breathing machines, cardiopulmonary resuscitation, dialysis, mental health treatment, funeral arrangements, autopsy, and organ donation may be placed here. My failure to provide special directives or limitations does not mean I want or refuse certain</w:t>
      </w:r>
      <w:r>
        <w:rPr>
          <w:rFonts w:ascii="Times New Roman" w:hAnsi="Times New Roman" w:eastAsia="Times New Roman" w:cs="Times New Roman"/>
          <w:sz w:val="24"/>
        </w:rPr>
        <w:t xml:space="preserve"> </w:t>
      </w:r>
      <w:r>
        <w:rPr>
          <w:rFonts w:ascii="Times New Roman" w:hAnsi="Times New Roman" w:eastAsia="Times New Roman" w:cs="Times New Roman"/>
          <w:sz w:val="24"/>
        </w:rPr>
        <w:t>treatments.)</w:t>
      </w:r>
    </w:p>
    <w:p>
      <w:pPr/>
    </w:p>
    <w:p>
      <w:pPr>
        <w:spacing w:before="2" w:after="0"/>
      </w:pPr>
      <w:r>
        <w:rPr>
          <w:rFonts w:ascii="Times New Roman" w:hAnsi="Times New Roman" w:eastAsia="Times New Roman" w:cs="Times New Roman"/>
          <w:sz w:val="24"/>
        </w:rPr>
        <w:tab/>
      </w:r>
      <w:r>
        <w:rPr>
          <w:rFonts w:ascii="Times New Roman" w:hAnsi="Times New Roman" w:eastAsia="Times New Roman" w:cs="Times New Roman"/>
          <w:sz w:val="24"/>
        </w:rPr>
        <w:t>[DESCRIBE ANY LIMITATIONS ON POWER OF ATTORNEY]</w:t>
      </w:r>
    </w:p>
    <w:p>
      <w:pPr>
        <w:spacing w:before="1" w:after="0"/>
      </w:pPr>
    </w:p>
    <w:p>
      <w:pPr>
        <w:spacing w:before="69" w:after="0"/>
      </w:pPr>
      <w:r>
        <w:rPr>
          <w:rFonts w:ascii="Times New Roman" w:hAnsi="Times New Roman" w:eastAsia="Times New Roman" w:cs="Times New Roman"/>
          <w:b/>
          <w:sz w:val="24"/>
        </w:rPr>
        <w:t>THIS MEDICAL POWER OF ATTORNEY SHALL BECOME EFFECTIVE ONLY UPON MY INCAPACITY TO GIVE, WITHHOLD, OR WITHDRAW INFORMED CONSENT TO MY OWN MEDICAL</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CARE.</w:t>
      </w:r>
    </w:p>
    <w:p>
      <w:pPr>
        <w:spacing w:before="69" w:after="0"/>
      </w:pPr>
    </w:p>
    <w:p>
      <w:pPr>
        <w:spacing w:before="69" w:after="0"/>
      </w:pPr>
    </w:p>
    <w:p>
      <w:pPr>
        <w:spacing w:line="266" w:lineRule="exact"/>
        <w:jc w:val="both"/>
      </w:pPr>
      <w:r>
        <w:rPr>
          <w:rFonts w:ascii="Times New Roman" w:hAnsi="Times New Roman" w:eastAsia="Times New Roman" w:cs="Times New Roman"/>
          <w:sz w:val="24"/>
        </w:rPr>
        <w:t>__________________________________________</w:t>
      </w:r>
    </w:p>
    <w:p>
      <w:pPr>
        <w:spacing w:line="266" w:lineRule="exact"/>
        <w:jc w:val="both"/>
      </w:pPr>
      <w:r>
        <w:rPr>
          <w:rFonts w:ascii="Times New Roman" w:hAnsi="Times New Roman" w:eastAsia="Times New Roman" w:cs="Times New Roman"/>
          <w:sz w:val="24"/>
        </w:rPr>
        <w:t>Signature of</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p>
    <w:p>
      <w:pPr>
        <w:spacing w:line="266" w:lineRule="exact"/>
        <w:jc w:val="both"/>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_______________________________________________</w:t>
      </w:r>
    </w:p>
    <w:p>
      <w:pPr>
        <w:spacing w:line="266" w:lineRule="exact"/>
        <w:jc w:val="both"/>
      </w:pPr>
    </w:p>
    <w:p>
      <w:pPr>
        <w:spacing w:line="266" w:lineRule="exact"/>
        <w:jc w:val="both"/>
      </w:pPr>
      <w:r>
        <w:rPr>
          <w:rFonts w:ascii="Times New Roman" w:hAnsi="Times New Roman" w:eastAsia="Times New Roman" w:cs="Times New Roman"/>
          <w:sz w:val="24"/>
        </w:rPr>
        <w:t>Address of Principal</w:t>
      </w:r>
    </w:p>
    <w:p>
      <w:pPr/>
    </w:p>
    <w:p>
      <w:pPr/>
    </w:p>
    <w:p>
      <w:pPr/>
    </w:p>
    <w:p>
      <w:pPr/>
    </w:p>
    <w:p>
      <w:pPr>
        <w:jc w:val="both"/>
      </w:pPr>
      <w:r>
        <w:rPr>
          <w:rFonts w:ascii="Times New Roman" w:hAnsi="Times New Roman" w:eastAsia="Times New Roman" w:cs="Times New Roman"/>
          <w:sz w:val="24"/>
        </w:rPr>
        <w:t>I did not sign the principal’s signature above. I am at least 18 years of age and am not related to the principal by blood or marriage. I am not entitled to any portion of the estate of the principal or to the best of my knowledge under any will of the principal or codicil thereto, nor legally responsible for the costs of the principal’s medical or other care. I am not the principal’s attending physician, nor am I the representative or successor representative 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p>
    <w:p>
      <w:pPr>
        <w:jc w:val="both"/>
      </w:pPr>
    </w:p>
    <w:p>
      <w:pPr>
        <w:spacing w:before="11" w:after="0"/>
      </w:pPr>
    </w:p>
    <w:p>
      <w:pPr>
        <w:spacing w:before="69" w:after="0"/>
      </w:pPr>
      <w:r>
        <w:rPr>
          <w:rFonts w:ascii="Times New Roman" w:hAnsi="Times New Roman" w:eastAsia="Times New Roman" w:cs="Times New Roman"/>
          <w:sz w:val="24"/>
        </w:rPr>
        <w:t>Witness:</w:t>
      </w: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 xml:space="preserve">DATE: </w:t>
      </w:r>
      <w:r>
        <w:rPr>
          <w:rFonts w:ascii="Times New Roman" w:hAnsi="Times New Roman" w:eastAsia="Times New Roman" w:cs="Times New Roman"/>
          <w:sz w:val="24"/>
        </w:rPr>
        <w:t xml:space="preserve"> </w:t>
        <w:tab/>
      </w:r>
    </w:p>
    <w:p>
      <w:pPr>
        <w:spacing w:before="11" w:after="0"/>
      </w:pPr>
    </w:p>
    <w:p>
      <w:pPr>
        <w:spacing w:before="69" w:after="0"/>
      </w:pPr>
      <w:r>
        <w:rPr>
          <w:rFonts w:ascii="Times New Roman" w:hAnsi="Times New Roman" w:eastAsia="Times New Roman" w:cs="Times New Roman"/>
          <w:sz w:val="24"/>
        </w:rPr>
        <w:t>Witness:</w:t>
      </w:r>
      <w:r>
        <w:rPr>
          <w:rFonts w:ascii="Times New Roman" w:hAnsi="Times New Roman" w:eastAsia="Times New Roman" w:cs="Times New Roman"/>
          <w:sz w:val="24"/>
        </w:rPr>
        <w:t xml:space="preserve"> </w:t>
        <w:tab/>
      </w:r>
      <w:r>
        <w:rPr>
          <w:rFonts w:ascii="Times New Roman" w:hAnsi="Times New Roman" w:eastAsia="Times New Roman" w:cs="Times New Roman"/>
          <w:sz w:val="24"/>
        </w:rPr>
        <w:t xml:space="preserve">DATE: </w:t>
      </w:r>
      <w:r>
        <w:rPr>
          <w:rFonts w:ascii="Times New Roman" w:hAnsi="Times New Roman" w:eastAsia="Times New Roman" w:cs="Times New Roman"/>
          <w:sz w:val="24"/>
        </w:rPr>
        <w:t xml:space="preserve"> </w:t>
        <w:tab/>
      </w:r>
    </w:p>
    <w:p>
      <w:pPr>
        <w:spacing w:before="69" w:after="0"/>
      </w:pPr>
    </w:p>
    <w:p>
      <w:pPr>
        <w:spacing w:before="69" w:after="0"/>
      </w:pPr>
    </w:p>
    <w:p>
      <w:pPr>
        <w:spacing w:before="11" w:after="0"/>
      </w:pPr>
    </w:p>
    <w:p>
      <w:pPr>
        <w:spacing w:before="69" w:after="0"/>
      </w:pP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WEST VIRGINIA</w:t>
      </w:r>
    </w:p>
    <w:p>
      <w:pPr>
        <w:spacing w:before="11" w:after="0"/>
      </w:pPr>
    </w:p>
    <w:p>
      <w:pPr>
        <w:spacing w:before="69"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OF </w:t>
      </w:r>
      <w:r>
        <w:rPr>
          <w:rFonts w:ascii="Times New Roman" w:hAnsi="Times New Roman" w:eastAsia="Times New Roman" w:cs="Times New Roman"/>
          <w:sz w:val="24"/>
        </w:rPr>
        <w:t xml:space="preserve"> </w:t>
      </w:r>
      <w:r>
        <w:rPr>
          <w:rFonts w:ascii="Times New Roman" w:hAnsi="Times New Roman" w:eastAsia="Times New Roman" w:cs="Times New Roman"/>
          <w:sz w:val="24"/>
        </w:rPr>
        <w:t>[COUNTY NAME]</w:t>
      </w:r>
    </w:p>
    <w:p>
      <w:pPr>
        <w:spacing w:before="69" w:after="0"/>
      </w:pPr>
    </w:p>
    <w:p>
      <w:pPr>
        <w:spacing w:before="69" w:after="0"/>
      </w:pPr>
    </w:p>
    <w:p>
      <w:pPr>
        <w:spacing w:before="11" w:after="0"/>
      </w:pPr>
    </w:p>
    <w:p>
      <w:pPr>
        <w:spacing w:before="69" w:after="0" w:line="480" w:lineRule="auto"/>
      </w:pPr>
      <w:r>
        <w:rPr>
          <w:rFonts w:ascii="Times New Roman" w:hAnsi="Times New Roman" w:eastAsia="Times New Roman" w:cs="Times New Roman"/>
          <w:sz w:val="24"/>
        </w:rPr>
        <w:t>I,</w:t>
      </w:r>
      <w:r>
        <w:rPr>
          <w:rFonts w:ascii="Times New Roman" w:hAnsi="Times New Roman" w:eastAsia="Times New Roman" w:cs="Times New Roman"/>
          <w:sz w:val="24"/>
        </w:rPr>
        <w:t>[NOTARY NAME]</w:t>
      </w:r>
      <w:r>
        <w:rPr>
          <w:rFonts w:ascii="Times New Roman" w:hAnsi="Times New Roman" w:eastAsia="Times New Roman" w:cs="Times New Roman"/>
          <w:sz w:val="24"/>
        </w:rPr>
        <w:t>, a Notary Public of said County, do</w:t>
      </w:r>
      <w:r>
        <w:rPr>
          <w:rFonts w:ascii="Times New Roman" w:hAnsi="Times New Roman" w:eastAsia="Times New Roman" w:cs="Times New Roman"/>
          <w:sz w:val="24"/>
        </w:rPr>
        <w:t xml:space="preserve"> </w:t>
      </w:r>
      <w:r>
        <w:rPr>
          <w:rFonts w:ascii="Times New Roman" w:hAnsi="Times New Roman" w:eastAsia="Times New Roman" w:cs="Times New Roman"/>
          <w:sz w:val="24"/>
        </w:rPr>
        <w:t>certify</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 NAME]</w:t>
      </w:r>
      <w:r>
        <w:rPr>
          <w:rFonts w:ascii="Times New Roman" w:hAnsi="Times New Roman" w:eastAsia="Times New Roman" w:cs="Times New Roman"/>
          <w:sz w:val="24"/>
        </w:rPr>
        <w:t xml:space="preserve">, as principal, and </w:t>
      </w:r>
      <w:r>
        <w:rPr>
          <w:rFonts w:ascii="Times New Roman" w:hAnsi="Times New Roman" w:eastAsia="Times New Roman" w:cs="Times New Roman"/>
          <w:sz w:val="24"/>
        </w:rPr>
        <w:t>[WITNESS 1 NAME]</w:t>
      </w:r>
      <w:r>
        <w:rPr>
          <w:rFonts w:ascii="Times New Roman" w:hAnsi="Times New Roman" w:eastAsia="Times New Roman" w:cs="Times New Roman"/>
          <w:sz w:val="24"/>
        </w:rPr>
        <w:t xml:space="preserve"> and </w:t>
      </w:r>
      <w:r>
        <w:rPr>
          <w:rFonts w:ascii="Times New Roman" w:hAnsi="Times New Roman" w:eastAsia="Times New Roman" w:cs="Times New Roman"/>
          <w:sz w:val="24"/>
        </w:rPr>
        <w:t>[WITNESS 2 NAME]</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as</w:t>
      </w:r>
      <w:r>
        <w:rPr>
          <w:rFonts w:ascii="Times New Roman" w:hAnsi="Times New Roman" w:eastAsia="Times New Roman" w:cs="Times New Roman"/>
          <w:sz w:val="24"/>
        </w:rPr>
        <w:t xml:space="preserve"> </w:t>
      </w:r>
      <w:r>
        <w:rPr>
          <w:rFonts w:ascii="Times New Roman" w:hAnsi="Times New Roman" w:eastAsia="Times New Roman" w:cs="Times New Roman"/>
          <w:sz w:val="24"/>
        </w:rPr>
        <w:t>witnesses,</w:t>
      </w:r>
      <w:r>
        <w:rPr>
          <w:rFonts w:ascii="Times New Roman" w:hAnsi="Times New Roman" w:eastAsia="Times New Roman" w:cs="Times New Roman"/>
          <w:sz w:val="24"/>
        </w:rPr>
        <w:t xml:space="preserve"> </w:t>
      </w:r>
      <w:r>
        <w:rPr>
          <w:rFonts w:ascii="Times New Roman" w:hAnsi="Times New Roman" w:eastAsia="Times New Roman" w:cs="Times New Roman"/>
          <w:sz w:val="24"/>
        </w:rPr>
        <w:t>whose names are signed to the writing above bearing 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 OF SIGNING]</w:t>
      </w:r>
      <w:r>
        <w:rPr>
          <w:rFonts w:ascii="Times New Roman" w:hAnsi="Times New Roman" w:eastAsia="Times New Roman" w:cs="Times New Roman"/>
          <w:sz w:val="24"/>
        </w:rPr>
        <w:t>, have this day acknowledged the same 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p>
    <w:p>
      <w:pPr>
        <w:spacing w:before="9" w:after="0" w:line="480" w:lineRule="auto"/>
      </w:pPr>
      <w:r>
        <w:rPr>
          <w:rFonts w:ascii="Times New Roman" w:hAnsi="Times New Roman" w:eastAsia="Times New Roman" w:cs="Times New Roman"/>
          <w:sz w:val="24"/>
        </w:rPr>
        <w:t>Given under my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hand </w:t>
      </w:r>
      <w:r>
        <w:rPr>
          <w:rFonts w:ascii="Times New Roman" w:hAnsi="Times New Roman" w:eastAsia="Times New Roman" w:cs="Times New Roman"/>
          <w:sz w:val="24"/>
        </w:rPr>
        <w:t>[DATE OF SIGNING]</w:t>
      </w:r>
      <w:r>
        <w:rPr>
          <w:rFonts w:ascii="Times New Roman" w:hAnsi="Times New Roman" w:eastAsia="Times New Roman" w:cs="Times New Roman"/>
          <w:sz w:val="24"/>
        </w:rPr>
        <w:t>. 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[DATE COMMISSION EXPIRES]</w:t>
      </w:r>
    </w:p>
    <w:p>
      <w:pPr/>
      <w:r>
        <w:rPr>
          <w:rFonts w:ascii="Times New Roman" w:hAnsi="Times New Roman" w:eastAsia="Times New Roman" w:cs="Times New Roman"/>
          <w:sz w:val="24"/>
        </w:rPr>
        <w:t>______________________________________________</w:t>
      </w:r>
    </w:p>
    <w:p>
      <w:pPr>
        <w:spacing w:line="20" w:lineRule="exact"/>
      </w:pPr>
    </w:p>
    <w:p>
      <w:pPr>
        <w:spacing w:line="266" w:lineRule="exact"/>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