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EST VIRGINIA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West Virginia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