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WEST VIRGINI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West Virgi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