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West Virginia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The property identified herein </w:t>
      </w:r>
      <w:r>
        <w:rPr>
          <w:rFonts w:ascii="Times New Roman" w:hAnsi="Times New Roman" w:eastAsia="Times New Roman" w:cs="Times New Roman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-OR-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is not registered as the homestead of the Grantor(s).</w:t>
      </w:r>
    </w:p>
    <w:p>
      <w:pPr/>
    </w:p>
    <w:p>
      <w:pPr/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West Virginia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