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WEST VIRGINI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West Virgini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