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Times New Roman" w:hAnsi="Times New Roman" w:eastAsia="Times New Roman" w:cs="Times New Roman"/>
          <w:b/>
          <w:sz w:val="24"/>
        </w:rPr>
        <w:t>STATE OF WEST VIRGINIA</w:t>
      </w:r>
    </w:p>
    <w:p>
      <w:pPr>
        <w:spacing w:before="0" w:after="0"/>
        <w:jc w:val="center"/>
      </w:pPr>
      <w:r>
        <w:rPr>
          <w:rFonts w:ascii="Times New Roman" w:hAnsi="Times New Roman" w:eastAsia="Times New Roman" w:cs="Times New Roman"/>
          <w:b/>
          <w:sz w:val="24"/>
        </w:rPr>
        <w:t>STATUTORY FORM POWER OF ATTORNEY</w:t>
      </w:r>
    </w:p>
    <w:p>
      <w:pPr>
        <w:spacing w:before="0" w:after="0"/>
        <w:jc w:val="center"/>
      </w:pPr>
      <w:r>
        <w:rPr>
          <w:rFonts w:ascii="Times New Roman" w:hAnsi="Times New Roman" w:eastAsia="Times New Roman" w:cs="Times New Roman"/>
          <w:b/>
          <w:sz w:val="24"/>
        </w:rPr>
        <w:t>IMPORTANT INFORMATION</w:t>
      </w:r>
    </w:p>
    <w:p>
      <w:pPr>
        <w:spacing w:before="0" w:after="0"/>
      </w:pPr>
    </w:p>
    <w:p>
      <w:pPr>
        <w:spacing w:before="0" w:after="0"/>
      </w:pPr>
      <w:r>
        <w:rPr>
          <w:rFonts w:ascii="Times New Roman" w:hAnsi="Times New Roman" w:eastAsia="Times New Roman" w:cs="Times New Roman"/>
          <w:sz w:val="24"/>
        </w:rPr>
        <w:t xml:space="preserve">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§39B-1-101, </w:t>
      </w:r>
      <w:r>
        <w:rPr>
          <w:rFonts w:ascii="Times New Roman" w:hAnsi="Times New Roman" w:eastAsia="Times New Roman" w:cs="Times New Roman"/>
          <w:sz w:val="24"/>
        </w:rPr>
        <w:t>et seq</w:t>
      </w:r>
      <w:r>
        <w:rPr>
          <w:rFonts w:ascii="Times New Roman" w:hAnsi="Times New Roman" w:eastAsia="Times New Roman" w:cs="Times New Roman"/>
          <w:sz w:val="24"/>
        </w:rPr>
        <w:t>. of this code.</w:t>
      </w:r>
    </w:p>
    <w:p>
      <w:pPr>
        <w:spacing w:before="0" w:after="0"/>
      </w:pPr>
    </w:p>
    <w:p>
      <w:pPr>
        <w:spacing w:before="0" w:after="0"/>
      </w:pPr>
      <w:r>
        <w:rPr>
          <w:rFonts w:ascii="Times New Roman" w:hAnsi="Times New Roman" w:eastAsia="Times New Roman" w:cs="Times New Roman"/>
          <w:sz w:val="24"/>
        </w:rPr>
        <w:t>This power of attorney does not authorize the agent to make health care decisions for you.</w:t>
      </w:r>
    </w:p>
    <w:p>
      <w:pPr>
        <w:spacing w:before="0" w:after="0"/>
      </w:pPr>
    </w:p>
    <w:p>
      <w:pPr>
        <w:spacing w:before="0" w:after="0"/>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spacing w:before="0" w:after="0"/>
      </w:pPr>
    </w:p>
    <w:p>
      <w:pPr>
        <w:spacing w:before="0" w:after="0"/>
      </w:pPr>
      <w:r>
        <w:rPr>
          <w:rFonts w:ascii="Times New Roman" w:hAnsi="Times New Roman" w:eastAsia="Times New Roman" w:cs="Times New Roman"/>
          <w:sz w:val="24"/>
        </w:rPr>
        <w:t xml:space="preserve">Your agent is entitled to reasonable compensation unless you state otherwise in the special instructions. This form provides for designation of one agent. If you wish to name more than one agent you may name a coagent in the Special Instructions. </w:t>
      </w:r>
    </w:p>
    <w:p>
      <w:pPr>
        <w:spacing w:before="0" w:after="0"/>
      </w:pPr>
    </w:p>
    <w:p>
      <w:pPr>
        <w:spacing w:before="0" w:after="0"/>
      </w:pPr>
      <w:r>
        <w:rPr>
          <w:rFonts w:ascii="Times New Roman" w:hAnsi="Times New Roman" w:eastAsia="Times New Roman" w:cs="Times New Roman"/>
          <w:sz w:val="24"/>
        </w:rPr>
        <w:t>Coagents are not required to act together unless you include that requirement in the Special Instructions. If your agent is unable or unwilling to act for you, your power of attorney will end unless you have named a successor agent. You may also name a second successor agent.</w:t>
      </w:r>
    </w:p>
    <w:p>
      <w:pPr>
        <w:spacing w:before="0" w:after="0"/>
      </w:pPr>
    </w:p>
    <w:p>
      <w:pPr>
        <w:spacing w:before="0" w:after="0"/>
      </w:pPr>
      <w:r>
        <w:rPr>
          <w:rFonts w:ascii="Times New Roman" w:hAnsi="Times New Roman" w:eastAsia="Times New Roman" w:cs="Times New Roman"/>
          <w:sz w:val="24"/>
        </w:rPr>
        <w:t>This power of attorney becomes effective immediately unless you state otherwise in the Special Instructions.</w:t>
      </w:r>
    </w:p>
    <w:p>
      <w:pPr>
        <w:spacing w:before="0" w:after="0"/>
      </w:pPr>
    </w:p>
    <w:p>
      <w:pPr>
        <w:spacing w:before="0" w:after="0"/>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spacing w:before="0" w:after="0"/>
      </w:pPr>
    </w:p>
    <w:p>
      <w:pPr>
        <w:spacing w:before="0" w:after="0"/>
        <w:jc w:val="center"/>
      </w:pPr>
      <w:r>
        <w:rPr>
          <w:rFonts w:ascii="Times New Roman" w:hAnsi="Times New Roman" w:eastAsia="Times New Roman" w:cs="Times New Roman"/>
          <w:b/>
          <w:sz w:val="24"/>
        </w:rPr>
        <w:t>DESIGNATION OF AGENT</w:t>
      </w:r>
    </w:p>
    <w:p>
      <w:pPr>
        <w:spacing w:before="0" w:after="0"/>
      </w:pPr>
    </w:p>
    <w:p>
      <w:pPr>
        <w:spacing w:before="0" w:after="0"/>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name the following person as my agent:</w:t>
      </w:r>
    </w:p>
    <w:p>
      <w:pPr>
        <w:spacing w:before="0" w:after="0"/>
      </w:pPr>
    </w:p>
    <w:p>
      <w:pPr>
        <w:spacing w:before="0" w:after="0"/>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spacing w:before="0" w:after="0"/>
      </w:pPr>
    </w:p>
    <w:p>
      <w:pPr>
        <w:spacing w:before="0" w:after="0"/>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spacing w:before="0" w:after="0"/>
      </w:pPr>
    </w:p>
    <w:p>
      <w:pPr>
        <w:spacing w:before="0" w:after="0"/>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[TELEPHONE NUMBER OF AGENT]</w:t>
      </w:r>
    </w:p>
    <w:p>
      <w:pPr>
        <w:spacing w:before="0" w:after="0"/>
      </w:pPr>
    </w:p>
    <w:p>
      <w:pPr>
        <w:spacing w:before="0" w:after="0"/>
      </w:pPr>
      <w:r>
        <w:rPr>
          <w:rFonts w:ascii="Times New Roman" w:hAnsi="Times New Roman" w:eastAsia="Times New Roman" w:cs="Times New Roman"/>
          <w:sz w:val="24"/>
        </w:rPr>
        <w:t>If my agent is unable or unwilling to act for me, I name as my successor agent:</w:t>
      </w:r>
    </w:p>
    <w:p>
      <w:pPr>
        <w:spacing w:before="0" w:after="0"/>
      </w:pPr>
    </w:p>
    <w:p>
      <w:pPr>
        <w:spacing w:before="0" w:after="0"/>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spacing w:before="0" w:after="0"/>
      </w:pPr>
    </w:p>
    <w:p>
      <w:pPr>
        <w:spacing w:before="0" w:after="0"/>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spacing w:before="0" w:after="0"/>
      </w:pPr>
    </w:p>
    <w:p>
      <w:pPr>
        <w:spacing w:before="0" w:after="0"/>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[PHONE NUMBER OF SUCCESSOR AGENT]</w:t>
      </w:r>
    </w:p>
    <w:p>
      <w:pPr>
        <w:spacing w:before="0" w:after="0"/>
      </w:pPr>
    </w:p>
    <w:p>
      <w:pPr>
        <w:spacing w:before="0" w:after="0"/>
      </w:pPr>
      <w:r>
        <w:rPr>
          <w:rFonts w:ascii="Times New Roman" w:hAnsi="Times New Roman" w:eastAsia="Times New Roman" w:cs="Times New Roman"/>
          <w:sz w:val="24"/>
        </w:rPr>
        <w:t>If my successor agent is unable or unwilling to act for me, I name as my second successor agent:</w:t>
      </w:r>
    </w:p>
    <w:p>
      <w:pPr>
        <w:spacing w:before="0" w:after="0"/>
      </w:pPr>
    </w:p>
    <w:p>
      <w:pPr>
        <w:spacing w:before="0" w:after="0"/>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SECOND SUCCESSOR AGENT]</w:t>
      </w:r>
    </w:p>
    <w:p>
      <w:pPr>
        <w:spacing w:before="0" w:after="0"/>
      </w:pPr>
    </w:p>
    <w:p>
      <w:pPr>
        <w:spacing w:before="0" w:after="0"/>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SECOND SUCCESSOR AGENT]</w:t>
      </w:r>
    </w:p>
    <w:p>
      <w:pPr>
        <w:spacing w:before="0" w:after="0"/>
      </w:pPr>
    </w:p>
    <w:p>
      <w:pPr>
        <w:spacing w:before="0" w:after="0"/>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[PHONE NUMBER OF SECOND SUCCESSOR AGENT]</w:t>
      </w:r>
    </w:p>
    <w:p>
      <w:pPr>
        <w:spacing w:before="0" w:after="0"/>
      </w:pPr>
    </w:p>
    <w:p>
      <w:pPr>
        <w:spacing w:before="0" w:after="0"/>
        <w:jc w:val="center"/>
      </w:pPr>
      <w:r>
        <w:rPr>
          <w:rFonts w:ascii="Times New Roman" w:hAnsi="Times New Roman" w:eastAsia="Times New Roman" w:cs="Times New Roman"/>
          <w:b/>
          <w:sz w:val="24"/>
        </w:rPr>
        <w:t>GRANT OF GENERAL AUTHORITY</w:t>
      </w:r>
    </w:p>
    <w:p>
      <w:pPr>
        <w:spacing w:before="0" w:after="0"/>
      </w:pPr>
    </w:p>
    <w:p>
      <w:pPr>
        <w:spacing w:before="0" w:after="0"/>
      </w:pPr>
      <w:r>
        <w:rPr>
          <w:rFonts w:ascii="Times New Roman" w:hAnsi="Times New Roman" w:eastAsia="Times New Roman" w:cs="Times New Roman"/>
          <w:sz w:val="24"/>
        </w:rPr>
        <w:t xml:space="preserve">I grant my agent and any successor agent general authority to act for me with respect to the following subjects as defined in the Uniform Power of Attorney Act, §39B-1-101, </w:t>
      </w:r>
      <w:r>
        <w:rPr>
          <w:rFonts w:ascii="Times New Roman" w:hAnsi="Times New Roman" w:eastAsia="Times New Roman" w:cs="Times New Roman"/>
          <w:sz w:val="24"/>
        </w:rPr>
        <w:t>et seq</w:t>
      </w:r>
      <w:r>
        <w:rPr>
          <w:rFonts w:ascii="Times New Roman" w:hAnsi="Times New Roman" w:eastAsia="Times New Roman" w:cs="Times New Roman"/>
          <w:sz w:val="24"/>
        </w:rPr>
        <w:t>. of this code:</w:t>
      </w:r>
    </w:p>
    <w:p>
      <w:pPr>
        <w:spacing w:before="0" w:after="0"/>
      </w:pPr>
    </w:p>
    <w:p>
      <w:pPr>
        <w:spacing w:before="0" w:after="0"/>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Real Property</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Tangible Personal Property</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Stocks and Bonds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Commodities and Options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Banks and Other Financial Institutions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Operation of Entity or Business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Insurance and Annuities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Estates, Trusts, and Other Beneficial Interests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Claims and Litigation</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Personal and Family Maintenance</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Benefits from Governmental Programs or Civil or Military Service</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Retirement Plans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Taxes</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All Preceding Subjects</w:t>
      </w:r>
    </w:p>
    <w:p>
      <w:pPr>
        <w:spacing w:before="0" w:after="0"/>
      </w:pPr>
    </w:p>
    <w:p>
      <w:pPr>
        <w:spacing w:before="0" w:after="0"/>
        <w:jc w:val="center"/>
      </w:pPr>
      <w:r>
        <w:rPr>
          <w:rFonts w:ascii="Times New Roman" w:hAnsi="Times New Roman" w:eastAsia="Times New Roman" w:cs="Times New Roman"/>
          <w:b/>
          <w:sz w:val="24"/>
        </w:rPr>
        <w:t>GRANT OF SPECIFIC AUTHORITY (OPTIONAL)</w:t>
      </w:r>
    </w:p>
    <w:p>
      <w:pPr>
        <w:spacing w:before="0" w:after="0"/>
      </w:pPr>
    </w:p>
    <w:p>
      <w:pPr>
        <w:spacing w:before="0" w:after="0"/>
      </w:pPr>
      <w:r>
        <w:rPr>
          <w:rFonts w:ascii="Times New Roman" w:hAnsi="Times New Roman" w:eastAsia="Times New Roman" w:cs="Times New Roman"/>
          <w:sz w:val="24"/>
        </w:rPr>
        <w:t>My agent MAY NOT do any of the following specific acts for me UNLESS I have INITIALED the specific authority listed below:</w:t>
      </w:r>
    </w:p>
    <w:p>
      <w:pPr>
        <w:spacing w:before="0" w:after="0"/>
      </w:pPr>
    </w:p>
    <w:p>
      <w:pPr>
        <w:spacing w:before="0" w:after="0"/>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amend, revoke, or terminate an inter vivos trust</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Make a gift, subject to the limitations of the West Virginia Uniform Power of Attorney Act and any special instructions in this power of attorney</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or change rights of survivorship</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or change a beneficiary designation</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Authorize another person to exercise the authority granted under this power of attorney</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Waive the principal's right to be a beneficiary of a joint and survivor annuity, including a survivor benefit under a retirement plan</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Exercise fiduciary powers that the principal has authority to delegate</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Disclaim or refuse an interest in property, including a power of appointment</w:t>
      </w:r>
    </w:p>
    <w:p>
      <w:pPr>
        <w:spacing w:before="0" w:after="0"/>
      </w:pPr>
    </w:p>
    <w:p>
      <w:pPr>
        <w:spacing w:before="0" w:after="0"/>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Access the content of electronic communications</w:t>
      </w:r>
    </w:p>
    <w:p>
      <w:pPr>
        <w:spacing w:before="0" w:after="0"/>
      </w:pPr>
    </w:p>
    <w:p>
      <w:pPr>
        <w:spacing w:before="0" w:after="0"/>
        <w:jc w:val="center"/>
      </w:pPr>
      <w:r>
        <w:rPr>
          <w:rFonts w:ascii="Times New Roman" w:hAnsi="Times New Roman" w:eastAsia="Times New Roman" w:cs="Times New Roman"/>
          <w:b/>
          <w:sz w:val="24"/>
        </w:rPr>
        <w:t>LIMITATION ON AGENT'S AUTHORITY</w:t>
      </w:r>
    </w:p>
    <w:p>
      <w:pPr>
        <w:spacing w:before="0" w:after="0"/>
      </w:pPr>
    </w:p>
    <w:p>
      <w:pPr>
        <w:spacing w:before="0" w:after="0"/>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spacing w:before="0" w:after="0"/>
      </w:pPr>
    </w:p>
    <w:p>
      <w:pPr>
        <w:spacing w:before="0" w:after="0"/>
        <w:jc w:val="center"/>
      </w:pPr>
      <w:r>
        <w:rPr>
          <w:rFonts w:ascii="Times New Roman" w:hAnsi="Times New Roman" w:eastAsia="Times New Roman" w:cs="Times New Roman"/>
          <w:b/>
          <w:sz w:val="24"/>
        </w:rPr>
        <w:t>SPECIAL INSTRUCTIONS (OPTIONAL)</w:t>
      </w:r>
    </w:p>
    <w:p>
      <w:pPr>
        <w:spacing w:before="0" w:after="0"/>
      </w:pPr>
    </w:p>
    <w:p>
      <w:pPr>
        <w:spacing w:before="0" w:after="0"/>
      </w:pPr>
      <w:r>
        <w:rPr>
          <w:rFonts w:ascii="Times New Roman" w:hAnsi="Times New Roman" w:eastAsia="Times New Roman" w:cs="Times New Roman"/>
          <w:sz w:val="24"/>
        </w:rPr>
        <w:t>You may give special instructions on the following lines:</w:t>
      </w:r>
    </w:p>
    <w:p>
      <w:pPr>
        <w:spacing w:before="0" w:after="0"/>
        <w:jc w:val="center"/>
      </w:pPr>
      <w:r>
        <w:rPr>
          <w:rFonts w:ascii="Times New Roman" w:hAnsi="Times New Roman" w:eastAsia="Times New Roman" w:cs="Times New Roman"/>
          <w:sz w:val="24"/>
        </w:rPr>
        <w:t>[DESCRIBE SPECIAL INSTRUCTIONS IF ANY]</w:t>
      </w:r>
    </w:p>
    <w:p>
      <w:pPr>
        <w:spacing w:before="0" w:after="0"/>
        <w:jc w:val="center"/>
      </w:pPr>
      <w:r>
        <w:rPr>
          <w:rFonts w:ascii="Times New Roman" w:hAnsi="Times New Roman" w:eastAsia="Times New Roman" w:cs="Times New Roman"/>
          <w:b/>
          <w:sz w:val="24"/>
        </w:rPr>
        <w:t>EFFECTIVE DATE</w:t>
      </w:r>
    </w:p>
    <w:p>
      <w:pPr>
        <w:spacing w:before="0" w:after="0"/>
      </w:pPr>
    </w:p>
    <w:p>
      <w:pPr>
        <w:spacing w:before="0" w:after="0"/>
      </w:pPr>
      <w:r>
        <w:rPr>
          <w:rFonts w:ascii="Times New Roman" w:hAnsi="Times New Roman" w:eastAsia="Times New Roman" w:cs="Times New Roman"/>
          <w:sz w:val="24"/>
        </w:rPr>
        <w:t>This power of attorney is effective immediately unless I have stated otherwise in the special instructions.</w:t>
      </w:r>
    </w:p>
    <w:p>
      <w:pPr>
        <w:spacing w:before="0" w:after="0"/>
      </w:pPr>
    </w:p>
    <w:p>
      <w:pPr>
        <w:spacing w:before="0" w:after="0"/>
        <w:jc w:val="center"/>
      </w:pPr>
      <w:r>
        <w:rPr>
          <w:rFonts w:ascii="Times New Roman" w:hAnsi="Times New Roman" w:eastAsia="Times New Roman" w:cs="Times New Roman"/>
          <w:b/>
          <w:sz w:val="24"/>
        </w:rPr>
        <w:t>NOMINATION OF [CONSERVATOR OR GUARDIAN] (OPTIONAL)</w:t>
      </w:r>
    </w:p>
    <w:p>
      <w:pPr>
        <w:spacing w:before="0" w:after="0"/>
      </w:pPr>
      <w:r>
        <w:rPr>
          <w:rFonts w:ascii="Times New Roman" w:hAnsi="Times New Roman" w:eastAsia="Times New Roman" w:cs="Times New Roman"/>
          <w:sz w:val="24"/>
        </w:rPr>
        <w:t xml:space="preserve">If it becomes necessary for a court to appoint a [conservator or guardian] of my estate or [guardian] of my person, I nominate the following person(s) for appointment: </w:t>
      </w:r>
    </w:p>
    <w:p>
      <w:pPr>
        <w:spacing w:before="0" w:after="0"/>
      </w:pPr>
    </w:p>
    <w:p>
      <w:pPr>
        <w:spacing w:before="0" w:after="0"/>
      </w:pPr>
      <w:r>
        <w:rPr>
          <w:rFonts w:ascii="Times New Roman" w:hAnsi="Times New Roman" w:eastAsia="Times New Roman" w:cs="Times New Roman"/>
          <w:sz w:val="24"/>
        </w:rPr>
        <w:t xml:space="preserve">Name of Nominee for [conservator or guardian] of my estate: </w:t>
      </w:r>
    </w:p>
    <w:p>
      <w:pPr>
        <w:spacing w:before="0" w:after="0"/>
      </w:pPr>
      <w:r>
        <w:rPr>
          <w:rFonts w:ascii="Times New Roman" w:hAnsi="Times New Roman" w:eastAsia="Times New Roman" w:cs="Times New Roman"/>
          <w:sz w:val="24"/>
        </w:rPr>
        <w:t>[NAME OF NOMINEE]</w:t>
      </w:r>
    </w:p>
    <w:p>
      <w:pPr>
        <w:spacing w:before="0" w:after="0"/>
      </w:pPr>
    </w:p>
    <w:p>
      <w:pPr>
        <w:spacing w:before="0" w:after="0"/>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 OF NOMINEE]</w:t>
      </w:r>
    </w:p>
    <w:p>
      <w:pPr>
        <w:spacing w:before="0" w:after="0"/>
      </w:pPr>
    </w:p>
    <w:p>
      <w:pPr>
        <w:spacing w:before="0" w:after="0"/>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[PHONE NUMBER OF NOMINEE]</w:t>
      </w:r>
    </w:p>
    <w:p>
      <w:pPr>
        <w:spacing w:before="0" w:after="0"/>
      </w:pPr>
    </w:p>
    <w:p>
      <w:pPr>
        <w:spacing w:before="0" w:after="0"/>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 OF NOMINEE]</w:t>
      </w:r>
    </w:p>
    <w:p>
      <w:pPr>
        <w:spacing w:before="0" w:after="0"/>
      </w:pPr>
    </w:p>
    <w:p>
      <w:pPr>
        <w:spacing w:before="0" w:after="0"/>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 OF NOMINEE]</w:t>
      </w:r>
    </w:p>
    <w:p>
      <w:pPr>
        <w:spacing w:before="0" w:after="0"/>
      </w:pPr>
    </w:p>
    <w:p>
      <w:pPr>
        <w:spacing w:before="0" w:after="0"/>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[PHONE NUMBER OF NOMINEE]</w:t>
      </w:r>
    </w:p>
    <w:p>
      <w:pPr>
        <w:spacing w:before="0" w:after="0"/>
      </w:pPr>
    </w:p>
    <w:p>
      <w:pPr>
        <w:spacing w:before="0" w:after="0"/>
        <w:jc w:val="center"/>
      </w:pPr>
      <w:r>
        <w:rPr>
          <w:rFonts w:ascii="Times New Roman" w:hAnsi="Times New Roman" w:eastAsia="Times New Roman" w:cs="Times New Roman"/>
          <w:b/>
          <w:sz w:val="24"/>
        </w:rPr>
        <w:t>RELIANCE ON THIS POWER OF ATTORNEY</w:t>
      </w:r>
    </w:p>
    <w:p>
      <w:pPr>
        <w:spacing w:before="0" w:after="0"/>
      </w:pPr>
    </w:p>
    <w:p>
      <w:pPr>
        <w:spacing w:before="0" w:after="0"/>
      </w:pPr>
      <w:r>
        <w:rPr>
          <w:rFonts w:ascii="Times New Roman" w:hAnsi="Times New Roman" w:eastAsia="Times New Roman" w:cs="Times New Roman"/>
          <w:sz w:val="24"/>
        </w:rPr>
        <w:t xml:space="preserve">Any person, including my agent, may rely upon the validity of this power of attorney or a copy of it unless that person knows it has terminated or is invalid. Unless expressly stated otherwise, this power of attorney is durable and shall remain valid if I become incapacited. </w:t>
      </w:r>
    </w:p>
    <w:p>
      <w:pPr>
        <w:spacing w:before="0" w:after="0"/>
      </w:pPr>
    </w:p>
    <w:p>
      <w:pPr>
        <w:spacing w:before="0" w:after="0"/>
        <w:jc w:val="center"/>
      </w:pPr>
      <w:r>
        <w:rPr>
          <w:rFonts w:ascii="Times New Roman" w:hAnsi="Times New Roman" w:eastAsia="Times New Roman" w:cs="Times New Roman"/>
          <w:b/>
          <w:sz w:val="24"/>
        </w:rPr>
        <w:t>SIGNATURE AND ACKNOWLEDGMENT</w:t>
      </w:r>
    </w:p>
    <w:p>
      <w:pPr>
        <w:spacing w:before="0" w:after="0"/>
        <w:jc w:val="center"/>
      </w:pPr>
    </w:p>
    <w:p>
      <w:pPr>
        <w:spacing w:before="0" w:after="0"/>
        <w:jc w:val="center"/>
      </w:pPr>
      <w:r>
        <w:rPr>
          <w:rFonts w:ascii="Times New Roman" w:hAnsi="Times New Roman" w:eastAsia="Times New Roman" w:cs="Times New Roman"/>
          <w:sz w:val="24"/>
        </w:rPr>
        <w:t>______________________________________________________________________</w:t>
      </w:r>
    </w:p>
    <w:p>
      <w:pPr>
        <w:spacing w:before="0" w:after="0"/>
      </w:pPr>
    </w:p>
    <w:p>
      <w:pPr>
        <w:spacing w:before="0" w:after="0"/>
      </w:pPr>
      <w:r>
        <w:rPr>
          <w:rFonts w:ascii="Times New Roman" w:hAnsi="Times New Roman" w:eastAsia="Times New Roman" w:cs="Times New Roman"/>
          <w:sz w:val="24"/>
        </w:rPr>
        <w:t>_____________________________________</w:t>
      </w:r>
      <w:r>
        <w:rPr>
          <w:rFonts w:ascii="Times New Roman" w:hAnsi="Times New Roman" w:eastAsia="Times New Roman" w:cs="Times New Roman"/>
          <w:sz w:val="24"/>
        </w:rPr>
        <w:t xml:space="preserve">     ______________________________</w:t>
      </w:r>
    </w:p>
    <w:p>
      <w:pPr>
        <w:spacing w:before="0" w:after="0"/>
      </w:pPr>
      <w:r>
        <w:rPr>
          <w:rFonts w:ascii="Times New Roman" w:hAnsi="Times New Roman" w:eastAsia="Times New Roman" w:cs="Times New Roman"/>
          <w:b/>
          <w:sz w:val="24"/>
        </w:rPr>
        <w:t xml:space="preserve">Your Signature                          </w:t>
      </w:r>
      <w:r>
        <w:rPr>
          <w:rFonts w:ascii="Times New Roman" w:hAnsi="Times New Roman" w:eastAsia="Times New Roman" w:cs="Times New Roman"/>
          <w:sz w:val="24"/>
        </w:rPr>
        <w:t xml:space="preserve">                           Date</w:t>
      </w:r>
    </w:p>
    <w:p>
      <w:pPr>
        <w:spacing w:before="0" w:after="0"/>
      </w:pPr>
    </w:p>
    <w:p>
      <w:pPr>
        <w:spacing w:before="0" w:after="0"/>
      </w:pPr>
      <w:r>
        <w:rPr>
          <w:rFonts w:ascii="Times New Roman" w:hAnsi="Times New Roman" w:eastAsia="Times New Roman" w:cs="Times New Roman"/>
          <w:sz w:val="24"/>
        </w:rPr>
        <w:t xml:space="preserve">Your Name Printed </w:t>
      </w:r>
      <w:r>
        <w:rPr>
          <w:rFonts w:ascii="Times New Roman" w:hAnsi="Times New Roman" w:eastAsia="Times New Roman" w:cs="Times New Roman"/>
          <w:sz w:val="24"/>
        </w:rPr>
        <w:t>[NAME OF PRINCIPAL]</w:t>
      </w:r>
    </w:p>
    <w:p>
      <w:pPr>
        <w:spacing w:before="0" w:after="0"/>
      </w:pPr>
    </w:p>
    <w:p>
      <w:pPr>
        <w:spacing w:before="0" w:after="0"/>
      </w:pPr>
      <w:r>
        <w:rPr>
          <w:rFonts w:ascii="Times New Roman" w:hAnsi="Times New Roman" w:eastAsia="Times New Roman" w:cs="Times New Roman"/>
          <w:sz w:val="24"/>
        </w:rPr>
        <w:t xml:space="preserve">Your Address </w:t>
      </w:r>
      <w:r>
        <w:rPr>
          <w:rFonts w:ascii="Times New Roman" w:hAnsi="Times New Roman" w:eastAsia="Times New Roman" w:cs="Times New Roman"/>
          <w:sz w:val="24"/>
        </w:rPr>
        <w:t>[ADDRESS OF PRINCIPAL]</w:t>
      </w:r>
    </w:p>
    <w:p>
      <w:pPr>
        <w:spacing w:before="0" w:after="0"/>
      </w:pPr>
    </w:p>
    <w:p>
      <w:pPr>
        <w:spacing w:before="0" w:after="0"/>
      </w:pPr>
      <w:r>
        <w:rPr>
          <w:rFonts w:ascii="Times New Roman" w:hAnsi="Times New Roman" w:eastAsia="Times New Roman" w:cs="Times New Roman"/>
          <w:sz w:val="24"/>
        </w:rPr>
        <w:t xml:space="preserve">Your Telephone Number </w:t>
      </w:r>
      <w:r>
        <w:rPr>
          <w:rFonts w:ascii="Times New Roman" w:hAnsi="Times New Roman" w:eastAsia="Times New Roman" w:cs="Times New Roman"/>
          <w:sz w:val="24"/>
        </w:rPr>
        <w:t>[PHONE NUMBER OF PRINCIPAL]</w:t>
      </w:r>
    </w:p>
    <w:p>
      <w:pPr>
        <w:spacing w:before="0" w:after="0"/>
      </w:pPr>
    </w:p>
    <w:p>
      <w:pPr>
        <w:spacing w:before="0" w:after="0"/>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spacing w:before="0" w:after="0"/>
      </w:pPr>
    </w:p>
    <w:p>
      <w:pPr>
        <w:spacing w:before="0" w:after="0"/>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spacing w:before="0" w:after="0"/>
      </w:pPr>
    </w:p>
    <w:p>
      <w:pPr>
        <w:spacing w:before="0" w:after="0"/>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0"/>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__________________________________________</w:t>
      </w:r>
    </w:p>
    <w:p>
      <w:pPr>
        <w:spacing w:before="0" w:after="0"/>
      </w:pPr>
      <w:r>
        <w:rPr>
          <w:rFonts w:ascii="Times New Roman" w:hAnsi="Times New Roman" w:eastAsia="Times New Roman" w:cs="Times New Roman"/>
          <w:sz w:val="24"/>
        </w:rPr>
        <w:t>(Signature of Notary with Seal, if any)</w:t>
      </w:r>
    </w:p>
    <w:p>
      <w:pPr>
        <w:spacing w:before="0" w:after="0"/>
      </w:pPr>
    </w:p>
    <w:p>
      <w:pPr>
        <w:spacing w:before="0" w:after="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spacing w:before="0" w:after="0"/>
      </w:pPr>
    </w:p>
    <w:p>
      <w:pPr>
        <w:spacing w:before="0" w:after="0"/>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[DATE COMMISSION EXPIRES]</w:t>
      </w:r>
      <w:r>
        <w:rPr>
          <w:rFonts w:ascii="Times New Roman" w:hAnsi="Times New Roman" w:eastAsia="Times New Roman" w:cs="Times New Roman"/>
          <w:sz w:val="24"/>
        </w:rPr>
        <w:t>]</w:t>
      </w:r>
    </w:p>
    <w:p>
      <w:pPr/>
    </w:p>
    <w:p>
      <w:pPr>
        <w:jc w:val="center"/>
      </w:pPr>
      <w:r>
        <w:rPr>
          <w:rFonts w:ascii="Times New Roman" w:hAnsi="Times New Roman" w:eastAsia="Times New Roman" w:cs="Times New Roman"/>
          <w:b/>
          <w:sz w:val="24"/>
        </w:rPr>
        <w:t>IMPORTANT INFORMATION FOR AGENT</w:t>
      </w:r>
    </w:p>
    <w:p>
      <w:pPr>
        <w:spacing w:before="0" w:after="0"/>
      </w:pPr>
    </w:p>
    <w:p>
      <w:pPr>
        <w:spacing w:before="0" w:after="0"/>
      </w:pPr>
      <w:r>
        <w:rPr>
          <w:rFonts w:ascii="Times New Roman" w:hAnsi="Times New Roman" w:eastAsia="Times New Roman" w:cs="Times New Roman"/>
          <w:b/>
          <w:sz w:val="24"/>
        </w:rPr>
        <w:t>Agent's Duties</w:t>
      </w:r>
    </w:p>
    <w:p>
      <w:pPr>
        <w:spacing w:before="0" w:after="0"/>
      </w:pPr>
    </w:p>
    <w:p>
      <w:pPr>
        <w:spacing w:before="0" w:after="0"/>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spacing w:before="0" w:after="0"/>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 act in good faith;</w:t>
      </w:r>
    </w:p>
    <w:p>
      <w:pPr>
        <w:spacing w:before="0" w:after="0"/>
      </w:pPr>
      <w:r>
        <w:rPr>
          <w:rFonts w:ascii="Times New Roman" w:hAnsi="Times New Roman" w:eastAsia="Times New Roman" w:cs="Times New Roman"/>
          <w:sz w:val="24"/>
        </w:rPr>
        <w:t>Do nothing beyond the authority granted in this power of attorney; and</w:t>
      </w:r>
    </w:p>
    <w:p>
      <w:pPr>
        <w:spacing w:before="0" w:after="0"/>
      </w:pPr>
      <w:r>
        <w:rPr>
          <w:rFonts w:ascii="Times New Roman" w:hAnsi="Times New Roman" w:eastAsia="Times New Roman" w:cs="Times New Roman"/>
          <w:sz w:val="24"/>
        </w:rPr>
        <w:t xml:space="preserve">Disclose your identity as an agent whenever you act for the principal by writing or printing the name of the principal and signing your own name as "agent" in the following manner: </w:t>
      </w:r>
    </w:p>
    <w:p>
      <w:pPr>
        <w:spacing w:before="0" w:after="0"/>
      </w:pP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by </w:t>
      </w:r>
      <w:r>
        <w:rPr>
          <w:rFonts w:ascii="Times New Roman" w:hAnsi="Times New Roman" w:eastAsia="Times New Roman" w:cs="Times New Roman"/>
          <w:sz w:val="24"/>
        </w:rPr>
        <w:t>______________</w:t>
      </w:r>
      <w:r>
        <w:rPr>
          <w:rFonts w:ascii="Times New Roman" w:hAnsi="Times New Roman" w:eastAsia="Times New Roman" w:cs="Times New Roman"/>
          <w:sz w:val="24"/>
        </w:rPr>
        <w:t xml:space="preserve"> (agent’s signature) as agent</w:t>
      </w:r>
      <w:r>
        <w:rPr>
          <w:rFonts w:ascii="Times New Roman" w:hAnsi="Times New Roman" w:eastAsia="Times New Roman" w:cs="Times New Roman"/>
          <w:sz w:val="24"/>
        </w:rPr>
        <w:t xml:space="preserve"> </w:t>
      </w:r>
    </w:p>
    <w:p>
      <w:pPr>
        <w:spacing w:before="0" w:after="0"/>
      </w:pPr>
      <w:r>
        <w:rPr>
          <w:rFonts w:ascii="Times New Roman" w:hAnsi="Times New Roman" w:eastAsia="Times New Roman" w:cs="Times New Roman"/>
          <w:sz w:val="24"/>
        </w:rPr>
        <w:t xml:space="preserve">     </w:t>
      </w:r>
    </w:p>
    <w:p>
      <w:pPr>
        <w:spacing w:before="0" w:after="0"/>
      </w:pPr>
      <w:r>
        <w:rPr>
          <w:rFonts w:ascii="Times New Roman" w:hAnsi="Times New Roman" w:eastAsia="Times New Roman" w:cs="Times New Roman"/>
          <w:sz w:val="24"/>
        </w:rPr>
        <w:t>Unless the special instructions in this power of attorney state otherwise, you must also:</w:t>
      </w:r>
    </w:p>
    <w:p>
      <w:pPr>
        <w:spacing w:before="0" w:after="0"/>
      </w:pPr>
      <w:r>
        <w:rPr>
          <w:rFonts w:ascii="Times New Roman" w:hAnsi="Times New Roman" w:eastAsia="Times New Roman" w:cs="Times New Roman"/>
          <w:sz w:val="24"/>
        </w:rPr>
        <w:t>Act loyally for the principal's benefit;</w:t>
      </w:r>
    </w:p>
    <w:p>
      <w:pPr>
        <w:spacing w:before="0" w:after="0"/>
      </w:pPr>
      <w:r>
        <w:rPr>
          <w:rFonts w:ascii="Times New Roman" w:hAnsi="Times New Roman" w:eastAsia="Times New Roman" w:cs="Times New Roman"/>
          <w:sz w:val="24"/>
        </w:rPr>
        <w:t>Avoid conflicts that would impair your ability to act in the principal's best interest;</w:t>
      </w:r>
    </w:p>
    <w:p>
      <w:pPr>
        <w:spacing w:before="0" w:after="0"/>
      </w:pPr>
      <w:r>
        <w:rPr>
          <w:rFonts w:ascii="Times New Roman" w:hAnsi="Times New Roman" w:eastAsia="Times New Roman" w:cs="Times New Roman"/>
          <w:sz w:val="24"/>
        </w:rPr>
        <w:t>Act with care, competence, and diligence;</w:t>
      </w:r>
    </w:p>
    <w:p>
      <w:pPr>
        <w:spacing w:before="0" w:after="0"/>
      </w:pPr>
      <w:r>
        <w:rPr>
          <w:rFonts w:ascii="Times New Roman" w:hAnsi="Times New Roman" w:eastAsia="Times New Roman" w:cs="Times New Roman"/>
          <w:sz w:val="24"/>
        </w:rPr>
        <w:t>Keep a record of all receipts, disbursements, and transactions made on behalf of the principal;</w:t>
      </w:r>
    </w:p>
    <w:p>
      <w:pPr>
        <w:spacing w:before="0" w:after="0"/>
      </w:pPr>
      <w:r>
        <w:rPr>
          <w:rFonts w:ascii="Times New Roman" w:hAnsi="Times New Roman" w:eastAsia="Times New Roman" w:cs="Times New Roman"/>
          <w:sz w:val="24"/>
        </w:rPr>
        <w:t>Cooperate with any person that has authority to make health care decisions for the principal to do what you know the principal reasonably expects or, if you do not know the principal's expectations, to act in the principal's best interest; and attempt to preserve the principal's estate plan if you know the plan and preserving the plan is consistent with the principal's best interest.</w:t>
      </w:r>
    </w:p>
    <w:p>
      <w:pPr>
        <w:spacing w:before="0" w:after="0"/>
      </w:pPr>
    </w:p>
    <w:p>
      <w:pPr>
        <w:spacing w:before="0" w:after="0"/>
        <w:jc w:val="center"/>
      </w:pPr>
      <w:r>
        <w:rPr>
          <w:rFonts w:ascii="Times New Roman" w:hAnsi="Times New Roman" w:eastAsia="Times New Roman" w:cs="Times New Roman"/>
          <w:b/>
          <w:sz w:val="24"/>
        </w:rPr>
        <w:t>Termination of Agent's Authority</w:t>
      </w:r>
    </w:p>
    <w:p>
      <w:pPr>
        <w:spacing w:before="0" w:after="0"/>
      </w:pPr>
    </w:p>
    <w:p>
      <w:pPr>
        <w:spacing w:before="0" w:after="0"/>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spacing w:before="0" w:after="0"/>
      </w:pPr>
      <w:r>
        <w:rPr>
          <w:rFonts w:ascii="Times New Roman" w:hAnsi="Times New Roman" w:eastAsia="Times New Roman" w:cs="Times New Roman"/>
          <w:sz w:val="24"/>
        </w:rPr>
        <w:t>Death of the principal;</w:t>
      </w:r>
    </w:p>
    <w:p>
      <w:pPr>
        <w:spacing w:before="0" w:after="0"/>
      </w:pPr>
      <w:r>
        <w:rPr>
          <w:rFonts w:ascii="Times New Roman" w:hAnsi="Times New Roman" w:eastAsia="Times New Roman" w:cs="Times New Roman"/>
          <w:sz w:val="24"/>
        </w:rPr>
        <w:t>The principal's revocation of the power of attorney or your authority;</w:t>
      </w:r>
    </w:p>
    <w:p>
      <w:pPr>
        <w:spacing w:before="0" w:after="0"/>
      </w:pPr>
      <w:r>
        <w:rPr>
          <w:rFonts w:ascii="Times New Roman" w:hAnsi="Times New Roman" w:eastAsia="Times New Roman" w:cs="Times New Roman"/>
          <w:sz w:val="24"/>
        </w:rPr>
        <w:t>The occurrence of a termination event stated in the power of attorney;</w:t>
      </w:r>
    </w:p>
    <w:p>
      <w:pPr>
        <w:spacing w:before="0" w:after="0"/>
      </w:pPr>
      <w:r>
        <w:rPr>
          <w:rFonts w:ascii="Times New Roman" w:hAnsi="Times New Roman" w:eastAsia="Times New Roman" w:cs="Times New Roman"/>
          <w:sz w:val="24"/>
        </w:rPr>
        <w:t>The purpose of the power of attorney is fully accomplished; or</w:t>
      </w:r>
    </w:p>
    <w:p>
      <w:pPr>
        <w:spacing w:before="0" w:after="0"/>
      </w:pPr>
      <w:r>
        <w:rPr>
          <w:rFonts w:ascii="Times New Roman" w:hAnsi="Times New Roman" w:eastAsia="Times New Roman" w:cs="Times New Roman"/>
          <w:sz w:val="24"/>
        </w:rPr>
        <w:t>If you are married to the principal, a legal action is filed with a court to end your marriage or for your legal separation, unless the Special Instructions in this power of attorney state that such an action will not terminate your authority.</w:t>
      </w:r>
    </w:p>
    <w:p>
      <w:pPr>
        <w:spacing w:before="0" w:after="0"/>
      </w:pPr>
    </w:p>
    <w:p>
      <w:pPr>
        <w:spacing w:before="0" w:after="0"/>
        <w:jc w:val="center"/>
      </w:pPr>
      <w:r>
        <w:rPr>
          <w:rFonts w:ascii="Times New Roman" w:hAnsi="Times New Roman" w:eastAsia="Times New Roman" w:cs="Times New Roman"/>
          <w:b/>
          <w:sz w:val="24"/>
        </w:rPr>
        <w:t>Liability of Agent</w:t>
      </w:r>
    </w:p>
    <w:p>
      <w:pPr>
        <w:spacing w:before="0" w:after="0"/>
      </w:pPr>
    </w:p>
    <w:p>
      <w:pPr>
        <w:spacing w:before="0" w:after="0"/>
      </w:pPr>
      <w:r>
        <w:rPr>
          <w:rFonts w:ascii="Times New Roman" w:hAnsi="Times New Roman" w:eastAsia="Times New Roman" w:cs="Times New Roman"/>
          <w:sz w:val="24"/>
        </w:rPr>
        <w:t xml:space="preserve">The meaning of the authority granted to you is defined in the Uniform Power of Attorney Act, § 39B-1-101, </w:t>
      </w:r>
      <w:r>
        <w:rPr>
          <w:rFonts w:ascii="Times New Roman" w:hAnsi="Times New Roman" w:eastAsia="Times New Roman" w:cs="Times New Roman"/>
          <w:sz w:val="24"/>
        </w:rPr>
        <w:t>et seq</w:t>
      </w:r>
      <w:r>
        <w:rPr>
          <w:rFonts w:ascii="Times New Roman" w:hAnsi="Times New Roman" w:eastAsia="Times New Roman" w:cs="Times New Roman"/>
          <w:sz w:val="24"/>
        </w:rPr>
        <w:t xml:space="preserve">. of this code. If you violate the Uniform Power of Attorney Act, as set forth in § 39B-1-101, </w:t>
      </w:r>
      <w:r>
        <w:rPr>
          <w:rFonts w:ascii="Times New Roman" w:hAnsi="Times New Roman" w:eastAsia="Times New Roman" w:cs="Times New Roman"/>
          <w:sz w:val="24"/>
        </w:rPr>
        <w:t>et seq</w:t>
      </w:r>
      <w:r>
        <w:rPr>
          <w:rFonts w:ascii="Times New Roman" w:hAnsi="Times New Roman" w:eastAsia="Times New Roman" w:cs="Times New Roman"/>
          <w:sz w:val="24"/>
        </w:rPr>
        <w:t>. of this code, or act outside the authority granted, you may be liable for any damages caused by your violation.</w:t>
      </w:r>
    </w:p>
    <w:p>
      <w:pPr>
        <w:spacing w:before="0" w:after="0"/>
      </w:pPr>
    </w:p>
    <w:p>
      <w:pPr>
        <w:spacing w:before="0" w:after="0"/>
      </w:pPr>
      <w:r>
        <w:rPr>
          <w:rFonts w:ascii="Times New Roman" w:hAnsi="Times New Roman" w:eastAsia="Times New Roman" w:cs="Times New Roman"/>
          <w:b/>
          <w:sz w:val="24"/>
        </w:rPr>
        <w:t>If there is anything about this document or your duties that you do not understand, you should seek legal advice.</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AGENT'S CERTIFICATION AS TO THE VALIDITY OF POWER OF ATTORNEY AND AGENT'S AUTHORITY</w:t>
      </w:r>
    </w:p>
    <w:p>
      <w:pPr>
        <w:spacing w:before="0" w:after="0"/>
      </w:pPr>
    </w:p>
    <w:p>
      <w:pPr>
        <w:spacing w:before="0" w:after="0"/>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spacing w:before="0" w:after="0"/>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[certify] under penalty of perjury that </w:t>
      </w:r>
    </w:p>
    <w:p>
      <w:pPr>
        <w:spacing w:before="0" w:after="0"/>
      </w:pP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granted me authority as an agent or successor agent in a power of attorney dated </w:t>
      </w:r>
      <w:r>
        <w:rPr>
          <w:rFonts w:ascii="Times New Roman" w:hAnsi="Times New Roman" w:eastAsia="Times New Roman" w:cs="Times New Roman"/>
          <w:sz w:val="24"/>
        </w:rPr>
        <w:t>[DATE OF POWER OF ATTORNEY]</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I, further [certify] that to my knowledge:</w:t>
      </w:r>
    </w:p>
    <w:p>
      <w:pPr>
        <w:spacing w:before="0" w:after="0"/>
      </w:pPr>
    </w:p>
    <w:p>
      <w:pPr>
        <w:spacing w:before="0" w:after="0"/>
      </w:pPr>
      <w:r>
        <w:rPr>
          <w:rFonts w:ascii="Times New Roman" w:hAnsi="Times New Roman" w:eastAsia="Times New Roman" w:cs="Times New Roman"/>
          <w:sz w:val="24"/>
        </w:rPr>
        <w:t>(1) The Principal is alive and has not revoked the power of attorney or my authority to act under the power of attorney and the power of attorney and my authority to act under the power of attorney have not terminated;</w:t>
      </w:r>
    </w:p>
    <w:p>
      <w:pPr>
        <w:spacing w:before="0" w:after="0"/>
      </w:pPr>
      <w:r>
        <w:rPr>
          <w:rFonts w:ascii="Times New Roman" w:hAnsi="Times New Roman" w:eastAsia="Times New Roman" w:cs="Times New Roman"/>
          <w:sz w:val="24"/>
        </w:rPr>
        <w:t>(2) If the power of attorney was drafted to become effective upon the happening of an event or contingency, the event or contingency has occurred;</w:t>
      </w:r>
    </w:p>
    <w:p>
      <w:pPr>
        <w:spacing w:before="0" w:after="0"/>
      </w:pPr>
      <w:r>
        <w:rPr>
          <w:rFonts w:ascii="Times New Roman" w:hAnsi="Times New Roman" w:eastAsia="Times New Roman" w:cs="Times New Roman"/>
          <w:sz w:val="24"/>
        </w:rPr>
        <w:t xml:space="preserve">(3) If I was named as a successor agent, the prior agent is no longer able or willing to serve; and </w:t>
      </w:r>
      <w:r>
        <w:rPr>
          <w:rFonts w:ascii="Times New Roman" w:hAnsi="Times New Roman" w:eastAsia="Times New Roman" w:cs="Times New Roman"/>
          <w:sz w:val="24"/>
        </w:rPr>
        <w:t>[OTHER RELEVANT STATEMENTS IF ANY]</w:t>
      </w:r>
    </w:p>
    <w:p>
      <w:pPr>
        <w:spacing w:before="0" w:after="0"/>
        <w:jc w:val="center"/>
      </w:pPr>
    </w:p>
    <w:p>
      <w:pPr>
        <w:spacing w:before="0" w:after="0"/>
        <w:jc w:val="center"/>
      </w:pPr>
      <w:r>
        <w:rPr>
          <w:rFonts w:ascii="Times New Roman" w:hAnsi="Times New Roman" w:eastAsia="Times New Roman" w:cs="Times New Roman"/>
          <w:b/>
          <w:sz w:val="24"/>
        </w:rPr>
        <w:t>SIGNATURE AND ACKNOWLEDGMENT</w:t>
      </w:r>
    </w:p>
    <w:p>
      <w:pPr>
        <w:spacing w:before="0" w:after="0"/>
      </w:pPr>
    </w:p>
    <w:p>
      <w:pPr>
        <w:spacing w:before="0" w:after="0"/>
      </w:pPr>
      <w:r>
        <w:rPr>
          <w:rFonts w:ascii="Times New Roman" w:hAnsi="Times New Roman" w:eastAsia="Times New Roman" w:cs="Times New Roman"/>
          <w:sz w:val="24"/>
        </w:rPr>
        <w:t>__________________________________________</w:t>
      </w:r>
    </w:p>
    <w:p>
      <w:pPr>
        <w:spacing w:before="0" w:after="0"/>
      </w:pPr>
      <w:r>
        <w:rPr>
          <w:rFonts w:ascii="Times New Roman" w:hAnsi="Times New Roman" w:eastAsia="Times New Roman" w:cs="Times New Roman"/>
          <w:sz w:val="24"/>
        </w:rPr>
        <w:t>Agent’s Signature &amp; Date</w:t>
      </w:r>
    </w:p>
    <w:p>
      <w:pPr>
        <w:spacing w:before="0" w:after="0"/>
      </w:pPr>
    </w:p>
    <w:p>
      <w:pPr>
        <w:spacing w:before="0" w:after="0"/>
      </w:pPr>
      <w:r>
        <w:rPr>
          <w:rFonts w:ascii="Times New Roman" w:hAnsi="Times New Roman" w:eastAsia="Times New Roman" w:cs="Times New Roman"/>
          <w:sz w:val="24"/>
        </w:rPr>
        <w:t>[NAME OF AGENT]</w:t>
      </w:r>
    </w:p>
    <w:p>
      <w:pPr>
        <w:spacing w:before="0" w:after="0"/>
      </w:pPr>
    </w:p>
    <w:p>
      <w:pPr>
        <w:spacing w:before="0" w:after="0"/>
      </w:pPr>
      <w:r>
        <w:rPr>
          <w:rFonts w:ascii="Times New Roman" w:hAnsi="Times New Roman" w:eastAsia="Times New Roman" w:cs="Times New Roman"/>
          <w:sz w:val="24"/>
        </w:rPr>
        <w:t>[ADDRESS OF AGENT]</w:t>
      </w:r>
    </w:p>
    <w:p>
      <w:pPr>
        <w:spacing w:before="0" w:after="0"/>
      </w:pPr>
    </w:p>
    <w:p>
      <w:pPr>
        <w:spacing w:before="0" w:after="0"/>
      </w:pPr>
      <w:r>
        <w:rPr>
          <w:rFonts w:ascii="Times New Roman" w:hAnsi="Times New Roman" w:eastAsia="Times New Roman" w:cs="Times New Roman"/>
          <w:sz w:val="24"/>
        </w:rPr>
        <w:t>[PHONE NUMBER OF AGENT]</w:t>
      </w:r>
    </w:p>
    <w:p>
      <w:pPr>
        <w:spacing w:before="0" w:after="0"/>
      </w:pPr>
    </w:p>
    <w:p>
      <w:pPr>
        <w:spacing w:before="0" w:after="0"/>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0"/>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AGENT]</w:t>
      </w:r>
    </w:p>
    <w:p>
      <w:pPr>
        <w:spacing w:before="0" w:after="0"/>
      </w:pPr>
    </w:p>
    <w:p>
      <w:pPr>
        <w:spacing w:before="0" w:after="0"/>
      </w:pPr>
      <w:r>
        <w:rPr>
          <w:rFonts w:ascii="Times New Roman" w:hAnsi="Times New Roman" w:eastAsia="Times New Roman" w:cs="Times New Roman"/>
          <w:sz w:val="24"/>
        </w:rPr>
        <w:t>__________________________________________</w:t>
      </w:r>
    </w:p>
    <w:p>
      <w:pPr>
        <w:spacing w:before="0" w:after="0"/>
      </w:pPr>
      <w:r>
        <w:rPr>
          <w:rFonts w:ascii="Times New Roman" w:hAnsi="Times New Roman" w:eastAsia="Times New Roman" w:cs="Times New Roman"/>
          <w:sz w:val="24"/>
        </w:rPr>
        <w:t>(Signature of Notary with Seal, if any)</w:t>
      </w:r>
    </w:p>
    <w:p>
      <w:pPr>
        <w:spacing w:before="0" w:after="0"/>
      </w:pPr>
    </w:p>
    <w:p>
      <w:pPr>
        <w:spacing w:before="0" w:after="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spacing w:before="0" w:after="0"/>
      </w:pPr>
    </w:p>
    <w:p>
      <w:pPr>
        <w:spacing w:before="0" w:after="0"/>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 OF PREPARER]</w:t>
      </w:r>
      <w:r>
        <w:rPr>
          <w:rFonts w:ascii="Times New Roman" w:hAnsi="Times New Roman" w:eastAsia="Times New Roman" w:cs="Times New Roman"/>
          <w:sz w:val="24"/>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