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THE WILL OF [testator name]</w:t>
      </w:r>
    </w:p>
    <w:p>
      <w:pPr>
        <w:keepNext w:val="0"/>
        <w:spacing w:before="120" w:after="0" w:line="260" w:lineRule="exact"/>
        <w:ind w:left="720" w:right="0" w:firstLine="240"/>
        <w:jc w:val="left"/>
      </w:pPr>
      <w:r>
        <w:rPr>
          <w:rFonts w:ascii="Times New Roman" w:hAnsi="Times New Roman" w:eastAsia="Times New Roman" w:cs="Times New Roman"/>
          <w:b w:val="0"/>
          <w:sz w:val="24"/>
        </w:rPr>
        <w:t>I, [testator name], of [city], Michigan, declare this to be my Last Will and Testament, expressly revoking any and all Wills and Codicils that I previously have signed.</w:t>
      </w:r>
    </w:p>
    <w:p>
      <w:pPr>
        <w:keepNext w:val="0"/>
        <w:spacing w:before="120" w:after="0" w:line="260" w:lineRule="exact"/>
        <w:ind w:left="720" w:right="0" w:firstLine="0"/>
        <w:jc w:val="left"/>
      </w:pPr>
      <w:r>
        <w:rPr>
          <w:rFonts w:ascii="Times New Roman" w:hAnsi="Times New Roman" w:eastAsia="Times New Roman" w:cs="Times New Roman"/>
          <w:b/>
          <w:sz w:val="24"/>
        </w:rPr>
        <w:t>FIRST: Designation of Personal Representative</w:t>
      </w:r>
    </w:p>
    <w:p>
      <w:pPr>
        <w:keepNext w:val="0"/>
        <w:spacing w:before="120" w:after="0" w:line="260" w:lineRule="exact"/>
        <w:ind w:left="1080" w:right="0" w:firstLine="240"/>
        <w:jc w:val="left"/>
      </w:pPr>
      <w:r>
        <w:rPr>
          <w:rFonts w:ascii="Times New Roman" w:hAnsi="Times New Roman" w:eastAsia="Times New Roman" w:cs="Times New Roman"/>
          <w:b w:val="0"/>
          <w:sz w:val="24"/>
        </w:rPr>
        <w:t>I nominate and appoint [personal representative name] to serve as my Personal Representative. If [personal representative name] for any reason fails to qualify or continue as my Personal Representative, I nominate and appoint [alternate personal representative name] as my Personal Representative. Any reference to my "Personal Representative," whether in the singular or plural, is intended to refer to such person or persons to whom letters of authority are granted. My Personal Representative may serve without bond or upon filing such nominal bond as may be required by law or court rules.</w:t>
      </w:r>
    </w:p>
    <w:p>
      <w:pPr>
        <w:keepNext w:val="0"/>
        <w:spacing w:before="120" w:after="0" w:line="260" w:lineRule="exact"/>
        <w:ind w:left="720" w:right="0" w:firstLine="0"/>
        <w:jc w:val="left"/>
      </w:pPr>
      <w:r>
        <w:rPr>
          <w:rFonts w:ascii="Times New Roman" w:hAnsi="Times New Roman" w:eastAsia="Times New Roman" w:cs="Times New Roman"/>
          <w:b/>
          <w:sz w:val="24"/>
        </w:rPr>
        <w:t>SECOND: Payment of Debts, Taxes, and Expenses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direct that there shall be paid out of the residue of my estate all claims legally enforceable against my estate, funeral and administration expenses, together with all estate, inheritance, and other similar taxes imposed upon or with respect to any property, or the interest of any beneficiary therein, which is required to be included in my gross estate for such tax purposes, whether or not such property (or any interest therein)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subject to probate. I further direct that my Personal Representative shall not require that any part of such taxes be recovered from, paid by, or apportioned between or among the recipients of, or those interested in, any such property, provided that in the event any portion of any trust created for my benefit by persons other than me shall be included in my gross estate, my Personal Representative shall demand that the trustee of such trust or trusts pay to my estate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additional estate, inheritance, succession, or other similar taxes imposed upon my estate by reason of the inclusion of such interest.</w:t>
      </w:r>
    </w:p>
    <w:p>
      <w:pPr>
        <w:keepNext w:val="0"/>
        <w:spacing w:before="120" w:after="0" w:line="260" w:lineRule="exact"/>
        <w:ind w:left="720" w:right="0" w:firstLine="0"/>
        <w:jc w:val="left"/>
      </w:pPr>
      <w:r>
        <w:rPr>
          <w:rFonts w:ascii="Times New Roman" w:hAnsi="Times New Roman" w:eastAsia="Times New Roman" w:cs="Times New Roman"/>
          <w:b/>
          <w:sz w:val="24"/>
        </w:rPr>
        <w:t>THIRD: Tangible Personal Property</w:t>
      </w:r>
    </w:p>
    <w:p>
      <w:pPr>
        <w:keepNext w:val="0"/>
        <w:spacing w:before="120" w:after="0" w:line="260" w:lineRule="exact"/>
        <w:ind w:left="1080" w:right="0" w:firstLine="240"/>
        <w:jc w:val="left"/>
      </w:pPr>
      <w:r>
        <w:rPr>
          <w:rFonts w:ascii="Times New Roman" w:hAnsi="Times New Roman" w:eastAsia="Times New Roman" w:cs="Times New Roman"/>
          <w:b w:val="0"/>
          <w:sz w:val="24"/>
        </w:rPr>
        <w:t>I give all of my personal and household effects, automobiles, and other tangible personal property to my wife, [spouse name], if she survives me. If my wife does not survive me, I give the same in approximately equal shares as determined by my Personal Representative to such of my children as shall survive me.</w:t>
      </w:r>
    </w:p>
    <w:p>
      <w:pPr>
        <w:keepNext w:val="0"/>
        <w:spacing w:before="120" w:after="0" w:line="260" w:lineRule="exact"/>
        <w:ind w:left="720" w:right="0" w:firstLine="0"/>
        <w:jc w:val="left"/>
      </w:pPr>
      <w:r>
        <w:rPr>
          <w:rFonts w:ascii="Times New Roman" w:hAnsi="Times New Roman" w:eastAsia="Times New Roman" w:cs="Times New Roman"/>
          <w:b/>
          <w:sz w:val="24"/>
        </w:rPr>
        <w:t>FOURTH: Other Gifts</w:t>
      </w:r>
    </w:p>
    <w:p>
      <w:pPr>
        <w:keepNext w:val="0"/>
        <w:spacing w:before="120" w:after="0" w:line="260" w:lineRule="exact"/>
        <w:ind w:left="1080" w:right="0" w:firstLine="240"/>
        <w:jc w:val="left"/>
      </w:pPr>
      <w:r>
        <w:rPr>
          <w:rFonts w:ascii="Times New Roman" w:hAnsi="Times New Roman" w:eastAsia="Times New Roman" w:cs="Times New Roman"/>
          <w:b w:val="0"/>
          <w:sz w:val="24"/>
        </w:rPr>
        <w:t>I give to [beneficiary name], if [he or she] survives me, the sum of $[amount]. I direct that this gift be distributed to [beneficiary name] as promptly after my death as practicable.</w:t>
      </w:r>
    </w:p>
    <w:p>
      <w:pPr>
        <w:keepNext w:val="0"/>
        <w:spacing w:before="120" w:after="0" w:line="260" w:lineRule="exact"/>
        <w:ind w:left="720" w:right="0" w:firstLine="0"/>
        <w:jc w:val="left"/>
      </w:pPr>
      <w:r>
        <w:rPr>
          <w:rFonts w:ascii="Times New Roman" w:hAnsi="Times New Roman" w:eastAsia="Times New Roman" w:cs="Times New Roman"/>
          <w:b/>
          <w:sz w:val="24"/>
        </w:rPr>
        <w:t>FIFTH: Disposition of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give and devise the balance of my residuary estate to my wife, [spouse name], if she survives 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my wife shall not survive me, the balance of my residuary estate shall be divided in equal shares, one such equal share for each child who survives me and one such equal share for the issue who survive me of each child who fails to survive me leaving issue who survive me. The share for any child who survives me shall be distributed outright, and the share for any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to such issue who survive me by right of representation and subject to Paragraph </w:t>
      </w:r>
      <w:r>
        <w:rPr>
          <w:rFonts w:ascii="Times New Roman" w:hAnsi="Times New Roman" w:eastAsia="Times New Roman" w:cs="Times New Roman"/>
          <w:b w:val="0"/>
          <w:sz w:val="24"/>
        </w:rPr>
        <w:t>SIXTH</w:t>
      </w:r>
      <w:r>
        <w:rPr>
          <w:rFonts w:ascii="Times New Roman" w:hAnsi="Times New Roman" w:eastAsia="Times New Roman" w:cs="Times New Roman"/>
          <w:b w:val="0"/>
          <w:sz w:val="24"/>
        </w:rPr>
        <w:t>, following.</w:t>
      </w:r>
    </w:p>
    <w:p>
      <w:pPr>
        <w:keepNext w:val="0"/>
        <w:spacing w:before="120" w:after="0" w:line="260" w:lineRule="exact"/>
        <w:ind w:left="720" w:right="0" w:firstLine="0"/>
        <w:jc w:val="left"/>
      </w:pPr>
      <w:r>
        <w:rPr>
          <w:rFonts w:ascii="Times New Roman" w:hAnsi="Times New Roman" w:eastAsia="Times New Roman" w:cs="Times New Roman"/>
          <w:b/>
          <w:sz w:val="24"/>
        </w:rPr>
        <w:t>SIXTH: Trusts for Descendants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any portion of my estate shall become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who shall not have attained the age of [specify age, e.g., 21] years, my Personal Representative, serving without bond as my Testamentary Trustee, shall retain such portion in trust for the benefit of such beneficiary, with all of the investment and administrative powers herein conferred upon my Personal Representative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Michigan law. My Trustee shall pay to or for the benefit of such beneficiary so much of the net income and principal of such beneficiary's trust as my Trustee, in my Trustee's absolute discretion, shall consider reasonably necessary to provide for the comfortable support, maintenance, education, and welfare of such beneficiary. My Trustee shall accumulate the remainder of such income, if any, and add it to the principal of such portion until such beneficiary shall attain the age of [specify age, e.g., 21] years, whereupon my Trustee shall distribute the entire remaining principal of such portion to such beneficiary. If the beneficiary shall die prior to attaining the age of [specify age, e.g., 21] years, his or her remaining trust shall be paid to his or her estate.</w:t>
      </w:r>
    </w:p>
    <w:p>
      <w:pPr>
        <w:keepNext w:val="0"/>
        <w:spacing w:before="120" w:after="0" w:line="260" w:lineRule="exact"/>
        <w:ind w:left="720" w:right="0" w:firstLine="0"/>
        <w:jc w:val="left"/>
      </w:pPr>
      <w:r>
        <w:rPr>
          <w:rFonts w:ascii="Times New Roman" w:hAnsi="Times New Roman" w:eastAsia="Times New Roman" w:cs="Times New Roman"/>
          <w:b/>
          <w:sz w:val="24"/>
        </w:rPr>
        <w:t>SEVENTH: Powers of Personal Representative and Trustee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Personal Representative and Trustee shall have the specific powers to invest, reinvest, sell, mortgage, or otherwise dispose of any part or all of my estate, without the necessity of obtaining prior or subsequent court approval.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the foregoing powers, my Personal Representative and Trustee shall have all powers set forth in Section 3715 of the Michigan Estates and Protected Individuals Code (Michigan Compiled Laws Section 700.3715), and my Trustee shall have all of the powers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Sections 7801 through 7821 of such Code (Michigan Compiled Laws Sections 700.7801 through 700. 7821).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 [testator name], the Testator, sign my name to this Will, consisting of [number of pages] typewritten pages, with all pages being dated and initialed by me for identification on this date. I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stamp or seal appear on this document, swearing that the statements in this document are true. I declare to that officer that this document is my Will; that I sign it willingly or willingly direct another to sign for me; that I execute it as my voluntary act for the purposes expressed in this Will; and that I am 18 years of age or older, of sound mind, and under no constraint or undue influence.</w:t>
      </w:r>
    </w:p>
    <w:p>
      <w:pPr>
        <w:keepNext w:val="0"/>
        <w:spacing w:before="200" w:after="0" w:line="260" w:lineRule="exact"/>
        <w:ind w:left="360" w:right="0" w:firstLine="0"/>
        <w:jc w:val="both"/>
      </w:pPr>
      <w:r>
        <w:rPr>
          <w:rFonts w:ascii="Times New Roman" w:hAnsi="Times New Roman" w:eastAsia="Times New Roman" w:cs="Times New Roman"/>
          <w:b w:val="0"/>
          <w:sz w:val="24"/>
        </w:rPr>
        <w:t>Date: [signature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 (signature of testator)</w:t>
      </w:r>
    </w:p>
    <w:p>
      <w:pPr>
        <w:keepNext w:val="0"/>
        <w:spacing w:before="120" w:after="0" w:line="260" w:lineRule="exact"/>
        <w:ind w:left="360" w:right="0" w:firstLine="0"/>
        <w:jc w:val="left"/>
      </w:pPr>
      <w:r>
        <w:rPr>
          <w:rFonts w:ascii="Times New Roman" w:hAnsi="Times New Roman" w:eastAsia="Times New Roman" w:cs="Times New Roman"/>
          <w:b w:val="0"/>
          <w:sz w:val="24"/>
        </w:rPr>
        <w:t>[testator typed name]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We the undersigned, sign our names to this document and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stamp or seal appear on the document, swearing that all of the following statements are true: the individual, [testator name], signing this document as the testator executes the document as his Will, signs it willingly or directs another to sign for his, and executes it as his voluntary act for the purposes expressed in this Will; each of us, in the testator's presence, signs this Will as witness to the testator's signing; and, to the best of our knowledge, the testator is 18 years of age or older,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(first witness signature)</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typed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(second witness signature)</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typed name]</w:t>
      </w:r>
    </w:p>
    <w:p>
      <w:pPr>
        <w:keepNext w:val="0"/>
        <w:spacing w:before="200" w:after="0" w:line="260" w:lineRule="exact"/>
        <w:ind w:left="360" w:right="0" w:firstLine="0"/>
        <w:jc w:val="both"/>
      </w:pPr>
      <w:r>
        <w:rPr>
          <w:rFonts w:ascii="Times New Roman" w:hAnsi="Times New Roman" w:eastAsia="Times New Roman" w:cs="Times New Roman"/>
          <w:b w:val="0"/>
          <w:sz w:val="24"/>
        </w:rPr>
        <w:t>STATE OF MICHIGAN</w:t>
      </w:r>
    </w:p>
    <w:p>
      <w:pPr>
        <w:keepNext w:val="0"/>
        <w:spacing w:before="60" w:after="0" w:line="260" w:lineRule="exact"/>
        <w:ind w:left="360" w:right="0" w:firstLine="0"/>
        <w:jc w:val="both"/>
      </w:pPr>
      <w:r>
        <w:rPr>
          <w:rFonts w:ascii="Times New Roman" w:hAnsi="Times New Roman" w:eastAsia="Times New Roman" w:cs="Times New Roman"/>
          <w:b w:val="0"/>
          <w:sz w:val="24"/>
        </w:rPr>
        <w:t>COUNTY OF [county name]</w:t>
      </w:r>
    </w:p>
    <w:p>
      <w:pPr>
        <w:keepNext w:val="0"/>
        <w:spacing w:before="200" w:after="0" w:line="260" w:lineRule="exact"/>
        <w:ind w:left="360" w:right="0" w:firstLine="0"/>
        <w:jc w:val="both"/>
      </w:pPr>
      <w:r>
        <w:rPr>
          <w:rFonts w:ascii="Times New Roman" w:hAnsi="Times New Roman" w:eastAsia="Times New Roman" w:cs="Times New Roman"/>
          <w:b w:val="0"/>
          <w:sz w:val="24"/>
        </w:rPr>
        <w:t>ss</w:t>
      </w:r>
    </w:p>
    <w:p>
      <w:pPr>
        <w:keepNext w:val="0"/>
        <w:spacing w:before="120" w:after="0" w:line="260" w:lineRule="exact"/>
        <w:ind w:left="360" w:right="0" w:firstLine="240"/>
        <w:jc w:val="left"/>
      </w:pPr>
      <w:r>
        <w:rPr>
          <w:rFonts w:ascii="Times New Roman" w:hAnsi="Times New Roman" w:eastAsia="Times New Roman" w:cs="Times New Roman"/>
          <w:b w:val="0"/>
          <w:sz w:val="24"/>
        </w:rPr>
        <w:t>Sworn to and signed in my presence by [testator name], the testator, and sworn to and signed in my presence by [first witness name] and [second witness name], witnesses,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(notary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Acting in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[expiration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