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Individual with Spouse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LAST WILL of [NAME OF TESTATOR]</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200" w:after="0" w:line="260" w:lineRule="exact"/>
        <w:ind w:left="720" w:right="0" w:firstLine="0"/>
        <w:jc w:val="both"/>
      </w:pPr>
      <w:r>
        <w:rPr>
          <w:rFonts w:ascii="Times New Roman" w:hAnsi="Times New Roman" w:eastAsia="Times New Roman" w:cs="Times New Roman"/>
          <w:b w:val="0"/>
          <w:sz w:val="24"/>
        </w:rPr>
        <w:t>I am married to [name of spouse] and any reference to my spouse shall be to [name of n spouse].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 have [number (e.g., four)] children, namely, [names of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Additionally, for all purposes under this Will, my [stepchildren/ stepdaughter/stepson], [name(s) of stepchildren] shall be deemed to be my [child/children], and [that child's / those children's] issue shall be deemed to be my issue.]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Any reference to my children shall be to [name(s) of children and stepchildren, if applicable], and any children after-born or adopted by me.]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hereunder), funeral expenses, and expenses of the administration of my estate, shall be paid without reimbursement from any party out of my Residuary Estate, as defined below. My Executor shall have complete discretion in deciding which particular properties are to be used for payment of debts, taxes, and other obligations pursuant to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death, but only to the extent imposed upon property passing under my Will, together with interest and penalties on those taxes, shall be charged against and paid without apportionment out of my Residuary Estate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except that property allocated to the Marital Trust hereunder shall not be used to pay the preceding items, unless all other assets constituting my Residuary Estate have been exhausted].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estate and remainder, even if one and not the other is taxable.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may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identifying certain articles of tangible personal property, as defined below, and the persons to whom I give such tangible personal property. If I do leave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 request my Executor to distribute the tangible personal property listed therein as if the terms of the note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note or memorandum is found within [number] days of the Executor's qualification, it shall be presumed that no such note or memorandum exists.]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memorandum to my spouse, [name of spouse], if [name of spouse] shall survive me. If my spouse shall not survive me, then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or business, ordinary currency and cash or bullion.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 does not survive me,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Executor to make the decision. If, in the sole judgment of my Executor, any such beneficiary is too young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selection, I authorize my Executor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selection on behalf of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of the beneficiaries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the time of delivery of any articles, I authorize my Executor, in the Executor's discretion, to deliver the articles either directly to the beneficiary, or to the beneficiary's guardian, or to the person having the care and custody of the beneficiary,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receipt from the beneficiary or guardian or other person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acquittance to my Executor with respect to the bequest.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Executor, in the Executor's sole discretion, may sell, donate, or otherwise dispose of any articles not selected, and the sale proceeds, if any, shall be added to my Residuary Estate.</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expense of packing, shipping, insuring, and delivering tangible personal property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under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at such individual's residence or place of business shall be paid by [my Executor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 the recipient of such tangible personal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Executor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sell such property (the extent of said reasonable effort being in the Executor's sole discretion), with the proceeds of any sold items added to my Residuary Estate, and to then donate or discard any remaining property, in the Executor's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(my "Residuary Estate")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my spouse, if my spouse survives me.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If my spouse survives me and my spouse or the executor of my spouse's estate shall disclaim all or any part of the bequest under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I give all the disclaimed property to my Executor, hereinafter named, to hold pursuant to the terms and conditions of the Disclaimer Trust provisions, set forth below applicable to the Disclaimer Trust. However, if my spouse also disclaims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all or any portion of the Disclaimer Trust, that disclaimed interest shall be administered and distributed as if my spouse predeceased me.</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 fails to survive me, my Residuary Estate shall be divided into equal separate shares so as to provide one share for each child who survives me, and one share for each child of mine who predeceases me with issue then living, to be divided [distribution method (e.g., per capita at each generation or per stirpes)] among such issue. Each share so provided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shall be distributed outright to such beneficiary. Notwithstanding the foregoing, if any such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my death, such share shall be distributed in accordance with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 and I shall die under circumstances that there is not sufficient evidence to determine the order of our deaths, then it shall be presumed that I [predeceased/survived] my spouse and my estate shall be administered and distributed, in all respects, in accordance with this presumption.</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no person designated in this Will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intestacy of the State of Iowa in effect at the time such disposition is made had I then died intestate and possessed of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any beneficiary under this Will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hereunder, if applicable,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it appears to the Executor or Trustee that any beneficiary is incapacitated, incompetent, or for any other reason not able to receive payments or make intelligent or responsible use of the payments, then the Executor or Trustee, in lieu of making direct payments to the beneficiary, may continue to hold the property which the minor is entitled, or make payments (1) to the beneficiary's conservator or guardian; (2) to the beneficiary's custodian under the Uniform Gifts to Minors Act or Uniform Transfers to Minors Act of any state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selected by the Executor) to be held for the maximum period of time permitted by law; (3) to one or more suitable persons as the Executor or Trustee] deems proper,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residing with the beneficiary, to be used for the beneficiary's benefit; (4) to any other person, firm, or agency for services rendered or to be rendered for the beneficiary's assistance or benefit; or (5)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in the beneficiary's name. The receipt of payments by any of the foregoing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discharge of the Executor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EXECUTORS AND TRUSTEES.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nominate and appoint my [relationship of executor to testator], [name of executor], as Executor of my Will. Should [name of executor] be unwilling or unable to serve as Executor, or shall at any point cease to serve as Executor, I nominate and appoint my [relationship of first successor executor to testator], [name of first successor executor], to serve as first successor Executor of my Will. If [name of first successor executor] shall be unable or unwilling to serve, I nominate and appoint my [relationship of second successor executor to testator], [name of second successor executor], to serve as second successor Executor of my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If [name of second successor executor] shall be unable or unwilling to serve, I nominate and appoint as third successor Executor, [name of individual or company].]</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appoint my [relationship to testator], [name of trustee], as Trustee of any and all trusts created hereunder. If for any reason [name of trustee] fails to become or ceases to act as Trustee, I appoint my [relationship to testator], [name of successor trustee], to serve as successor Trustee.</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co-Trustee may be appointed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then serving Trustee (the "appointing Trustee") at any time when only one Trustee is serving.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co-Trustee so appointed hereunder shall serve only while the appointing Trustee serves.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last acting sole Trustee for whom there is no named successor, whether named hereunder or named pursuant to procedures prescribed hereunder for the selection of successors, may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 with fiduciary trust powers as successor Trustee, to succeed such individual sole Trustee in the event that such Trustee shall cease to act as Trustee for any reason whatsoever.</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vacancy in the office of Trustee of any trust created hereunder or the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resignation from any Trustee such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vacancy would result, then the oldest beneficiary to whom current trust income shall or may then be distributed, or the natural or legal guardians of such beneficiary, shall have the power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 with fiduciary trust powers as Trustee of such trust.</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Trustee may resign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hereunder without prior approval of any court, by delivering to each other Trustee, as the case may be, and to each and every adult beneficiary,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such resignation. Such resignation shall take effect upon the date stated in the notice, whereupon all duties of the resigning Trustee shall cease, other than the duty to account;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Trustee is incompetent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resignation, by said Trustee, as of the date of that determination.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separate trust hereunder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Trustee.</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Executors and Trustees shall receive reimbursement for reasonable out-of-pocket expenses incurred in performing the duties in accordance with this instrument and any trusts created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word Executor shall mean the person or entity who qualifies as executor, whether male or female, executor or administrator, and indicates successor executors. The word Trustee shall mean the person who qualifies as trustee, whether male or female, and indicates successor trustees.</w:t>
      </w:r>
    </w:p>
    <w:p>
      <w:pPr>
        <w:keepNext w:val="0"/>
        <w:spacing w:before="120" w:after="0" w:line="260" w:lineRule="exact"/>
        <w:ind w:left="1080" w:right="0" w:firstLine="0"/>
        <w:jc w:val="left"/>
      </w:pPr>
      <w:r>
        <w:rPr>
          <w:rFonts w:ascii="Times New Roman" w:hAnsi="Times New Roman" w:eastAsia="Times New Roman" w:cs="Times New Roman"/>
          <w:b w:val="0"/>
          <w:sz w:val="24"/>
        </w:rPr>
        <w:t>4.10.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Executors and Trustees shall receive reasonable compensation for the duties performed in accordance with this instrument and any trusts created hereunder. Reasonable compensation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Executor or Trustee is such fees as, from time to time, are recognized in the area as ordinary and reasonable for the service performed. Reasonable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EXECUTOR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specifically provided in this Will, the Executor and Trustee, if any, shall have all of the powers conferred by law upon fiduciaries in every jurisdiction in which my Executor or Trustee shall act, including, but not limited to, the powers contained in Chapter 633 of the Iowa Code,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and all digital assets (as that term is defined below), (1) to access, use and control my digital devices, including, but not limited to, desktop computers, laptop computers, tablets, peripheral storage devices, mobile telephones and smart phones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(including any such accounts encompassed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the Fiduciary Access to Digital Assets (Iowa Code § 638.1 et seq.); and any other applicable Federal or state data privacy law or criminal law. In furtherance of providing the broadest and amplest possible digital asset powers, I direct my estate to indemnify and hold harmless any Executor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or personal, to carry on any business in which I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to invest and reinvest in any property, real, or personal, all as the Executor or Trustee may determine, without regard to any requirement for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Executor or Trustee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Executor or Trustee may determine, and to improve or take any other action with respect to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Executor or Trustee (other than the beneficiary or guardian)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money for any purpose, from others or from any Executor or Trustee, with or without security, and to mortgage or pledge any property, real, or personal;</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Executor or Trustee), and to treat their compensation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to any Executor, Trustee, or beneficiary at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loans to any income beneficiary, interest free or otherwise, on terms that the Executor or Trustee (other than the beneficiary)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hold the property of any separate trusts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whole, but the separate trusts must have undivided interests, and no such holding defers the vesting of any estate in possession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administration expenses to income or principal in proportions that the Executor or Trustee may determine, to the extent this discretion is permitted under applicable law, without liability to any person for any consequences of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Executor may determine, without liability to any person for any consequences resulting from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treat capital gains on the books, records and tax returns of any trust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to the extent of principal distributed to the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appropriate trust, provided, however, that my Trustees shall not be required to receive the property without the Trustees' consent.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OF TRUSTS.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administration of any trust created hereunder, I direct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instrument executed by the Trustee shall bind all parties interested in the trust, including the trust beneficiaries. No person, including any insurance company and any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benefit plan, transferring property or funds to the Trustee shall be required to see to the application of such property or funds;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may release any power, authority, or discretion conferred upon the Trustee by the provisions of this instrument or by law,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disclaimer with the beneficiaries of the trust;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not be liable for any act performed by them in good faith or for any error of judgment or mistake of fact or law, save only for their individual acts of willful misconduct, and shall be fully protected in any course of conduct taken in good faith in accordance with the advice of counsel;</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shall not be personally liable for any act or omission of any predecessor Trustee. Any successor Trustee acting hereunder may accept the trust assets delivered to him or her by or on behalf of any predecessor Trustee as constituting the entire estate, and the successor Trustee shall not be required to take any action to recover further assets or to investigate any acts done by any predecessor Trustee, nor shall any successor Trustee be required to bring any action to determine what constitutes the Estate or to obtain possession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may continue to hold assets received from the predecessor Trustee in the same manner as though the assets had been originally deposited with the successor under this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the Trustee receives written notice of any death or other event upon which the right to payments from any trust hereunder may depend, the Trustee shall incur no liability for disbursements made in good faith to persons whose interests may have been affected by that event. Any notices or other communication required or permitted by this instrument to be delivered to or served on the Trustee shall be deemed received by the Trustee when personally delivered to the Trustee, or, in lieu of such personal delivery, when deposited in the United States mail, certified mail with postage prepaid, addressed to the Trustee at their business or personal address;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person may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portion of this Will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or portion thereof. Anyone may rely on any statement of fact certified by anyone who appears from the original copy or portion of this Will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or portion thereof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hereunder;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order to avoid the delay and expense incidental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settlement of the account, the Trustee shall not be required to render any annual accounting, any rule or statute of law to the contrary notwithstanding, and may at any time settle the account by agreement with any adult beneficiary or beneficiaries then receiving the income or entitled to the principal. Such settlement and discharge shall be binding upon all the persons interested in any trust, even if then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disability or unborn and shall have the full force and effect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or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or proceeding for the settlement of such account in which jurisdiction was obtained of all necessary and proper parties. Nothing herein, however, shall preclude the Trustee from having its account judicially settled, whenever the Trustee deems such settlement advisable;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pursuant to the provisions of this instrument, disposition of property is made conditional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surviving another person and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disposition if the beneficiary fails to survive, that alternate disposition shall govern if the beneficiary and that other person die under such circumstances that there is no sufficient evidence that they died otherwise than simultaneously;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regard to each trust herein, the administration thereof:</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trust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spendthrift trust to the maximum extent permitted by law and no interest in any trust hereunder shall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beneficiary's liabilities or creditor claims, assignment or anticipation. Notwithstanding the foregoing, no provision of this Article shall prevent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through the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appointment;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Trustees shall determine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would not benefit as greatly from any outright distribution of trust income or principal because of the availability of the distribution to the beneficiary's creditors, the Trustees shall instead expend those amounts for the benefit of the beneficiary; this direction is intended to enable the Trustee to give the beneficiary the maximum possible benefit and enjoyment of all the trust income and principal;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benefits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under this instrument shall be the separate property of such beneficiary (as distinguished from marital property, community property, quasi-community property or any other form of property as to which such beneficiary's spouse might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interest arising out of the marital relationship under the law of any jurisdiction, domestic or foreign). All benefits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hereunder shall also be free of any interference from, or control or marital power of, such Beneficiary's spouse. For purposes of this paragraph, the term "benefits" shall include real or personal property, tangible or intangible, and the provisions of this paragraph shall apply not only to benefits actually paid to any beneficiary but also to trust property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in which the beneficiary possesses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is active in the investment business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and purchases and sales of investments may be made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Trustee or through any firm of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or individual Trustee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member, shareholder, proprietor, associate, employee, owner, subsidiary, affiliate or the like. Property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hereunder may be invested in individual securities, mutual funds, partnerships, private placements or other forms of investment promoted, underwritten, managed or advised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making any allocations or distributions to any beneficiary, the Trustee may make such allocations or distributions wholly in kind or in money, or partly in kind and partly in money, and may allocate and/or distribute different property interests to distributees and may do so without making pro rata allocations or distributions of specific assets; and the choice, relative values and relative federal income tax bases of the property or money so divided, allocated or distributed shall, in the absence of fraud or bad faith, be binding and conclusive on everyone interested therein; and they shall in no event be accountable for any error of judgment or discretion in exercising the power and authority herein conferred;</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title, powers, duties, immunities, and discretion herein conferred upon the Trustee shall continue after the termination of the trust until final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limitations described in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and the authority to delegate powers in the paragraph immediately below, in circumstances where the Trustee is more than one individual or entity (or one of each), then the Trustee shall exercise and perform every power (including discretionary powers), authority, or duty only by the unanimous vote of all individuals and entities serving as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limitations described in the succeeding Article, any individual or entity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may,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instrument, and with the consent of any other individual or entity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delegate to that other Trustee, all or any portion of the powers, discretions, and duties vested in him by this instrument or by law, including any power, discretion or duty which would not, absent this section, be delegable; provided, however, that this section shall not be construed to permit any power, discretion, or duty to be delegated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who is expressly foreclosed from participating in the exercise of such power, discretion or duty pursuant to any provision under this instrument, including but not limited to those described in the succeeding Article, or to permit the delegation of any power discretion or duty specifically reserved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Trustee;</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situs of the trust shall be Iowa. In the sole and absolute discretion of the Trustee, the location of the situs of the trust may be transferred to such other jurisdiction as to provide for ease of administration and minimization of taxation. Upon any such transfer of situs, the trust may thereafter, at the election of the Trustee, be administered exclusively under the laws of (and subject, as required, to the exclusive supervision of the courts of) the jurisdiction to which it has been transferred. Accordingly, if the Trustees of any trust created hereunder elect to change the situs of any such trust, said Trustee is hereby relieved of any requirement of having to qualify in any other jurisdiction and of any requirement of having to account in any court of such other jurisdiction. Notwithstanding the above, no Trustee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the trust shall participate in any action described above;</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(other than any Trustee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the trust) may,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amend the administrative provisions (including without limitation amendments to minimize taxes, protect assets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beneficiary's creditors and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beneficiary's eligibility for government benefits) of any trust created hereunder in any manner the Trustee determines in its discretion will help achieve my planning goals. The determination of the Trustee as to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is administrative, and identification of my planning goals, shall be conclusive as to all beneficiaries. No amendment under this Article may increase the class of beneficiaries or give any beneficial interest or economic benefit in any trust to any person not already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and</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trusts created hereunder shall be perpetual to the fullest extent permitted by governing law. If any trust created hereunder is deemed to be subject to the law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Against Perpetuities or similar rule which limits the period during which property may lawfully be held in trust, then the trust shall terminate in all events upon the expiration of the longest period that property may be held in trust hereunder under the law of such jurisdiction (including any applicable period in gross, such as twenty-one (21) years or ninety (90) years). However, if the jurisdiction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Against Perpetuities or similar rule that applies only to certain types of property held in trust, such as real property, the foregoing sentence shall apply only to such property. If under the law of such jurisdiction the longest period that property may be held in trust may be determined (or alternatively determined) with reference to the death of the last survivor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of individuals who are in being at the time that the applicable period with respect to the application of the Rule Against Perpetuities or similar rule commenced, those individuals shall consist of all of my descendants who were in being at the time such Rule Against Perpetuities period or similar rule commenced.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power, in the Trustee's discretion, to terminate any trust created under this Will whenever the fair market value of the trust falls below $[dollar amount (e.g., 50,000)], or becomes so small in relation to the costs of administration as to make continuing administration uneconomical.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Continuing administration shall be uneconomical if the trustee determines that, with reference to the trust fee schedules then in effect for corporate fiduciaries in the area in which the trust is being administered, the trust would be subject to the minimum trust administration fees of those fiduciaries, regardless of the value of the trust.] Upon termination, the Trustee shall distribute the principal and any accrued or undistributed net income to the income beneficiaries in proportion to their shares of the income. If no fixed amount of income is payable to specific beneficiaries, the Trustee shall distribute the principal and any accrued or undistributed net income in equal shares to those beneficiaries who would then be entitled to income payments from the trust.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TRUSTEE POWERS.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instrument to the contrary, the following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distributions from any trust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distributions of either principal or income to or for the benefit of the Trustee, the Trustee's estate, or the creditors of either; provided, however,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who is otherwise permitted to make distributions to himself or herself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ascertainable standard for Federal tax purposes under Internal Revenue Code Sec. 2041(b) may exercise such power, unless such power would cause the trust property to be subject to the claims of such Trustee's creditors;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distributions of either principal or income to satisfy any of the Trustee's personal legal obligations for support or other purposes;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allocations in the Trustee's personal favor of receipts or expenses as between income and principal, unless such Trustee has no power to enlarge or shift any beneficial interest except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incidental consequence of the discharge of such Trustee's fiduciary duties;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exercise any of the powers proscribed by this Section with regard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other than the Trustee, to the extent that such individual could exercise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prohibited power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that benefits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trust created under this instrument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proscribed under this Section, the power may be exercised by the remaining individuals and/or entities serving as the Trustee who are not so prohibited as if they were the only Trustee. Accordingly, it is my intent that any beneficiary serving as Trustee shall not participate in the discretionary distribution of any income or principal to that Trustee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If there is no Trustee in office who can exercise such power, then subject to the provisions of this Article, the Trustee shall resign as Trustee, or another Trustee shall be appointed pursuant to this instrument, to exercise such proscribed power.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beneficiary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trustee or other capacity, may appoint, or remove and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who is related or subordinate to the beneficiary within the meaning of Internal Revenue Code Section 672(c).</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shall have any power, incident of ownership, or right of any kind relating to any life insurance policy on his or her life held as part of any trust with respect to which such Trustee is acting as one of the Trustees.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holder of any special power of appointment shall have any power to appoint any property to the extent that such appointment would satisfy any legal obligations of support of such powerholder.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posthumous child shall be considered as living at the death of such child's parent.</w:t>
      </w:r>
    </w:p>
    <w:p>
      <w:pPr>
        <w:keepNext w:val="0"/>
        <w:spacing w:before="120" w:after="0" w:line="260" w:lineRule="exact"/>
        <w:ind w:left="1080" w:right="0" w:firstLine="0"/>
        <w:jc w:val="left"/>
      </w:pPr>
      <w:r>
        <w:rPr>
          <w:rFonts w:ascii="Times New Roman" w:hAnsi="Times New Roman" w:eastAsia="Times New Roman" w:cs="Times New Roman"/>
          <w:b w:val="0"/>
          <w:sz w:val="24"/>
        </w:rPr>
        <w:t>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1080" w:right="0" w:firstLine="0"/>
        <w:jc w:val="left"/>
      </w:pPr>
      <w:r>
        <w:rPr>
          <w:rFonts w:ascii="Times New Roman" w:hAnsi="Times New Roman" w:eastAsia="Times New Roman" w:cs="Times New Roman"/>
          <w:b w:val="0"/>
          <w:sz w:val="24"/>
        </w:rPr>
        <w:t>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1080" w:right="0" w:firstLine="0"/>
        <w:jc w:val="left"/>
      </w:pPr>
      <w:r>
        <w:rPr>
          <w:rFonts w:ascii="Times New Roman" w:hAnsi="Times New Roman" w:eastAsia="Times New Roman" w:cs="Times New Roman"/>
          <w:b w:val="0"/>
          <w:sz w:val="24"/>
        </w:rPr>
        <w:t>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8.6.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8.7.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"Digital Asset(s)"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record in which I have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or interest. The term does not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username and password (or other identity verification methods) to access and manage.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or that is stored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or other medium and is retrievable in perceivable form. For any communication related records or data, Digital Assets means both catalogue data and the content of the communications, unless the Executor's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[testator name], the Testator, sign my name to this instrument on [date of signature], and being first duly sworn, do hereby declare to the undersigned authority that I sign and execute this instrument as my will and that I [sign it willingly or willingly direct another to sign for me],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 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State of Iowa</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We [name of testator], [name of witness 1], and [name of witness 2], the Testator and subscribing witnesses, respectively, whose names are signed to the attached or foregoing instrument, having been duly sworn, declare to the undersigned authority that at the date of the instrument, we all knew the identity of each other; the instrument was exhibited to the witnesses by the Testator, who declared it to be the Testator's last will and testament and was signed by the Testator or by another at the direction of the Testator at [address], in the county of [county], State of Iowa, on the date shown in the instrument, and in the presence of each other as subscribing witnesses; that we, as witnesses, declare to the undersigned authority that in our presence the Testator executed and acknowledged such will as Testator's will and that we, in the Testator's presence, at the Testator's request, and in the presence of each other, did subscribe our names thereto as attesting witnesses on the date of such will; and that the witnesses were sixteen years of age or older.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testator], Testator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and acknowledged before me by [testator], the Testator and sworn to before me by [name of testator], [name of witness 1] and [name of witness 2], witnesses, this [day]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(Seal)</w:t>
      </w:r>
    </w:p>
    <w:p>
      <w:pPr>
        <w:keepNext w:val="0"/>
        <w:spacing w:before="120" w:after="0" w:line="260" w:lineRule="exact"/>
        <w:ind w:left="720" w:right="0" w:firstLine="0"/>
        <w:jc w:val="left"/>
      </w:pPr>
      <w:r>
        <w:rPr>
          <w:rFonts w:ascii="Times New Roman" w:hAnsi="Times New Roman" w:eastAsia="Times New Roman" w:cs="Times New Roman"/>
          <w:b w:val="0"/>
          <w:sz w:val="24"/>
        </w:rPr>
        <w:t>(Signed)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