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Kansas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Executor or Trustee shall act, the Executor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Kansas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Kansas.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the Trustee's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Kansas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