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At the time of the execution of this Will,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hereunder or] by separate memorandum to my spouse, [name of spouse], if my spouse shall survive me. If my spouse shall not survive me, I give such property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then at my death,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such that there is not sufficient evidence to determine the order of our deaths, then it shall be presumed that my spouse survived me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then such property shall be distributed to the persons to whom and in the shares and proportions in which my estate would have been distributed under the laws of the Commonwealth of Pennsylvania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also indicates successor executors. The word Trustee shall mean the person who qualifies as trustee, whether male or female, and also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defined as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in every jurisdiction in which my Executor or Trustee shall act, including, but not limited to, the powers contained in 20 Pa. Cons. Stat. Ann. §§ 3311–3332,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20 Pa. Cons. Stat. Ann. §7780.6,]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Pennsylvania Revised Uniform Fiduciary Access to Digital Assets Act; and any other applicable federal or state data privacy law or criminal law. I direct my estate to indemnify and hold harmless any Executor and/or digital asset provider who relies on this power in accessing or providing the requested information, even if in violation of my own lifetime terms of service agreement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the Register of Wills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 Trustee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her, or it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the Commonwealth of Pennsylvania.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such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or "the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the said Testator, have to this my Will set my hand and seal this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SIGNED, SEALED, PUBLISHED </w:t>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DECLARED by the above named [Testator/Testatrix], [name of testator/testatrix], as and for the Testator's Will, in the presence of us, who, at the Testator's request, in the Testator's presence, and in the presence of each other, have hereunto subscribed our names as witnesses in attestation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We, [testator], ____________________ and ____________________, the Testator and the witnesses, respectively, whose names are signed to the foregoing instrument, being first duly sworn, do hereby declare to the undersigned authority that [testator] signed and executed the instrument as the Testator's last Will and that the Testator signed willingly, and that the Testator executed it as the Testator's free and voluntary act for the purposes therein expressed, and that each of the witnesses, in the presence and hearing of the Testator and of each other, signed the Will as witness and that to the best of their knowledge the Testator was at that time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[testator],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the Testator, and subscribed and sworn to before me by ____________________ and ____________________, witnesses,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