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[name of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Personal Representative's sole discretion), with the proceeds of any sold items added to my Residuary Estate, and to then donate or discard any remaining property, in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Wyoming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Title 2 and Title 4 of the Wyoming Statutes Annotated,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Wyoming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Wyoming.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[testator/testatrix name], the [Testator/Testatrix], sign my name to this instrument on ____________________,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person,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testator/testatrix)</w:t>
      </w:r>
    </w:p>
    <w:p>
      <w:pPr>
        <w:keepNext w:val="0"/>
        <w:spacing w:before="120" w:after="0" w:line="260" w:lineRule="exact"/>
        <w:ind w:left="720" w:right="0" w:firstLine="0"/>
        <w:jc w:val="left"/>
      </w:pPr>
      <w:r>
        <w:rPr>
          <w:rFonts w:ascii="Times New Roman" w:hAnsi="Times New Roman" w:eastAsia="Times New Roman" w:cs="Times New Roman"/>
          <w:b w:val="0"/>
          <w:sz w:val="24"/>
        </w:rPr>
        <w:t>[testator/testatrix printed name], [Testator/Testatrix]</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testator/testatrix], [name of witness 1] and [name of witness 2], the [Testator/Testatrix] and witnesses, respectively, whose names are signed to the attached or foregoing instrument, being first duly sworn, and do hereby declare to the undersigned that the [Testator/Testatrix] signed and executed this instrument as the [Testator/Testatrix]'s last will and that the [Testator/Testatrix] signed it willingly (or willingly directed another to sign for the [Testator/Testatrix]), and that the [Testator/Testatrix] executed it as the [Testator/Testatrix]'s free and voluntary act for the purposes therein expressed, and that each of the witnesses, in the presence and hearing of the [Testator/Testatrix], signed the will as witness that to the best of our knowledge the [Testator/Testatrix]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person,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testator/testatrix], [Testator/Testatrix]</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WYOMING</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and acknowledged before me by [name of testator/testatrix], the [Testator/Testatrix],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