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am [married to / registered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partnership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[spouse/partner] shall survive me. If my [spouse/ 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 </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his or her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his or her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Personal Representative,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Colorado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instrument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the Colorado Fiduciaries' Powers Act (Colo. Rev. Stat. § 15-1-801 et seq.),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Colorado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 </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 </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Colorado.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 to replace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that is removed by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 </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Executed at [city], [state], this [day]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the above date, and do hereby declare that I sign and execute this instrument as my will.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EXECUTION, ATTESTATION, AND 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Colorado</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witnesses, sign our names to this instrument, being first duly sworn, and do hereby declare to the undersigned authority that the Testator signs and executes this instrument as the Testator's will and that the Testator signs it willingly (or willingly directs another to sign for the Testator), and that the Testator executes it as the Testator's free and voluntary act for the purposes therein expressed, and that each of us, in the conscious presence of the Testator, hereby signs this will as witness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[name of testator], the testator, and 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(Signed)</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