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 in a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who shall survive me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 or her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Nebraska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guardians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Nebraska Revised Statutes §§ 30-2462 et seq.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20-3886 et seq.]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Nebraska Revised Uniform Fiduciary Access to Digital Assets Act of 2015, as amended;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Nebraska.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a jurisdiction that has a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a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a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SELF-PROVED WILL</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the testator, sign my name to this instrument on [Month Day, 20___], and being duly sworn, do hereby declare to the undersigned authority that I sign and execute this instrument as my last will and that I sign it willingly or willingly direct another to sign for me, that I execute it as my free and voluntary act for the purposes therein expressed and that I am 18 years of age or older or am not at this time a minor, and am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witnesses, sign our names to this instrument, being first duly sworn, and do hereby declare to the undersigned authority that the testator signs and executes this instrument as the Testator's Last Will and that the Testator signs it willingly or willingly directs another to sign for the Testator, and that the Testator executes it as the Testator's free and voluntary act for the purposes therein expressed, and that each of us, in the presence and hearing of the Testator, hereby signs this will as witnesses to the Testator's signing, and that to the best of our knowledge the Testator is 18 years of age or older or is not a minor at this time, and is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THE STATE OF NEBRASKA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[name of testator], the testator, and 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