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his or her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Utah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Utah Fiduciary Powers Act (Utah Code Ann. § 22-1-1 et seq.), the Utah Uniform Probate Code (Utah Code Ann. § 75-3-701 et seq.), and the Utah Uniform Trust Code (Utah Code Ann. § 75-7-801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Utah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Utah.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this [day] [month], [year], and being first duly sworn, do hereby declare to the undersigned witnesses'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[name of testator], signs and executes this instrument as the Testator's will and that the Testator signs it willingly (or willingly directs another to sign for the Testator),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Utah</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to the undersigned that we witnessed the execution of the Will of [name of testator], the Testator; that the said Testator subscribed, published, and declared the same to be [his/her] Will in our presence; that we thereafter subscribed the same as witnesses in [his/her] presence, at [his/her] request, and in the presence of each other; that at the time of the execution of said Will the Testator appeared to be of full age and of sound mind and memory, and not under any restraint nor in any respect incompetent to make a Will; and that we make this affidavit at [his/her]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