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or Partner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1080" w:right="0" w:firstLine="0"/>
        <w:jc w:val="both"/>
      </w:pPr>
      <w:r>
        <w:rPr>
          <w:rFonts w:ascii="Times New Roman" w:hAnsi="Times New Roman" w:eastAsia="Times New Roman" w:cs="Times New Roman"/>
          <w:b w:val="0"/>
          <w:sz w:val="24"/>
        </w:rPr>
        <w:t>I am [married to / registered in a domestic partnership with] [name of spouse/partner] and any reference to my [spouse/partner] shall be to [name of spouse/partner].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 / 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a handwritten note or memorandum identifying certain articles of tangible personal property, as defined below, and the persons to whom I give such tangible personal property. If I do leave such a handwritten note or memorandum, I request my Personal Representative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[spouse/partner], [name of spouse/partner], if my [spouse/partner] shall survive me. If my [spouse/ partner]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[spouse/partner]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a prudent selection, I authorize my Personal Representative to make a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Personal Representative, in the Personal Representative's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Personal Representative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Personal Representative, in the Personal Representative's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Personal Representative as an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a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my [spouse/partner], if my [spouse/partner] survives me. [</w:t>
      </w:r>
      <w:r>
        <w:rPr>
          <w:rFonts w:ascii="Times New Roman" w:hAnsi="Times New Roman" w:eastAsia="Times New Roman" w:cs="Times New Roman"/>
          <w:b/>
          <w:sz w:val="24"/>
        </w:rPr>
        <w:t>OPTIONAL for married testator only:</w:t>
      </w:r>
      <w:r>
        <w:rPr>
          <w:rFonts w:ascii="Times New Roman" w:hAnsi="Times New Roman" w:eastAsia="Times New Roman" w:cs="Times New Roman"/>
          <w:b w:val="0"/>
          <w:sz w:val="24"/>
        </w:rPr>
        <w:t xml:space="preserve"> If my spouse survives me and if my spouse or the personal representative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I give all the disclaimed property to my Personal Representative, hereinafter named, to hold pursuant to the terms and conditions of the Disclaimer Trust provisions, set forth below applicable to the Disclaimer Trust. However, if my spouse also disclaims an interest in all or any portion of the Disclaimer Trust, that disclaimed interest shall be administered and distributed as if my spouse predeceased me.]</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[spouse/partner]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[spouse/partner] and I shall die under circumstances that there is not sufficient evidence to determine the order of our deaths, then it shall be presumed that I [predeceased/survived] my [spouse/partner] and my estate shall be administered and distributed, in all respects, in accordance with this presumption.</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Commonwealth of Virginia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or a trust created hereunder, if applicable, is a minor, or it appears to the Personal Representative or Trustee that any beneficiary is incapacitated, incompetent, or for any other reason not able to receive payments or make intelligent or responsible use of the payments, then the Personal Representative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a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Personal Representative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to serve as first successor Personal Representative of my Will. If [name of first successor personal representative] shall be unable or unwilling to serve, I nominate and appoint my [relationship of second successor personal representative to testator], [name of second successor personal representative], to serve as second successor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third successor Personal Representative,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 co-Trustee may be appointed by a then serving Trustee (the "appointing Trustee") at any time when only one Trustee is serving. A co-Trustee so appointed hereunder shall serve only while the appointing Trustee serves.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in this instrument or named pursuant to procedures prescribed in this instrument for the selection of successors, may designate an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a complete vacancy in the office of Trustee of any trust under this instrument or the receipt of a notice of resignation from any Trustee such that a complete vacancy would result, then the oldest beneficiary to whom current trust income shall or may then be distributed, or the natural or legal guardians of such beneficiary, shall have the power to appoint an institution with fiduciary trust powers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4.6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a Trustee hereunder without prior approval of any court, by delivering to each other Trustee, as the case may be, and to each and every adult beneficiary, a written notice of such resignation. Such resignation shall take effect upon the date stated in the notice, whereupon all duties of the resigning Trustee shall cease, other than the duty to account; a determination that an individual Trustee is incompetent shall be deemed a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4.7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separate trust hereunder may have a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4.8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Personal Representative shall mean the person or entity who qualifies as personal representative, whether male or female, personal representative or administrator, and indicates successor personal representatives.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shall receive reasonable compensation for the duties performed in accordance with this instrument and any trusts created hereunder. Reasonable compensation for an individual Personal Representative or Trustee is such fees as, from time to time, are recognized in the area as ordinary and reasonable for the service performed. Reasonable compensation for a Professional Personal Representative or Trustee (a bank, trust company, CPA, attorney)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Personal Representative and Trustee, if any, shall have all of the powers conferred by law upon fiduciaries in every jurisdiction in which my Personal Representative or Trustee shall act, including, but not limited to, the powers contained in Va. Code Ann. § 64.2-105 and Va. Code Ann. §§ 64.2-777 and 64.2-778,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Uniform Fiduciary Access to Digital Assets Act at Va. Code Ann. § 64.2-116 et seq.,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Personal Representative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an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w:t>
      </w:r>
      <w:r>
        <w:rPr>
          <w:rFonts w:ascii="Times New Roman" w:hAnsi="Times New Roman" w:eastAsia="Times New Roman" w:cs="Times New Roman"/>
          <w:b w:val="0"/>
          <w:sz w:val="24"/>
        </w:rPr>
        <w:t>pro rata</w:t>
      </w:r>
      <w:r>
        <w:rPr>
          <w:rFonts w:ascii="Times New Roman" w:hAnsi="Times New Roman" w:eastAsia="Times New Roman" w:cs="Times New Roman"/>
          <w:b w:val="0"/>
          <w:sz w:val="24"/>
        </w:rPr>
        <w:t>,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a retirement benefit plan, transferring property or funds to the Trustee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a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A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a copy or portion of this Will certified by a notary public to be a true copy or portion thereof. Anyone may rely on any statement of fact certified by anyone who appears from the original copy or portion of this Will or a certified copy or portion thereof to be a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avoid the delay and expense incidental to a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a legal disability or unborn and shall have the full force and effect of a final judgment or order of a court of competent jurisdiction in an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a beneficiary surviving another person and there is an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a spendthrift trust to the maximum extent permitted by law and no interest in any trust hereunder shall be subject to a beneficiary's liabilities or creditor claims, assignment or anticipation. Notwithstanding the foregoing, no provision of this Article shall prevent the appointment of an interest in a trust through the exercise of a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Trustees shall determine that a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a beneficiary under this instrument shall be the separate property of such beneficiary (as distinguished from marital property, community property, quasi-community property or any other form of property as to which such beneficiary's spouse might have a claim or interest arising out of the marital relationship under the law of any jurisdiction, domestic or foreign). All benefits granted to a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a trust in which the beneficiary possesses an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a Trustee is active in the investment business shall not be deemed a conflict of interest, and purchases and sales of investments may be made through a corporate Trustee or through any firm of which a corporate or individual Trustee is a partner, member, shareholder, proprietor, associate, employee, owner, subsidiary, affiliate or the like. Property of a trust hereunder may be invested in individual securities, mutual funds, partnerships, private placements or other forms of investment promoted, underwritten, managed or advised by a Trustee or such a firm;</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a Trustee may, by a signed instrument, and with the consent of any other individual or entity serving as a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a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a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Virginia.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a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(other than any Trustee who has a beneficial interest in the trust) may, by an instrument in writing, amend the administrative provisions (including without limitation amendments to minimize taxes, protect assets from a beneficiary's creditors and establish a beneficiary's eligibility for government benefits) of any trust created hereunder in any manner the Trustee determines in its discretion will help achieve my planning goals. The determination of the Trustee as to whether a provision is administrative, and identification of my planning goals, shall be conclusive as to all beneficiaries. No amendment under this Article may increase the class of beneficiaries or give any beneficial interest or economic benefit in any trust to any person not already a beneficiary of the trust; and</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a jurisdiction that has a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a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a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a Trustee: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a Trustee who is otherwise permitted to make distributions to himself or herself subject to an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an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an individual, other than the Trustee, to the extent that such individual could exercise a similar prohibited power in connection with a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instrument contains a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a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a trust, in an individual, trustee or other capacity, may appoint, or remove and appoint, a trustee who is related or subordinate to the beneficiary within the meaning of Internal Revenue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such Trustee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8.5.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8.6.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8.7.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or willingly direct another to sign for me],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COMMONWEALTH OF VIRGINIA</w:t>
      </w:r>
    </w:p>
    <w:p>
      <w:pPr>
        <w:keepNext w:val="0"/>
        <w:spacing w:before="200" w:after="0" w:line="260" w:lineRule="exact"/>
        <w:ind w:left="720" w:right="0" w:firstLine="0"/>
        <w:jc w:val="both"/>
      </w:pPr>
      <w:r>
        <w:rPr>
          <w:rFonts w:ascii="Times New Roman" w:hAnsi="Times New Roman" w:eastAsia="Times New Roman" w:cs="Times New Roman"/>
          <w:b w:val="0"/>
          <w:sz w:val="24"/>
        </w:rPr>
        <w:t>COUNTY/CITY OF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Before me, the undersigned authority, on this day personally appeared ____________________, ____________________, and ____________________, known to me to be the testator and the witnesses, respectively, whose names are signed to the attached or foregoing instrument and, all of these persons being by me first duly sworn, ____________________, the testator, declared to me and to the witnesses in my presence that said instrument is the testator's last will and testament and that the testator had willingly signed or directed another to sign the same for the testator, and executed it in the presence of said witnesses as the testator's free and voluntary act for the purposes therein expressed; that said witnesses stated before me that the foregoing will was executed and acknowledged by the testator as the testator's last will and testament in the presence of said witnesses who, in the testator's presence and at the testator's request, and in the presence of each other, did subscribe their names thereto as attesting witnesses on the day of the date of said will, and that the testator, at the time of the execution of said will, was over the age of eighteen years and of sound and disposing mind and memory.</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sworn and acknowledged before me by____________________, the testator, and subscribed and sworn before me by____________________ and ____________________, witnesses, this ____________________ day of ____________________, A.D., _____.</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(OFFICIAL CAPACITY OF OFFICER)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