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spouse/partner], and all references in this will to my [spouse/partner] are to [him or her]. I have [number (e.g., four)] children, namely, [names of children]. Any reference to my children shall be to them,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Will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3B:3-11 of the New Jersey Statutes Annotated,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[spouse/partner], [name of spouse], if [he or she] shall survive me. If my [spouse/partner] does not survive me, then to my children who shall survive me, in as nearly equal shares as practicable, having due regard for their personal preferences. The term "tangible personal property" shall include, but not be limited to, my household goods, jewelry, furniture, furnishings, equipment, automobiles together with all insurance policies related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[spouse/partner]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[spouse/partner] survives me, I give my Entire Residuary Estate to [him/her].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[spouse/partner] does not survive me, my Residuary Estate shall be divided into equal separate shares so as to provide one share for each child of mine who survives me, and one share for the issue, collectively, of any child of mine who predeceases me, to be divided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to whom any part of the income or principal of my estate may be distributed pursuant to the provisions of this Article, such property shall be transferred and paid over to the persons to whom and in the shares and proportions in which my Administrator would have been required to pay the same under the laws of New Jersey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my [name of executor]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receive reimbursement for reasonable out-of-pocket expenses incurred in performing the duties in accordance with this Will.</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not be required to give any bond or other security for the faithful performance of her, his, or its duties as executor in New Jersey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receive reasonable compensation for the duties performed in accordance with this Will.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property is necessary for any minor child of mine, I nominate and appoint [name of first guardian], to be the guardian of the person and property of any my minor child of mine. If [name of first guardian] shall be unable or unwilling to serve, I nominate and appoint [name of second guardian] to be the guardian of the person and property of any minor child of mine.</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II direct that no bond or other security be required in New Jersey or elsewhere for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law, I hereby authorize my Executor and any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6.13.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6.14.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 </w:t>
      </w:r>
    </w:p>
    <w:p>
      <w:pPr>
        <w:keepNext w:val="0"/>
        <w:spacing w:before="120" w:after="0" w:line="260" w:lineRule="exact"/>
        <w:ind w:left="1440" w:right="0" w:firstLine="0"/>
        <w:jc w:val="left"/>
      </w:pPr>
      <w:r>
        <w:rPr>
          <w:rFonts w:ascii="Times New Roman" w:hAnsi="Times New Roman" w:eastAsia="Times New Roman" w:cs="Times New Roman"/>
          <w:b w:val="0"/>
          <w:sz w:val="24"/>
        </w:rPr>
        <w:t>6.15.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 </w:t>
      </w:r>
    </w:p>
    <w:p>
      <w:pPr>
        <w:keepNext w:val="0"/>
        <w:spacing w:before="120" w:after="0" w:line="260" w:lineRule="exact"/>
        <w:ind w:left="1440" w:right="0" w:firstLine="0"/>
        <w:jc w:val="left"/>
      </w:pPr>
      <w:r>
        <w:rPr>
          <w:rFonts w:ascii="Times New Roman" w:hAnsi="Times New Roman" w:eastAsia="Times New Roman" w:cs="Times New Roman"/>
          <w:b w:val="0"/>
          <w:sz w:val="24"/>
        </w:rPr>
        <w:t>6.16.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New Jersey.</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or the application of any provision to any person or circumstance, shall be held invalid, the remainder of this Will,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7.7.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 The term "my issue" shall include any of my other lineal descendants, whether by blood or by adoption, provided such child or descendant was adopted prior to attaining the age of eighteen (18) years.</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7.11.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36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Testator and witnesses whose names are signed to the foregoing Will, being first duly sworn, do hereby declare to the undersigned authority that the Testator signed and executed the instrument as [his/her] Last Will and Testament, and that [he/she] signed it willing, and that [he/she] executed it as [his/her] free and voluntary act for the purposes therein expressed; and that each witnesses states that he or she signed the Will as witness in the presence and hearing of the Testator, and that to the best of his or her knowledge the Testator was at that time 18 or more years of age, of sound mind, and under no constrained or undue influence at the time of signing.</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Notary</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