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currently residing at [full address, including county] do hereby make, publish, and declare this to be my Last Will and Testament, hereby revoking any and all other wills and codicils by me at any time heretofore made.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DISPOSITION OF SPECIFIC GIFTS.</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and other death taxes (including foreign death taxes or excluding foreign death taxes) whether levied, based, or imposed upon or measured by property that passes by my Will, or levied, based, or imposed upon or measured by any other property, shall be paid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expense of administration and shall not be equitably prorated or charged against the dispositions provided by my Will or such other property.</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property memorandum (which is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 listing some of the items that I wish certain persons to have, and I request (but do not require) that my wishes as set forth in the memorandum be observed.</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to my spouse, [name of spouse], if [he or she] shall survive me. If my spouse shall not survive me, then to my children who shall survive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 If my spouse shall not survive me, I direct that each of my surviving children may select from the foregoing those articles [he or she] may wish to retain, and I hereby give and bequeath to each child the articles selected. If my children are unable to agree as to the recipient of any article, I authorize and direct my Executor to make the decision. If, in the sole judgment of my Executor, any child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child. If any of my children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[his or her] discretion, to deliver the articles either directly to the child, or to the child’s guardian, or to the person having the care and custody of the child,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child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 Any articles not selected shall be sold and the proceeds added to my residuary estate.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If I shall have no spouse or children who survive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his or her sole discretion), with the proceeds of any sold items added to my residuary estate, and to then donate or discard any remaining property, in his or her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or over which I may have any power of appointment or testamentary disposition, including any lapsed dispositions, to my spouse, [name of spouse]. Should my spouse not survive me, I give, devise, and bequeath the said property to my descendants surviving me, [per stirpes or by representation], or if there be no such descendants, to my heirs at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spouse, [name of spouse], as Executor of my Will. Should my spouse be unwilling or unable to serve as Executor, or shall at any point cease to serve as Executor, I nominate and appoint [name of first substitute executor], to serve individually. If [name of first substitute executor] shall be unable or unwilling to serve, I nominate and appoint [name of second substitute executor], to serve individually. If neither of them shall be willing or able to serve, or if at any point either of them shall cease to serve as Executor, I nominate and appoint as substitute or successor Executor, [name of company (e.g., ABC Trust Company)].</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who qualifies as executor, whether male or female, and indicates successor executors.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None of my executors shall be required to give any bond or other security for the faithful performance of her, his, or its duties as executor in the State of Georgia or elsewhere.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that such requirements can be legally waived, I direct that my personal representative and any successor personal representative shall not be required to file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or appraisal of my Estate, or to obtain the order or approval of any court before exercising any power or discretion granted in this Will; however, I direct my personal representative to make out and keep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and to exhibit the same to any party in interest at any reasonable time.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GUARDIANS FOR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Should my spouse not survive me, I nominate and appoint [name of first guardian], to be the guardian of the person and conservator of the property of my minor children. If [name of first guardian] shall be unable or unwilling to serve, I nominate and appoint [name of second guardian] to be the guardian of the person and conservator of the property of my minor children.</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no bond or other security be required in the State of Georgia or elsewhere of any of the above-named guardians for the faithful performance of [his or her or their] duties as guardian.</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and my substitute or successor Executors shall have all the express and implied powers granted to executors by the laws of the State of Georgia, including the powers conferred by Ga. Code Ann. § 53-12-261.</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Additionally, I authorize my Executor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Revised Uniform Fiduciary Access to Digital Assets Act ,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 INTERCHANGEABILITY OF LANGUAGE.</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required by context, the use of “executor”, “trustee”, and “fiduciary” shall be interchangeable.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set my hand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[testator]</w:t>
      </w:r>
    </w:p>
    <w:p>
      <w:pPr>
        <w:keepNext w:val="0"/>
        <w:spacing w:before="200" w:after="0" w:line="260" w:lineRule="exact"/>
        <w:ind w:left="360" w:right="0" w:firstLine="0"/>
        <w:jc w:val="both"/>
      </w:pPr>
      <w:r>
        <w:rPr>
          <w:rFonts w:ascii="Times New Roman" w:hAnsi="Times New Roman" w:eastAsia="Times New Roman" w:cs="Times New Roman"/>
          <w:b w:val="0"/>
          <w:sz w:val="24"/>
        </w:rPr>
        <w:t>Signed, Published, and Declared by the said testator, [name of testator], as and for [his or her] Last Will and Testament, in our presence and hearing, and we thereupon at [his or her] request, in [his or her] presence and in the presence of each other, subscribed our names as witnesses on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#1]</w:t>
      </w:r>
    </w:p>
    <w:p>
      <w:pPr>
        <w:keepNext w:val="0"/>
        <w:spacing w:before="120" w:after="0" w:line="260" w:lineRule="exact"/>
        <w:ind w:left="360" w:right="0" w:firstLine="0"/>
        <w:jc w:val="left"/>
      </w:pPr>
      <w:r>
        <w:rPr>
          <w:rFonts w:ascii="Times New Roman" w:hAnsi="Times New Roman" w:eastAsia="Times New Roman" w:cs="Times New Roman"/>
          <w:b w:val="0"/>
          <w:sz w:val="24"/>
        </w:rPr>
        <w:t>[address of witness #1]</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[witness #2]</w:t>
      </w:r>
    </w:p>
    <w:p>
      <w:pPr>
        <w:keepNext w:val="0"/>
        <w:spacing w:before="120" w:after="0" w:line="260" w:lineRule="exact"/>
        <w:ind w:left="360" w:right="0" w:firstLine="0"/>
        <w:jc w:val="left"/>
      </w:pPr>
      <w:r>
        <w:rPr>
          <w:rFonts w:ascii="Times New Roman" w:hAnsi="Times New Roman" w:eastAsia="Times New Roman" w:cs="Times New Roman"/>
          <w:b w:val="0"/>
          <w:sz w:val="24"/>
        </w:rPr>
        <w:t>[address of witness #2]</w:t>
      </w:r>
    </w:p>
    <w:p>
      <w:pPr/>
    </w:p>
    <w:p>
      <w:pPr>
        <w:keepNext w:val="0"/>
        <w:spacing w:before="120" w:after="0" w:line="260" w:lineRule="exact"/>
        <w:ind w:left="360" w:right="0" w:firstLine="0"/>
        <w:jc w:val="left"/>
      </w:pPr>
      <w:r>
        <w:rPr>
          <w:rFonts w:ascii="Times New Roman" w:hAnsi="Times New Roman" w:eastAsia="Times New Roman" w:cs="Times New Roman"/>
          <w:b/>
          <w:sz w:val="24"/>
        </w:rPr>
        <w:t>SELF-PROVING AFFIDAVIT OF SUBSCRIBING WITNESSES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MADE AT REQUEST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Before me, the undersigned authority, on this day personally appeared [name of testator], [name of first witness], and [name of second witness] known to me to be the testator and the witnesses, respectively, whose names are subscribed to the annexed or foregoing instrument in their respective capacities, and all of said individuals being by me duly sworn, [name of testator], testator, declared to me and to the witnesses in my presence that said instrument is the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last will and testament of the testator and that the testator had willingly made and executed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free act and deed for the purposes expressed therein. The witnesses, each on oath, stated to me in the presence and hearing of the testator that the testator had declared to them that the instrument is the testator's last will and testament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codicil to the testator's last will and testament and that the testator executed the instrument as such and wished each of them to sign 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and under oath each witness stated further that the witness had signed the same as witness in the presence of the testator and at the testator's request; that the testator was 14 years of age or over and of sound mind; and that each of the witnesses was then at least 14 years of age.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 (signature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_________________________________ (printed name of notary) </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 (date)</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