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Married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currently residing at [full address, including county], do hereby make, publish, and declare this to be my Last Will and Testament, hereby revoking any and all other wills and codicils by me at any time heretofore made.</w:t>
      </w:r>
    </w:p>
    <w:p>
      <w:pPr>
        <w:keepNext w:val="0"/>
        <w:spacing w:before="200" w:after="0" w:line="260" w:lineRule="exact"/>
        <w:ind w:left="720" w:right="0" w:firstLine="0"/>
        <w:jc w:val="both"/>
      </w:pPr>
      <w:r>
        <w:rPr>
          <w:rFonts w:ascii="Times New Roman" w:hAnsi="Times New Roman" w:eastAsia="Times New Roman" w:cs="Times New Roman"/>
          <w:b w:val="0"/>
          <w:sz w:val="24"/>
        </w:rPr>
        <w:t>I am married to [name of spouse], and any reference to my Spouse shall be to [him or her]. I have [number (e.g., four)] children, namely, [names of children]. Any reference to my children shall be to them, or any children after-born or adopted by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TAXES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generation-skipping or other wealth transfer taxes (other than any additional estate tax imposed by Code Sections 2031(c)(5)(C), 2032A(c) or 2057(f), any generation-skipping transfer tax on any generation-skipping transfer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or any comparable tax imposed by any other taxing authority)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in the preceding Article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generation-skipping transfer tax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of property passing as part of my Residuary Estate and disposed of under this Will prior to the disposition of my Residuary Estate) shall be charged to the property constituting the transfer in the manner provided by Code Section 2603(b).</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Additionally, my legally enforceable debts, funeral expenses, and expenses of the administration of my estate shall be paid without reimbursement from any party out of my Residuary Estate, as defined below. My Executor shall have complete discretion in deciding which particular properties are to be used for payment of such debts and other obligations pursuant to this paragraph.</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otherwise specifically provided below in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I give and bequeath all my tangible personal property to my Spouse, [name of spouse], if [he or she] shall survive me. If my Spouse does not survive me, then to my children who shall survive me, in as nearly equal shares as practicable, having due regard for their personal preferences. The term "tangible personal property" shall include, but not be limited to, my household goods, jewelry, furniture, furnishings, equipment, automobiles together with all insurance policies related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 If my Spouse shall not survive me, I direct that each of my surviving children may select from the foregoing those articles [he or she] may wish to retain, and I hereby give and bequeath to each child the articles selected. If my children are unable to agree as to the recipient of any article, I authorize and direct my Executor to make the decision. If, in the sole judgment of my Executor, any child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Executor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child. Any articles not selected shall be sold and the proceeds added to my Residuary Estate.</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memorandum listing certain items of some of the items described in Paragraph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above that I wish certain persons to have and request that my wishes as set forth in the memorandum to be observed.</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my children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Executor, in [his or her] discretion, to deliver the articles either directly to the child, or to the child's guardian, or to the person having the care and custody of the child,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child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Executor with respect to the bequest.</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at such individual's residence or place of business shall be paid by my Executor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devise, and bequeath all the rest, residue, and remainder of my estate, real, personal, and mixed, of whatever kind and nature and wherever situated (my "Residuary Estate"), of which I may die seized or possessed, or in which I may have any interest,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survives me, I give my Entire Residuary Estate to [him/her].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survives me and [he or she] or the Executor of [his or her] estate shall disclaim all or any part of my Residuary Estate, I give all the disclaimed property to my Trustee, hereinafter named, to be held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designated as the Disclaimer Trust and administered pursuant to Paragraph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of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applicable to the Disclaimer Trust.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does not survive me, my Residuary Estate shall be divided into equal separate shares so as to provide one share for each child of mine who survives me, and one share for the descendants who survive me, collectively, of any child of mine who predeceases me, to be divided per stirpes among such descendants.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mine or for the descendants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mine who is under the age of [age of separate share trust termination (e.g., 35)] shall be held in trust for such child or descendant of mine (such "Beneficiary") under the provisions of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Disclaimer Trust shall be held, administered, and distributed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my Trustee to pay to or apply for the benefit of my Spouse, during [his or her] lifetime, the entire net income of the trust, together with so much of the principal, from time to time, as my Trustee, in [his or her or its] sole discretion, shall deem necessary or advisable to provide adequately for my Spouse's health, education, maintenance, and support in [his or her] accustomed manner of living. In exercising the discretion hereby conferred, my Trustee shall take into account any other income available to my Spouse, and may, but shall not be required to, take into account my Spouse's other principal resources.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During the lifetime of my Spouse, I authorize my Trustee to advance principal from time to time for the benefit of my descendants whenever my Trustee in [his or her or its] sole discretion shall determine that advances are necessary or advisable for their health, education, maintenance, and support. Such distributions of principal need not be equal, and any one or more of my descendants may be excluded from any such payments.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exercising my Trustee's discretion under this Paragraph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of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my Trustee shall give primary consideration to the needs of my Spouse. Any income not so paid or applied shall be accumulated and added to principal annually.</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Trustee's decision with respect to any advances of principal pursuant to this Article shall be final and binding on all persons interested in the trust and shall not be subject to judicial review.</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death of my Spouse, I direct my Trustee to divide the remaining trust property outright and in equal shares, so as to provide one share for each child of mine who survives me, and one share for the descendants who survive me, collectively, of any child of mine who predeceases me, to be divided per stirpes among such descendants. Notwithstanding the foregoing, if any of my children shall not yet have attained the age of [age of separate share trust termination (e.g., 35)] years, such child's share shall be held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share trust pursuant to the terms of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of this Will.</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there are no persons designated in this Will (or any trust created herein) to whom any part of the income or principal of my estate (or any trust created herein) may be distributed pursuant to the provisions of this Article, such property shall be transferred and paid over to the persons to whom and in the shares and proportions in which my Executor would have been required to pay the same under the laws of Illinois in effect at the time such disposition is made had I then died intestate and possessed of such property.</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SEPARATE SHARE TRUSTS FOR BENEFICIARIES.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share provided for, or amount accruing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and directed to be held under the provisions of this Article shall continue to be held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such child under the following terms and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Until the Beneficiary reaches the age of twenty-one (21) years, the Trustee shall pay to such Beneficiary, or apply for his or her benefit, for any reason whatsoever, as much or all (or none) of the net income as the Trustee, in his or her sole discretion, shall determine. At the end of each trust year, the Trustee shall add to principal any net income not so paid or applied and thereafter the same shall be dealt with as principal for all purposes. After the Beneficiary reaches the age of twenty-one (21) years, the Trustee shall pay to the Beneficiary, or apply for his or her benefit, the entire net income of the trust in quarter-annual or more frequent installments as may be convenient to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pay to the Beneficiary, or apply for his or her benefit, for any reason whatsoever, as much or all of the principal as the Trustee, in his or her sole discretion, shall determine at any time or from time to time, without regard to the interest of any remainderman and even though any distribution of principal may terminate the trust.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may, but need not, consider the Beneficiary's assets and income apart from the trust in exercising their discretionary power to make payments to or for the benefit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 the Beneficiary reaches the age of [age of first trust distribution (e.g., 30)] years, or upon creation of the Beneficiary's trust if he or she is then at least [age of first trust distribution (e.g., 30)] years old, one-half (1⁄2) of the principal shall be paid to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 for such Beneficiary shall terminate (unless it terminated previously pursuant to other provisions of this Article) upon the first to occur of the Beneficiary's attainment of age [age of separate share trust termination (e.g., 35)] years, or the Beneficiary's death. Upon termination, the Trustee shall pay remaining trust assets to the Beneficiary. If the Beneficiary is not then living, the Trustee shall pay the balance of the trust assets to the Beneficiary's then living issue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xml:space="preserve">, or, if there be no such descendant, to my then living descendants,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xml:space="preserve">. Any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grandchild, or more remote descendant of mine that is younger than [age of separate share trust termination (e.g., 35)] years of age, shall be held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such issue upon the terms set forth in this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such Beneficiary is already being held under this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to be added to such trust.</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[name of executor], as Executor of my Will. Should my [name of executor] be unwilling or unable to serve as Executor, or shall at any point cease to serve as Executor, I nominate and appoint [name of first substitute executor], to serve individually. If [name of first substitute executor] shall be unable or unwilling to serve, I nominate and appoint [name of second substitute executor], to serve individually. If neither of them shall be willing or able to serve, or if at any point either of them shall cease to serve as Executor, I nominate and appoint as substitute or successor Executor, [name of company (e.g., ABC Trust Company)].</w:t>
      </w:r>
    </w:p>
    <w:p>
      <w:pPr>
        <w:keepNext w:val="0"/>
        <w:spacing w:before="120" w:after="0" w:line="260" w:lineRule="exact"/>
        <w:ind w:left="720" w:right="0" w:firstLine="0"/>
        <w:jc w:val="left"/>
      </w:pPr>
      <w:r>
        <w:rPr>
          <w:rFonts w:ascii="Times New Roman" w:hAnsi="Times New Roman" w:eastAsia="Times New Roman" w:cs="Times New Roman"/>
          <w:b w:val="0"/>
          <w:sz w:val="24"/>
        </w:rPr>
        <w:t>5.2.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initial trustees of any trust created hereunder shall be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[name of trustee of Disclaimer Trust] to serve as Trustee of any Disclaimer Trust created under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If [name of trustee of Disclaimer Trust] fails to become or ceases to act as Trustee, I appoint [name of successor Trustee], to serve as successor Trustee. If for any reason [name of appointed successor trustee] fails to become or ceases to act as Trustee, I appoint [name of second successor trustee], to serve as second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[name of trustee], as Trustee of any trust or trusts created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as defined above.. If for any reason [name of trustee] fails to become or ceases to act as Trustee, I appoint my [relationship to testator], [name of successor trustee], to serve as successor Trustee.</w:t>
      </w:r>
    </w:p>
    <w:p>
      <w:pPr>
        <w:keepNext w:val="0"/>
        <w:spacing w:before="120" w:after="0" w:line="260" w:lineRule="exact"/>
        <w:ind w:left="720" w:right="0" w:firstLine="0"/>
        <w:jc w:val="left"/>
      </w:pPr>
      <w:r>
        <w:rPr>
          <w:rFonts w:ascii="Times New Roman" w:hAnsi="Times New Roman" w:eastAsia="Times New Roman" w:cs="Times New Roman"/>
          <w:b w:val="0"/>
          <w:sz w:val="24"/>
        </w:rPr>
        <w:t>5.3.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 Any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hereunder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by such designator and acknowledged in the same manner as is then required to record deeds of real estate in Illinois.</w:t>
      </w:r>
    </w:p>
    <w:p>
      <w:pPr>
        <w:keepNext w:val="0"/>
        <w:spacing w:before="120" w:after="0" w:line="260" w:lineRule="exact"/>
        <w:ind w:left="720" w:right="0" w:firstLine="0"/>
        <w:jc w:val="left"/>
      </w:pPr>
      <w:r>
        <w:rPr>
          <w:rFonts w:ascii="Times New Roman" w:hAnsi="Times New Roman" w:eastAsia="Times New Roman" w:cs="Times New Roman"/>
          <w:b w:val="0"/>
          <w:sz w:val="24"/>
        </w:rPr>
        <w:t>5.4.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last acting sole Trustee for whom there is no named successor, whether named in this Will or named pursuant to procedures prescribed in this Will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he or she shall cease to act as Trustee for any reason whatsoever. Any such designation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by such designator during his or her lifetime (which he or she may alter from time to time) and acknowledged in the same manner as is then required to record deeds of real estate in Illinois, or by his or her Last Will and Testament duly admitted to probate.</w:t>
      </w:r>
    </w:p>
    <w:p>
      <w:pPr>
        <w:keepNext w:val="0"/>
        <w:spacing w:before="120" w:after="0" w:line="260" w:lineRule="exact"/>
        <w:ind w:left="720" w:right="0" w:firstLine="0"/>
        <w:jc w:val="left"/>
      </w:pPr>
      <w:r>
        <w:rPr>
          <w:rFonts w:ascii="Times New Roman" w:hAnsi="Times New Roman" w:eastAsia="Times New Roman" w:cs="Times New Roman"/>
          <w:b w:val="0"/>
          <w:sz w:val="24"/>
        </w:rPr>
        <w:t>5.5.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Will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Trustee of such trust.</w:t>
      </w:r>
    </w:p>
    <w:p>
      <w:pPr>
        <w:keepNext w:val="0"/>
        <w:spacing w:before="120" w:after="0" w:line="260" w:lineRule="exact"/>
        <w:ind w:left="720" w:right="0" w:firstLine="0"/>
        <w:jc w:val="left"/>
      </w:pPr>
      <w:r>
        <w:rPr>
          <w:rFonts w:ascii="Times New Roman" w:hAnsi="Times New Roman" w:eastAsia="Times New Roman" w:cs="Times New Roman"/>
          <w:b w:val="0"/>
          <w:sz w:val="24"/>
        </w:rPr>
        <w:t>5.6.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720" w:right="0" w:firstLine="0"/>
        <w:jc w:val="left"/>
      </w:pPr>
      <w:r>
        <w:rPr>
          <w:rFonts w:ascii="Times New Roman" w:hAnsi="Times New Roman" w:eastAsia="Times New Roman" w:cs="Times New Roman"/>
          <w:b w:val="0"/>
          <w:sz w:val="24"/>
        </w:rPr>
        <w:t>5.7.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Executors and Trustees shall receive reimbursement for reasonable out-of-pocket expenses incurred in performing the duties in accordance with this Will and any trusts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5.8.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Executor shall mean the person who qualifies as executor, whether male or female, and indicates successor executors. The word Trustee shall mean the person who qualifies as trustee, whether male or female, and indicates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5.9.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None of my executors or trustees of trusts created under this Will shall be required to give any bond or other security for the faithful performance of her, his, or its duties as executor in Illinois or elsewhere. Additionally, I direct that my Executor administer my estate independently, without court supervision and approval of accounts.</w:t>
      </w:r>
    </w:p>
    <w:p>
      <w:pPr>
        <w:keepNext w:val="0"/>
        <w:spacing w:before="120" w:after="0" w:line="260" w:lineRule="exact"/>
        <w:ind w:left="720" w:right="0" w:firstLine="0"/>
        <w:jc w:val="left"/>
      </w:pPr>
      <w:r>
        <w:rPr>
          <w:rFonts w:ascii="Times New Roman" w:hAnsi="Times New Roman" w:eastAsia="Times New Roman" w:cs="Times New Roman"/>
          <w:b w:val="0"/>
          <w:sz w:val="24"/>
        </w:rPr>
        <w:t>5.10.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executors and trustees shall receive reasonable compensation for the duties performed in accordance with this Will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executor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Except as specifically provided in this Will, in addition to the powers conferred by law, the Executor and Trustee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access, take control of, handle, continue, transfer, or terminate any of my digital assets. My executor shall also have the power to exercise any right that I may have under any contract or license relating to any digital asset. "Digital assets" includes, but is not limited to: email accounts, online currency, online banking records, social media accounts, digital books, digital music, digital photos, digital videos, software licenses, website registrations, domain registrations, web hosting accounts, and in general any electronic data (including settings or administrative data) that is stored on any device or medium or by any remote-computing service. Additionally, I specifically authorize my executor and trustee to access the content of any communication that has been electronically stored by the service provider for that communication or that is carried or maintained by the service provider for that communication.</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and any other applicable Federal or state data privacy law or criminal law.</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Executor or Trustee may determine, without regard to any requirement for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6.4.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6.5.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6.6.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080" w:right="0" w:firstLine="0"/>
        <w:jc w:val="left"/>
      </w:pPr>
      <w:r>
        <w:rPr>
          <w:rFonts w:ascii="Times New Roman" w:hAnsi="Times New Roman" w:eastAsia="Times New Roman" w:cs="Times New Roman"/>
          <w:b w:val="0"/>
          <w:sz w:val="24"/>
        </w:rPr>
        <w:t>6.7.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6.8.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080" w:right="0" w:firstLine="0"/>
        <w:jc w:val="left"/>
      </w:pPr>
      <w:r>
        <w:rPr>
          <w:rFonts w:ascii="Times New Roman" w:hAnsi="Times New Roman" w:eastAsia="Times New Roman" w:cs="Times New Roman"/>
          <w:b w:val="0"/>
          <w:sz w:val="24"/>
        </w:rPr>
        <w:t>6.9.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6.10.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6.11.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6.12.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6.13.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6.14.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6.15.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080" w:right="0" w:firstLine="0"/>
        <w:jc w:val="left"/>
      </w:pPr>
      <w:r>
        <w:rPr>
          <w:rFonts w:ascii="Times New Roman" w:hAnsi="Times New Roman" w:eastAsia="Times New Roman" w:cs="Times New Roman"/>
          <w:b w:val="0"/>
          <w:sz w:val="24"/>
        </w:rPr>
        <w:t>6.18.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 and</w:t>
      </w:r>
    </w:p>
    <w:p>
      <w:pPr>
        <w:keepNext w:val="0"/>
        <w:spacing w:before="120" w:after="0" w:line="260" w:lineRule="exact"/>
        <w:ind w:left="1080" w:right="0" w:firstLine="0"/>
        <w:jc w:val="left"/>
      </w:pPr>
      <w:r>
        <w:rPr>
          <w:rFonts w:ascii="Times New Roman" w:hAnsi="Times New Roman" w:eastAsia="Times New Roman" w:cs="Times New Roman"/>
          <w:b w:val="0"/>
          <w:sz w:val="24"/>
        </w:rPr>
        <w:t>6.19.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the administration of any trust created hereunder, I direct that:</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 shall be required to see to the application of such property or funds;</w:t>
      </w:r>
    </w:p>
    <w:p>
      <w:pPr>
        <w:keepNext w:val="0"/>
        <w:spacing w:before="120" w:after="0" w:line="260" w:lineRule="exact"/>
        <w:ind w:left="1080" w:right="0" w:firstLine="0"/>
        <w:jc w:val="left"/>
      </w:pPr>
      <w:r>
        <w:rPr>
          <w:rFonts w:ascii="Times New Roman" w:hAnsi="Times New Roman" w:eastAsia="Times New Roman" w:cs="Times New Roman"/>
          <w:b w:val="0"/>
          <w:sz w:val="24"/>
        </w:rPr>
        <w:t>7.2.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Will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7.3.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Trustees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080" w:right="0" w:firstLine="0"/>
        <w:jc w:val="left"/>
      </w:pPr>
      <w:r>
        <w:rPr>
          <w:rFonts w:ascii="Times New Roman" w:hAnsi="Times New Roman" w:eastAsia="Times New Roman" w:cs="Times New Roman"/>
          <w:b w:val="0"/>
          <w:sz w:val="24"/>
        </w:rPr>
        <w:t>7.4.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under this Will may accept the trust assets delivered to him or her by or on behalf of his or her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Will;</w:t>
      </w:r>
    </w:p>
    <w:p>
      <w:pPr>
        <w:keepNext w:val="0"/>
        <w:spacing w:before="120" w:after="0" w:line="260" w:lineRule="exact"/>
        <w:ind w:left="1080" w:right="0" w:firstLine="0"/>
        <w:jc w:val="left"/>
      </w:pPr>
      <w:r>
        <w:rPr>
          <w:rFonts w:ascii="Times New Roman" w:hAnsi="Times New Roman" w:eastAsia="Times New Roman" w:cs="Times New Roman"/>
          <w:b w:val="0"/>
          <w:sz w:val="24"/>
        </w:rPr>
        <w:t>7.5.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Until the Trustee received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Will to be delivered to or served on the Trustee shall be deemed received by the Trustee when personally delivered to the Trustee, or, in lieu of such personal delivery, when deposited in the United States mail, certified mail with postage prepaid, addressed to the Trustee at his or her business or personal address;</w:t>
      </w:r>
    </w:p>
    <w:p>
      <w:pPr>
        <w:keepNext w:val="0"/>
        <w:spacing w:before="120" w:after="0" w:line="260" w:lineRule="exact"/>
        <w:ind w:left="1080" w:right="0" w:firstLine="0"/>
        <w:jc w:val="left"/>
      </w:pPr>
      <w:r>
        <w:rPr>
          <w:rFonts w:ascii="Times New Roman" w:hAnsi="Times New Roman" w:eastAsia="Times New Roman" w:cs="Times New Roman"/>
          <w:b w:val="0"/>
          <w:sz w:val="24"/>
        </w:rPr>
        <w:t>7.6.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Will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of this Will. Anyone may rely on any statement of fact certified by anyone who appears from the original copy or portion of the Trust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080" w:right="0" w:firstLine="0"/>
        <w:jc w:val="left"/>
      </w:pPr>
      <w:r>
        <w:rPr>
          <w:rFonts w:ascii="Times New Roman" w:hAnsi="Times New Roman" w:eastAsia="Times New Roman" w:cs="Times New Roman"/>
          <w:b w:val="0"/>
          <w:sz w:val="24"/>
        </w:rPr>
        <w:t>7.7.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render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annual account to each beneficiary who requests same in writing, and may, but is not required to, furnish such annual account to any beneficiary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request from the beneficiary. Any account furnished is binding on the beneficiary to whom it is furnished, unless the beneficiary (or his or her lawful guardian) files written objections with the Trustee or commences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proceeding to assert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within one year of receipt of the account. If the Trustee furnishes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to any beneficiary and no objections or claims are filed within one year of receipt, then the account shall be binding on all beneficiaries. With respect to any beneficiary so bound, the Trustee is released with the same effect as if the account had been approved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No Trustee may approve that Trustee's own account.</w:t>
      </w:r>
    </w:p>
    <w:p>
      <w:pPr>
        <w:keepNext w:val="0"/>
        <w:spacing w:before="120" w:after="0" w:line="260" w:lineRule="exact"/>
        <w:ind w:left="1080" w:right="0" w:firstLine="0"/>
        <w:jc w:val="left"/>
      </w:pPr>
      <w:r>
        <w:rPr>
          <w:rFonts w:ascii="Times New Roman" w:hAnsi="Times New Roman" w:eastAsia="Times New Roman" w:cs="Times New Roman"/>
          <w:b w:val="0"/>
          <w:sz w:val="24"/>
        </w:rPr>
        <w:t>7.8.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may distribute any income or principal of the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by distributing it to any appropriate person chosen by the Trustee (who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as custodian under any appropriate Uniform Transfers (or Gifts) to Minors Act, to be held for the maximum period of time allowed by law. The Trustee may also sell any asset that cannot legally be held under this custodianship and invest the sales proceeds in assets that can be held under this custodianship;</w:t>
      </w:r>
    </w:p>
    <w:p>
      <w:pPr>
        <w:keepNext w:val="0"/>
        <w:spacing w:before="120" w:after="0" w:line="260" w:lineRule="exact"/>
        <w:ind w:left="1080" w:right="0" w:firstLine="0"/>
        <w:jc w:val="left"/>
      </w:pPr>
      <w:r>
        <w:rPr>
          <w:rFonts w:ascii="Times New Roman" w:hAnsi="Times New Roman" w:eastAsia="Times New Roman" w:cs="Times New Roman"/>
          <w:b w:val="0"/>
          <w:sz w:val="24"/>
        </w:rPr>
        <w:t>7.9.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pursuant to the provisions of this Will,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080" w:right="0" w:firstLine="0"/>
        <w:jc w:val="left"/>
      </w:pPr>
      <w:r>
        <w:rPr>
          <w:rFonts w:ascii="Times New Roman" w:hAnsi="Times New Roman" w:eastAsia="Times New Roman" w:cs="Times New Roman"/>
          <w:b w:val="0"/>
          <w:sz w:val="24"/>
        </w:rPr>
        <w:t>7.10.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Trustee shall determine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would not benefit as greatly from any outright distribution of trust income or principal because of the availability of the distribution to the beneficiary's creditors, the Trustee shall instead expend those amounts for the benefit of the beneficiary; this direction is intended to enable the Trustee to give the beneficiary the maximum possible benefit and enjoyment of all the trust income and principal.</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Will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his or her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080" w:right="0" w:firstLine="0"/>
        <w:jc w:val="left"/>
      </w:pPr>
      <w:r>
        <w:rPr>
          <w:rFonts w:ascii="Times New Roman" w:hAnsi="Times New Roman" w:eastAsia="Times New Roman" w:cs="Times New Roman"/>
          <w:b w:val="0"/>
          <w:sz w:val="24"/>
        </w:rPr>
        <w:t>7.11.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080" w:right="0" w:firstLine="0"/>
        <w:jc w:val="left"/>
      </w:pPr>
      <w:r>
        <w:rPr>
          <w:rFonts w:ascii="Times New Roman" w:hAnsi="Times New Roman" w:eastAsia="Times New Roman" w:cs="Times New Roman"/>
          <w:b w:val="0"/>
          <w:sz w:val="24"/>
        </w:rPr>
        <w:t>7.12.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080" w:right="0" w:firstLine="0"/>
        <w:jc w:val="left"/>
      </w:pPr>
      <w:r>
        <w:rPr>
          <w:rFonts w:ascii="Times New Roman" w:hAnsi="Times New Roman" w:eastAsia="Times New Roman" w:cs="Times New Roman"/>
          <w:b w:val="0"/>
          <w:sz w:val="24"/>
        </w:rPr>
        <w:t>7.13.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7.14.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7.15.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Will or by law, including any power, discretion or duty which would not, absent this section, be delegable;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Will, including but not limited to those described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080" w:right="0" w:firstLine="0"/>
        <w:jc w:val="left"/>
      </w:pPr>
      <w:r>
        <w:rPr>
          <w:rFonts w:ascii="Times New Roman" w:hAnsi="Times New Roman" w:eastAsia="Times New Roman" w:cs="Times New Roman"/>
          <w:b w:val="0"/>
          <w:sz w:val="24"/>
        </w:rPr>
        <w:t>7.16.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situs of the trust shall be Illinois.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Trustees are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080" w:right="0" w:firstLine="0"/>
        <w:jc w:val="left"/>
      </w:pPr>
      <w:r>
        <w:rPr>
          <w:rFonts w:ascii="Times New Roman" w:hAnsi="Times New Roman" w:eastAsia="Times New Roman" w:cs="Times New Roman"/>
          <w:b w:val="0"/>
          <w:sz w:val="24"/>
        </w:rPr>
        <w:t>7.17.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 determines in its discretion will help achieve my planning goals. The determination of the Trustee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and</w:t>
      </w:r>
    </w:p>
    <w:p>
      <w:pPr>
        <w:keepNext w:val="0"/>
        <w:spacing w:before="120" w:after="0" w:line="260" w:lineRule="exact"/>
        <w:ind w:left="1080" w:right="0" w:firstLine="0"/>
        <w:jc w:val="left"/>
      </w:pPr>
      <w:r>
        <w:rPr>
          <w:rFonts w:ascii="Times New Roman" w:hAnsi="Times New Roman" w:eastAsia="Times New Roman" w:cs="Times New Roman"/>
          <w:b w:val="0"/>
          <w:sz w:val="24"/>
        </w:rPr>
        <w:t>7.18.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otherwise provided herein, it is my intent that every trust created under this Will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perpetual trust under Illinois law and that no rule against perpetuities apply to those trusts. If for any reason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shall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if it shall become necessary to subject the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in order to preserve its treatment under the federal generation-skipping tax, then the trust shall terminate upon the expiration of the longest period that property may be held in trust under the law of such jurisdiction (including any applicable period, such as twenty-one (21) years or ninety (90) years). At the expiration of that period, the Trustee shall distribute the remaining portion of any trust property to the beneficiaries entitled to the income thereof at that time and in the proportions in which they are beneficiaries of such income.</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any provision of this Will to the contrary, the following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exercise any of the powers proscribed by this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trust created under this Will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Will, to exercise such proscribed power.</w:t>
      </w:r>
    </w:p>
    <w:p>
      <w:pPr>
        <w:keepNext w:val="0"/>
        <w:spacing w:before="120" w:after="0" w:line="260" w:lineRule="exact"/>
        <w:ind w:left="1080" w:right="0" w:firstLine="0"/>
        <w:jc w:val="left"/>
      </w:pPr>
      <w:r>
        <w:rPr>
          <w:rFonts w:ascii="Times New Roman" w:hAnsi="Times New Roman" w:eastAsia="Times New Roman" w:cs="Times New Roman"/>
          <w:b w:val="0"/>
          <w:sz w:val="24"/>
        </w:rPr>
        <w:t>8.3.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Code Section 672(c).</w:t>
      </w:r>
    </w:p>
    <w:p>
      <w:pPr>
        <w:keepNext w:val="0"/>
        <w:spacing w:before="120" w:after="0" w:line="260" w:lineRule="exact"/>
        <w:ind w:left="1080" w:right="0" w:firstLine="0"/>
        <w:jc w:val="left"/>
      </w:pPr>
      <w:r>
        <w:rPr>
          <w:rFonts w:ascii="Times New Roman" w:hAnsi="Times New Roman" w:eastAsia="Times New Roman" w:cs="Times New Roman"/>
          <w:b w:val="0"/>
          <w:sz w:val="24"/>
        </w:rPr>
        <w:t>8.4.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1080" w:right="0" w:firstLine="0"/>
        <w:jc w:val="left"/>
      </w:pPr>
      <w:r>
        <w:rPr>
          <w:rFonts w:ascii="Times New Roman" w:hAnsi="Times New Roman" w:eastAsia="Times New Roman" w:cs="Times New Roman"/>
          <w:b w:val="0"/>
          <w:sz w:val="24"/>
        </w:rPr>
        <w:t>8.5.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36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9.1.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will shall be governed by the laws of the State of Illinois.</w:t>
      </w:r>
    </w:p>
    <w:p>
      <w:pPr>
        <w:keepNext w:val="0"/>
        <w:spacing w:before="120" w:after="0" w:line="260" w:lineRule="exact"/>
        <w:ind w:left="720" w:right="0" w:firstLine="0"/>
        <w:jc w:val="left"/>
      </w:pPr>
      <w:r>
        <w:rPr>
          <w:rFonts w:ascii="Times New Roman" w:hAnsi="Times New Roman" w:eastAsia="Times New Roman" w:cs="Times New Roman"/>
          <w:b w:val="0"/>
          <w:sz w:val="24"/>
        </w:rPr>
        <w:t>9.2.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Will, or the application of any provision to any person or circumstance, shall be held invalid, the remainder of this Will,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9.3.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9.4.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720" w:right="0" w:firstLine="0"/>
        <w:jc w:val="left"/>
      </w:pPr>
      <w:r>
        <w:rPr>
          <w:rFonts w:ascii="Times New Roman" w:hAnsi="Times New Roman" w:eastAsia="Times New Roman" w:cs="Times New Roman"/>
          <w:b w:val="0"/>
          <w:sz w:val="24"/>
        </w:rPr>
        <w:t>9.5.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w:t>
      </w:r>
    </w:p>
    <w:p>
      <w:pPr>
        <w:keepNext w:val="0"/>
        <w:spacing w:before="120" w:after="0" w:line="260" w:lineRule="exact"/>
        <w:ind w:left="720" w:right="0" w:firstLine="0"/>
        <w:jc w:val="left"/>
      </w:pPr>
      <w:r>
        <w:rPr>
          <w:rFonts w:ascii="Times New Roman" w:hAnsi="Times New Roman" w:eastAsia="Times New Roman" w:cs="Times New Roman"/>
          <w:b w:val="0"/>
          <w:sz w:val="24"/>
        </w:rPr>
        <w:t>9.6.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"per stirpes,"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representation shall be calculated from the generation of that person's children,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that person in fact is living at the time of calculation.</w:t>
      </w:r>
    </w:p>
    <w:p>
      <w:pPr>
        <w:keepNext w:val="0"/>
        <w:spacing w:before="120" w:after="0" w:line="260" w:lineRule="exact"/>
        <w:ind w:left="720" w:right="0" w:firstLine="0"/>
        <w:jc w:val="left"/>
      </w:pPr>
      <w:r>
        <w:rPr>
          <w:rFonts w:ascii="Times New Roman" w:hAnsi="Times New Roman" w:eastAsia="Times New Roman" w:cs="Times New Roman"/>
          <w:b w:val="0"/>
          <w:sz w:val="24"/>
        </w:rPr>
        <w:t>9.7.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"guardian" means successively in the order named, (1) the court-appointed guardian of the estate, (2) either parent, or (3) the individual having personal custody (regardless of whether he or she is court-appointed) where no guardian of the estate has been appointed.</w:t>
      </w:r>
    </w:p>
    <w:p>
      <w:pPr>
        <w:keepNext w:val="0"/>
        <w:spacing w:before="120" w:after="0" w:line="260" w:lineRule="exact"/>
        <w:ind w:left="720" w:right="0" w:firstLine="0"/>
        <w:jc w:val="left"/>
      </w:pPr>
      <w:r>
        <w:rPr>
          <w:rFonts w:ascii="Times New Roman" w:hAnsi="Times New Roman" w:eastAsia="Times New Roman" w:cs="Times New Roman"/>
          <w:b w:val="0"/>
          <w:sz w:val="24"/>
        </w:rPr>
        <w:t>9.8.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"Executor" means any court-appointed fiduciary or fiduciaries of my estate from time to time qualified and acting in any jurisdiction.</w:t>
      </w:r>
    </w:p>
    <w:p>
      <w:pPr>
        <w:keepNext w:val="0"/>
        <w:spacing w:before="120" w:after="0" w:line="260" w:lineRule="exact"/>
        <w:ind w:left="720" w:right="0" w:firstLine="0"/>
        <w:jc w:val="left"/>
      </w:pPr>
      <w:r>
        <w:rPr>
          <w:rFonts w:ascii="Times New Roman" w:hAnsi="Times New Roman" w:eastAsia="Times New Roman" w:cs="Times New Roman"/>
          <w:b w:val="0"/>
          <w:sz w:val="24"/>
        </w:rPr>
        <w:t>9.9.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"support" means support in the beneficiary's accustomed manner of living, and includes maintenance of the beneficiary in health and reasonable comfort.</w:t>
      </w:r>
    </w:p>
    <w:p>
      <w:pPr>
        <w:keepNext w:val="0"/>
        <w:spacing w:before="120" w:after="0" w:line="260" w:lineRule="exact"/>
        <w:ind w:left="720" w:right="0" w:firstLine="0"/>
        <w:jc w:val="left"/>
      </w:pPr>
      <w:r>
        <w:rPr>
          <w:rFonts w:ascii="Times New Roman" w:hAnsi="Times New Roman" w:eastAsia="Times New Roman" w:cs="Times New Roman"/>
          <w:b w:val="0"/>
          <w:sz w:val="24"/>
        </w:rPr>
        <w:t>9.10.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"education" includes, but is not limited to, the expenses of private schooling at the pre-elementary, elementary and secondary school levels, college, graduate and professional schools, and specialized or vocational training.</w:t>
      </w:r>
    </w:p>
    <w:p>
      <w:pPr>
        <w:keepNext w:val="0"/>
        <w:spacing w:before="120" w:after="0" w:line="260" w:lineRule="exact"/>
        <w:ind w:left="720" w:right="0" w:firstLine="0"/>
        <w:jc w:val="left"/>
      </w:pPr>
      <w:r>
        <w:rPr>
          <w:rFonts w:ascii="Times New Roman" w:hAnsi="Times New Roman" w:eastAsia="Times New Roman" w:cs="Times New Roman"/>
          <w:b w:val="0"/>
          <w:sz w:val="24"/>
        </w:rPr>
        <w:t>9.11.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"health" shall be construed liberally to include all forms of mental or physical health care, including, but not limited to, nursing home or other extended care.</w:t>
      </w:r>
    </w:p>
    <w:p>
      <w:pPr>
        <w:keepNext w:val="0"/>
        <w:spacing w:before="120" w:after="0" w:line="260" w:lineRule="exact"/>
        <w:ind w:left="720" w:right="0" w:firstLine="0"/>
        <w:jc w:val="left"/>
      </w:pPr>
      <w:r>
        <w:rPr>
          <w:rFonts w:ascii="Times New Roman" w:hAnsi="Times New Roman" w:eastAsia="Times New Roman" w:cs="Times New Roman"/>
          <w:b w:val="0"/>
          <w:sz w:val="24"/>
        </w:rPr>
        <w:t>9.12.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"best interests" is not defined because I intend to give the independent Trustee unfettered discretion in determining what is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best interests, subject only to the requirement that this discretion not be exercised in bad faith.</w:t>
      </w:r>
    </w:p>
    <w:p>
      <w:pPr>
        <w:keepNext w:val="0"/>
        <w:spacing w:before="120" w:after="0" w:line="260" w:lineRule="exact"/>
        <w:ind w:left="720" w:right="0" w:firstLine="0"/>
        <w:jc w:val="left"/>
      </w:pPr>
      <w:r>
        <w:rPr>
          <w:rFonts w:ascii="Times New Roman" w:hAnsi="Times New Roman" w:eastAsia="Times New Roman" w:cs="Times New Roman"/>
          <w:b w:val="0"/>
          <w:sz w:val="24"/>
        </w:rPr>
        <w:t>9.13.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"Code" means the Internal Revenue Code of 1986, as from time to time amended.</w:t>
      </w:r>
    </w:p>
    <w:p>
      <w:pPr>
        <w:keepNext w:val="0"/>
        <w:spacing w:before="120" w:after="0" w:line="260" w:lineRule="exact"/>
        <w:ind w:left="720" w:right="0" w:firstLine="0"/>
        <w:jc w:val="left"/>
      </w:pPr>
      <w:r>
        <w:rPr>
          <w:rFonts w:ascii="Times New Roman" w:hAnsi="Times New Roman" w:eastAsia="Times New Roman" w:cs="Times New Roman"/>
          <w:b w:val="0"/>
          <w:sz w:val="24"/>
        </w:rPr>
        <w:t>9.14.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"descendants"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his parent.</w:t>
      </w:r>
    </w:p>
    <w:p>
      <w:pPr>
        <w:keepNext w:val="0"/>
        <w:spacing w:before="120" w:after="0" w:line="260" w:lineRule="exact"/>
        <w:ind w:left="720" w:right="0" w:firstLine="0"/>
        <w:jc w:val="left"/>
      </w:pPr>
      <w:r>
        <w:rPr>
          <w:rFonts w:ascii="Times New Roman" w:hAnsi="Times New Roman" w:eastAsia="Times New Roman" w:cs="Times New Roman"/>
          <w:b w:val="0"/>
          <w:sz w:val="24"/>
        </w:rPr>
        <w:t>9.15.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intend that no child born to or adopted by me before or after the date of this will shall be entitled to receive any greater portion of my estate than that portion, if any, which is provided herein.</w:t>
      </w:r>
    </w:p>
    <w:p>
      <w:pPr>
        <w:keepNext w:val="0"/>
        <w:spacing w:before="120" w:after="0" w:line="260" w:lineRule="exact"/>
        <w:ind w:left="36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NO-CONTEST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any beneficiary under this will in any manner, directly or indirectly, contests or attacks the validity of this will or any disposition under this will, by filing suit against my Executor or otherwise, then any share or interest given to that beneficiary under the provisions of this Will is hereby revoked and shall be disposed of in the same manner as if that contesting beneficiary and all descendants of that beneficiary had predeceased me.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have executed this Will this _____ day of ____________________, 2019. This will is executed under the laws of the State of Illinois.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w:t>
      </w:r>
    </w:p>
    <w:p>
      <w:pPr>
        <w:keepNext w:val="0"/>
        <w:spacing w:before="200" w:after="0" w:line="260" w:lineRule="exact"/>
        <w:ind w:left="1080" w:right="0" w:firstLine="0"/>
        <w:jc w:val="both"/>
      </w:pPr>
      <w:r>
        <w:rPr>
          <w:rFonts w:ascii="Times New Roman" w:hAnsi="Times New Roman" w:eastAsia="Times New Roman" w:cs="Times New Roman"/>
          <w:b w:val="0"/>
          <w:sz w:val="24"/>
        </w:rPr>
        <w:t>We hereby certify that in our presence, on the date appearing above, [name of testator], signed the foregoing will and acknowledged it to be [his/her] Last Will; that at [his/her] request and in [his/her] presence and in the presence of each other, we have signed our names below as witnesses, and that we believe [him/her] to be of sound mind and memory.</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[first witness name]</w:t>
      </w:r>
    </w:p>
    <w:p>
      <w:pPr>
        <w:keepNext w:val="0"/>
        <w:spacing w:before="120" w:after="0" w:line="260" w:lineRule="exact"/>
        <w:ind w:left="1440" w:right="0" w:firstLine="0"/>
        <w:jc w:val="left"/>
      </w:pPr>
      <w:r>
        <w:rPr>
          <w:rFonts w:ascii="Times New Roman" w:hAnsi="Times New Roman" w:eastAsia="Times New Roman" w:cs="Times New Roman"/>
          <w:b w:val="0"/>
          <w:sz w:val="24"/>
        </w:rPr>
        <w:t>Witness</w:t>
      </w:r>
    </w:p>
    <w:p>
      <w:pPr>
        <w:keepNext w:val="0"/>
        <w:spacing w:before="120" w:after="0" w:line="260" w:lineRule="exact"/>
        <w:ind w:left="1440" w:right="0" w:firstLine="0"/>
        <w:jc w:val="left"/>
      </w:pPr>
      <w:r>
        <w:rPr>
          <w:rFonts w:ascii="Times New Roman" w:hAnsi="Times New Roman" w:eastAsia="Times New Roman" w:cs="Times New Roman"/>
          <w:b w:val="0"/>
          <w:sz w:val="24"/>
        </w:rPr>
        <w:t>[first witness address]</w:t>
      </w:r>
    </w:p>
    <w:p>
      <w:pPr>
        <w:keepNext w:val="0"/>
        <w:spacing w:before="120" w:after="0" w:line="260" w:lineRule="exact"/>
        <w:ind w:left="1440" w:right="0" w:firstLine="0"/>
        <w:jc w:val="left"/>
      </w:pPr>
      <w:r>
        <w:rPr>
          <w:rFonts w:ascii="Times New Roman" w:hAnsi="Times New Roman" w:eastAsia="Times New Roman" w:cs="Times New Roman"/>
          <w:b w:val="0"/>
          <w:sz w:val="24"/>
        </w:rPr>
        <w:t>I am signing this will in the physical presence of the testator.</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[second witness name]</w:t>
      </w:r>
    </w:p>
    <w:p>
      <w:pPr>
        <w:keepNext w:val="0"/>
        <w:spacing w:before="120" w:after="0" w:line="260" w:lineRule="exact"/>
        <w:ind w:left="1440" w:right="0" w:firstLine="0"/>
        <w:jc w:val="left"/>
      </w:pPr>
      <w:r>
        <w:rPr>
          <w:rFonts w:ascii="Times New Roman" w:hAnsi="Times New Roman" w:eastAsia="Times New Roman" w:cs="Times New Roman"/>
          <w:b w:val="0"/>
          <w:sz w:val="24"/>
        </w:rPr>
        <w:t>Witness</w:t>
      </w:r>
    </w:p>
    <w:p>
      <w:pPr>
        <w:keepNext w:val="0"/>
        <w:spacing w:before="120" w:after="0" w:line="260" w:lineRule="exact"/>
        <w:ind w:left="1440" w:right="0" w:firstLine="0"/>
        <w:jc w:val="left"/>
      </w:pPr>
      <w:r>
        <w:rPr>
          <w:rFonts w:ascii="Times New Roman" w:hAnsi="Times New Roman" w:eastAsia="Times New Roman" w:cs="Times New Roman"/>
          <w:b w:val="0"/>
          <w:sz w:val="24"/>
        </w:rPr>
        <w:t>[second witness address]</w:t>
      </w:r>
    </w:p>
    <w:p>
      <w:pPr>
        <w:keepNext w:val="0"/>
        <w:spacing w:before="120" w:after="0" w:line="260" w:lineRule="exact"/>
        <w:ind w:left="1440" w:right="0" w:firstLine="0"/>
        <w:jc w:val="left"/>
      </w:pPr>
      <w:r>
        <w:rPr>
          <w:rFonts w:ascii="Times New Roman" w:hAnsi="Times New Roman" w:eastAsia="Times New Roman" w:cs="Times New Roman"/>
          <w:b w:val="0"/>
          <w:sz w:val="24"/>
        </w:rPr>
        <w:t>I am signing this will in the physical presence of the testator.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