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statement or list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statement or list, I request my Personal Representative to distribute the tangible personal property listed therein as if the terms of the statement or list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written statement or list is found within [number] days of the Personal Representative's qualification, it shall be presumed that no such statement or list exists.]</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Personal Representative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Personal Representative, in the Personal Representative's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Personal Representative with respect to the bequest.</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Personal Representative, in the Personal Representative's sole discretion, may sell, donate, or otherwise dispose of any articles not selected, and the sale proceeds, if any, shall be added to my Residuary Estate.</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at such individual's residence or place of business shall be paid by [my Personal Representative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to be divided [distribution method (e.g., per capita at each generation or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Indiana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Personal Representative for all purposes.]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[OPTIONAL: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as Personal Representative of my Will. If [name of first successor personal representative] shall be unable or unwilling to serve, I nominate and appoint my [relationship of second successor personal representative to testator], [name of second successor personal representative], as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substitute or successor Personal Representative, [name of individual or company].]</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Personal Representatives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Personal Representative shall mean the person who qualifies as personal representative, whether male or female, and indicates successor personal representatives.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who qualifies as trustee, whether male or female, and indicates 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Personal Representatives, as well as Trustees, if any,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Personal Representative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specifically provided in this Will, the Personal Representative and Trustee, if any, shall have all of the powers conferred by law upon fiduciaries in every jurisdiction in which my Personal Representative or Trustee shall act, including, but not limited to, the powers contained under Indiana law, as set forth in the Indiana Probate Code (Ind. Code Ann. § 29-1-10-21) and the Indiana Trust Code (Ind. Code Ann. § 30-4-3-3),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Indiana Revised Uniform Fiduciary Access to Digital Assets Act;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Personal Representative or Trustee may determine, without regard to any requirement for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6.2.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w:t>
      </w:r>
    </w:p>
    <w:p>
      <w:pPr>
        <w:keepNext w:val="0"/>
        <w:spacing w:before="120" w:after="0" w:line="260" w:lineRule="exact"/>
        <w:ind w:left="720" w:right="0" w:firstLine="0"/>
        <w:jc w:val="left"/>
      </w:pPr>
      <w:r>
        <w:rPr>
          <w:rFonts w:ascii="Times New Roman" w:hAnsi="Times New Roman" w:eastAsia="Times New Roman" w:cs="Times New Roman"/>
          <w:b w:val="0"/>
          <w:sz w:val="24"/>
        </w:rPr>
        <w:t>6.3.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6.4.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720" w:right="0" w:firstLine="0"/>
        <w:jc w:val="left"/>
      </w:pPr>
      <w:r>
        <w:rPr>
          <w:rFonts w:ascii="Times New Roman" w:hAnsi="Times New Roman" w:eastAsia="Times New Roman" w:cs="Times New Roman"/>
          <w:b w:val="0"/>
          <w:sz w:val="24"/>
        </w:rPr>
        <w:t>6.5.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720" w:right="0" w:firstLine="0"/>
        <w:jc w:val="left"/>
      </w:pPr>
      <w:r>
        <w:rPr>
          <w:rFonts w:ascii="Times New Roman" w:hAnsi="Times New Roman" w:eastAsia="Times New Roman" w:cs="Times New Roman"/>
          <w:b w:val="0"/>
          <w:sz w:val="24"/>
        </w:rPr>
        <w:t>6.6.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720" w:right="0" w:firstLine="0"/>
        <w:jc w:val="left"/>
      </w:pPr>
      <w:r>
        <w:rPr>
          <w:rFonts w:ascii="Times New Roman" w:hAnsi="Times New Roman" w:eastAsia="Times New Roman" w:cs="Times New Roman"/>
          <w:b w:val="0"/>
          <w:sz w:val="24"/>
        </w:rPr>
        <w:t>6.7.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the testator, sign my name to this instrument on [date of signature], and being first duly sworn, do hereby declare to the undersigned authority that I sign and execute this instrument as my will and that I sign it willingly,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SELF-PROVING STATEMENT</w:t>
      </w:r>
    </w:p>
    <w:p>
      <w:pPr>
        <w:keepNext w:val="0"/>
        <w:spacing w:before="200" w:after="0" w:line="260" w:lineRule="exact"/>
        <w:ind w:left="720" w:right="0" w:firstLine="0"/>
        <w:jc w:val="both"/>
      </w:pPr>
      <w:r>
        <w:rPr>
          <w:rFonts w:ascii="Times New Roman" w:hAnsi="Times New Roman" w:eastAsia="Times New Roman" w:cs="Times New Roman"/>
          <w:b w:val="0"/>
          <w:sz w:val="24"/>
        </w:rPr>
        <w:t>State of Indiana</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We, the undersigned Testator and the undersigned witnesses, respectively, whose names are signed to the attached or foregoing instrument declare:</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that the Testator executed the instrument as the Testator's will;</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that, in the presence of both witnesses, the testator signed or acknowledged the signature already made or directed another to sign for the Testator in the Testator's presence;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that the Testator executed the will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free and voluntary act for the purposes expressed in it;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that each of the witnesses, in the presence of the Testator and of each other, signed the will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that the Testator was of sound mind when the will was executed; and</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that to the best knowledge of each of the witnesses the Testator was, at the time the will was executed, at least eighteen (18) years of age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armed forces or of the merchant marine of the United States or its allies.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 Testator</w:t>
      </w:r>
    </w:p>
    <w:p>
      <w:pPr>
        <w:keepNext w:val="0"/>
        <w:spacing w:before="120" w:after="0" w:line="260" w:lineRule="exact"/>
        <w:ind w:left="72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Date: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